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057257b8c43fb510c8811794dba6c627dfad47"/>
    <w:p>
      <w:pPr>
        <w:pStyle w:val="Heading1"/>
      </w:pPr>
      <w:r>
        <w:rPr>
          <w:b/>
          <w:bCs/>
        </w:rPr>
        <w:t xml:space="preserve">The Count of Monte Cristo</w:t>
      </w:r>
      <w:r>
        <w:br/>
      </w:r>
      <w:r>
        <w:rPr>
          <w:i/>
          <w:iCs/>
        </w:rPr>
        <w:t xml:space="preserve">Alexandre Dumas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kept me waiting an hour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for my long-scheduled ten-minute appointment.</w:t>
      </w:r>
      <w:r>
        <w:br/>
      </w:r>
      <w:r>
        <w:t xml:space="preserve">    (a) a house or shelter in which someone lives</w:t>
      </w:r>
      <w:r>
        <w:br/>
      </w:r>
      <w:r>
        <w:t xml:space="preserve">    (b) the residence of a religious community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it is better than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apprehend</w:t>
      </w:r>
      <w:r>
        <w:rPr>
          <w:b/>
          <w:bCs/>
        </w:rPr>
        <w:t xml:space="preserve">.</w:t>
      </w:r>
      <w:r>
        <w:br/>
      </w:r>
      <w:r>
        <w:t xml:space="preserve">    (a) fear</w:t>
      </w:r>
      <w:r>
        <w:br/>
      </w:r>
      <w:r>
        <w:t xml:space="preserve">    (b) can capture</w:t>
      </w:r>
      <w:r>
        <w:br/>
      </w:r>
      <w:r>
        <w:t xml:space="preserve">    (c) have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sympathy</w:t>
      </w:r>
      <w:r>
        <w:br/>
      </w:r>
      <w:r>
        <w:t xml:space="preserve">    (b) approval</w:t>
      </w:r>
      <w:r>
        <w:br/>
      </w:r>
      <w:r>
        <w:t xml:space="preserve">    (c) distrust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building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arbor</w:t>
      </w:r>
      <w:r>
        <w:rPr>
          <w:b/>
          <w:bCs/>
        </w:rPr>
        <w:t xml:space="preserve"> </w:t>
      </w:r>
      <w:r>
        <w:rPr>
          <w:b/>
          <w:bCs/>
        </w:rPr>
        <w:t xml:space="preserve">in the back yard.</w:t>
      </w:r>
      <w:r>
        <w:br/>
      </w:r>
      <w:r>
        <w:t xml:space="preserve">    (a) framework for plants</w:t>
      </w:r>
      <w:r>
        <w:br/>
      </w:r>
      <w:r>
        <w:t xml:space="preserve">    (b) raised flower bed</w:t>
      </w:r>
      <w:r>
        <w:br/>
      </w:r>
      <w:r>
        <w:t xml:space="preserve">    (c) stone fire pit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laziness</w:t>
      </w:r>
      <w:r>
        <w:br/>
      </w:r>
      <w:r>
        <w:t xml:space="preserve">    (b) selfishness</w:t>
      </w:r>
      <w:r>
        <w:br/>
      </w:r>
      <w:r>
        <w:t xml:space="preserve">    (c) 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expect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calumny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critics.</w:t>
      </w:r>
      <w:r>
        <w:br/>
      </w:r>
      <w:r>
        <w:t xml:space="preserve">    (a) false accusations</w:t>
      </w:r>
      <w:r>
        <w:br/>
      </w:r>
      <w:r>
        <w:t xml:space="preserve">    (b) foolish mistakes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dancer</w:t>
      </w:r>
      <w:r>
        <w:br/>
      </w:r>
      <w:r>
        <w:t xml:space="preserve">    (b) a star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effaced</w:t>
      </w:r>
      <w:r>
        <w:rPr>
          <w:b/>
          <w:bCs/>
        </w:rPr>
        <w:t xml:space="preserve"> </w:t>
      </w:r>
      <w:r>
        <w:rPr>
          <w:b/>
          <w:bCs/>
        </w:rPr>
        <w:t xml:space="preserve">the memory of the time in the camps.</w:t>
      </w:r>
      <w:r>
        <w:br/>
      </w:r>
      <w:r>
        <w:t xml:space="preserve">    (a) removed completely</w:t>
      </w:r>
      <w:r>
        <w:br/>
      </w:r>
      <w:r>
        <w:t xml:space="preserve">    (b) relived again</w:t>
      </w:r>
      <w:r>
        <w:br/>
      </w:r>
      <w:r>
        <w:t xml:space="preserve">    (c) shared with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singing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evinces</w:t>
      </w:r>
      <w:r>
        <w:rPr>
          <w:b/>
          <w:bCs/>
        </w:rPr>
        <w:t xml:space="preserve"> </w:t>
      </w:r>
      <w:r>
        <w:rPr>
          <w:b/>
          <w:bCs/>
        </w:rPr>
        <w:t xml:space="preserve">a natural gift.</w:t>
      </w:r>
      <w:r>
        <w:br/>
      </w:r>
      <w:r>
        <w:t xml:space="preserve">    (a) shows</w:t>
      </w:r>
      <w:r>
        <w:br/>
      </w:r>
      <w:r>
        <w:t xml:space="preserve">    (b) craves</w:t>
      </w:r>
      <w:r>
        <w:br/>
      </w:r>
      <w:r>
        <w:t xml:space="preserve">    (c) lacks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owner/pet</w:t>
      </w:r>
      <w:r>
        <w:br/>
      </w:r>
      <w:r>
        <w:t xml:space="preserve">    (b) parent/child</w:t>
      </w:r>
      <w:r>
        <w:br/>
      </w:r>
      <w:r>
        <w:t xml:space="preserve">    (c) friend/friend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guillotine</w:t>
      </w:r>
      <w:r>
        <w:rPr>
          <w:b/>
          <w:bCs/>
        </w:rPr>
        <w:t xml:space="preserve"> </w:t>
      </w:r>
      <w:r>
        <w:rPr>
          <w:b/>
          <w:bCs/>
        </w:rPr>
        <w:t xml:space="preserve">is often associated with the Reign of Terror, a period of extreme violence and political turmoil during the French Revolution.</w:t>
      </w:r>
      <w:r>
        <w:br/>
      </w:r>
      <w:r>
        <w:t xml:space="preserve">    (a) a device used to torture people</w:t>
      </w:r>
      <w:r>
        <w:br/>
      </w:r>
      <w:r>
        <w:t xml:space="preserve">    (b) a device used to imprison people</w:t>
      </w:r>
      <w:r>
        <w:br/>
      </w:r>
      <w:r>
        <w:t xml:space="preserve">    (c) a device used to behead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slowed</w:t>
      </w:r>
      <w:r>
        <w:br/>
      </w:r>
      <w:r>
        <w:t xml:space="preserve">    (b) drove</w:t>
      </w:r>
      <w:r>
        <w:br/>
      </w:r>
      <w:r>
        <w:t xml:space="preserve">    (c) prevented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date which will live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br/>
      </w:r>
      <w:r>
        <w:t xml:space="preserve">    (a) fame for something good</w:t>
      </w:r>
      <w:r>
        <w:br/>
      </w:r>
      <w:r>
        <w:t xml:space="preserve">    (b) fame for something bad</w:t>
      </w:r>
      <w:r>
        <w:br/>
      </w:r>
      <w:r>
        <w:t xml:space="preserve">    (c) fame for something exciting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marriage</w:t>
      </w:r>
      <w:r>
        <w:br/>
      </w:r>
      <w:r>
        <w:t xml:space="preserve">    (b) friendship</w:t>
      </w:r>
      <w:r>
        <w:br/>
      </w:r>
      <w:r>
        <w:t xml:space="preserve">    (c) divorce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Prior to her patent expiration, she netted the fortune of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nabob</w:t>
      </w:r>
      <w:r>
        <w:rPr>
          <w:b/>
          <w:bCs/>
        </w:rPr>
        <w:t xml:space="preserve">.</w:t>
      </w:r>
      <w:r>
        <w:br/>
      </w:r>
      <w:r>
        <w:t xml:space="preserve">    (a) the highest level or degree</w:t>
      </w:r>
      <w:r>
        <w:br/>
      </w:r>
      <w:r>
        <w:t xml:space="preserve">    (b) someone who wastes money</w:t>
      </w:r>
      <w:r>
        <w:br/>
      </w:r>
      <w:r>
        <w:t xml:space="preserve">    (c) a rich or powerful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impatient</w:t>
      </w:r>
      <w:r>
        <w:br/>
      </w:r>
      <w:r>
        <w:t xml:space="preserve">    (b) wise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greeting</w:t>
      </w:r>
      <w:r>
        <w:br/>
      </w:r>
      <w:r>
        <w:t xml:space="preserve">    (b) introduction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firmness of purpose</w:t>
      </w:r>
      <w:r>
        <w:br/>
      </w:r>
      <w:r>
        <w:t xml:space="preserve">    (b) known facts</w:t>
      </w:r>
      <w:r>
        <w:br/>
      </w:r>
      <w:r>
        <w:t xml:space="preserve">    (c) principles that discourage certain kinds of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an unsupportable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belief</w:t>
      </w:r>
      <w:r>
        <w:br/>
      </w:r>
      <w:r>
        <w:t xml:space="preserve">    (b) expense</w:t>
      </w:r>
      <w:r>
        <w:br/>
      </w:r>
      <w:r>
        <w:t xml:space="preserve">    (c) computer program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investigation,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transpired</w:t>
      </w:r>
      <w:r>
        <w:rPr>
          <w:b/>
          <w:bCs/>
        </w:rPr>
        <w:t xml:space="preserve"> </w:t>
      </w:r>
      <w:r>
        <w:rPr>
          <w:b/>
          <w:bCs/>
        </w:rPr>
        <w:t xml:space="preserve">that several employees had witnessed the incident but hadn't reported it.</w:t>
      </w:r>
      <w:r>
        <w:br/>
      </w:r>
      <w:r>
        <w:t xml:space="preserve">    (a) starts fighting</w:t>
      </w:r>
      <w:r>
        <w:br/>
      </w:r>
      <w:r>
        <w:t xml:space="preserve">    (b) careful thought</w:t>
      </w:r>
      <w:r>
        <w:br/>
      </w:r>
      <w:r>
        <w:t xml:space="preserve">    (c) became known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2026-07-31T14:54:01Z</dcterms:created>
  <dcterms:modified xsi:type="dcterms:W3CDTF">2026-07-31T14:54:01Z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