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c5026ac611653b675b4d2b92fcb3223d98fa25"/>
    <w:p>
      <w:pPr>
        <w:pStyle w:val="Heading1"/>
      </w:pPr>
      <w:r>
        <w:rPr>
          <w:b/>
          <w:bCs/>
        </w:rPr>
        <w:t xml:space="preserve">The Count of Monte Cristo</w:t>
      </w:r>
      <w:r>
        <w:br/>
      </w:r>
      <w:r>
        <w:rPr>
          <w:i/>
          <w:iCs/>
        </w:rPr>
        <w:t xml:space="preserve">Alexandre Dumas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usual, a pilot put off immediately, and rounding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 </w:t>
      </w:r>
      <w:r>
        <w:rPr>
          <w:b/>
          <w:bCs/>
        </w:rPr>
        <w:t xml:space="preserve">d'If, got on board the vessel between Cape Morgion and Rion island.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discomfort caused by difficulty in digesting food</w:t>
      </w:r>
      <w:r>
        <w:br/>
      </w:r>
      <w:r>
        <w:t xml:space="preserve">    (c) an impressive country house (or castle) in France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no attempt was made to prevent it, the door was opened, and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, wearing his official scarf, presented himself, followed by four soldiers and a corporal.</w:t>
      </w:r>
      <w:r>
        <w:br/>
      </w:r>
      <w:r>
        <w:t xml:space="preserve">    (a) judicial official</w:t>
      </w:r>
      <w:r>
        <w:br/>
      </w:r>
      <w:r>
        <w:t xml:space="preserve">    (b) someone who shows</w:t>
      </w:r>
      <w:r>
        <w:br/>
      </w:r>
      <w:r>
        <w:t xml:space="preserve">    (c) people who attack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, adieu, dearest Edmond!" cried Mercedes, stretching out her arms to him from the balcony.</w:t>
      </w:r>
      <w:r>
        <w:br/>
      </w:r>
      <w:r>
        <w:t xml:space="preserve">    (a) greetings</w:t>
      </w:r>
      <w:r>
        <w:br/>
      </w:r>
      <w:r>
        <w:t xml:space="preserve">    (b) hello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should have feared to injure both Edmond and yourself, had I divulged my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apprehensions</w:t>
      </w:r>
      <w:r>
        <w:rPr>
          <w:b/>
          <w:bCs/>
        </w:rPr>
        <w:t xml:space="preserve"> </w:t>
      </w:r>
      <w:r>
        <w:rPr>
          <w:b/>
          <w:bCs/>
        </w:rPr>
        <w:t xml:space="preserve">to a soul.</w:t>
      </w:r>
      <w:r>
        <w:br/>
      </w:r>
      <w:r>
        <w:t xml:space="preserve">    (a) reasons for doing something</w:t>
      </w:r>
      <w:r>
        <w:br/>
      </w:r>
      <w:r>
        <w:t xml:space="preserve">    (b) social events or ceremonies</w:t>
      </w:r>
      <w:r>
        <w:br/>
      </w:r>
      <w:r>
        <w:t xml:space="preserve">    (c) worries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interim it pleased providence to cause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 </w:t>
      </w:r>
      <w:r>
        <w:rPr>
          <w:b/>
          <w:bCs/>
        </w:rPr>
        <w:t xml:space="preserve">of Caderousse, who was discovered in some distant country, and brought back to France, where he made a full confession, refusing to make the fact of his wife's having suggested and arranged the murder any excuse for his own guilt.</w:t>
      </w:r>
      <w:r>
        <w:br/>
      </w:r>
      <w:r>
        <w:t xml:space="preserve">    (a) something that stands out</w:t>
      </w:r>
      <w:r>
        <w:br/>
      </w:r>
      <w:r>
        <w:t xml:space="preserve">    (b) capture</w:t>
      </w:r>
      <w:r>
        <w:br/>
      </w:r>
      <w:r>
        <w:t xml:space="preserve">    (c) something made from parts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"Dear mother,"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Renee, "you know very well it was agreed that all these disagreeable reminiscences should forever be laid aside."</w:t>
      </w:r>
      <w:r>
        <w:br/>
      </w:r>
      <w:r>
        <w:t xml:space="preserve">    (a) not justified or explained as an understandable reaction to another action</w:t>
      </w:r>
      <w:r>
        <w:br/>
      </w:r>
      <w:r>
        <w:t xml:space="preserve">    (b) to insert between other elements; or to interrupt or stop action by others</w:t>
      </w:r>
      <w:r>
        <w:br/>
      </w:r>
      <w:r>
        <w:t xml:space="preserve">    (c) (verb) drew pictures to accompany  OR  (adjective) accompanied by pictures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first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to him.</w:t>
      </w:r>
      <w:r>
        <w:br/>
      </w:r>
      <w:r>
        <w:t xml:space="preserve">    (a) related to</w:t>
      </w:r>
      <w:r>
        <w:br/>
      </w:r>
      <w:r>
        <w:t xml:space="preserve">    (b) very large</w:t>
      </w:r>
      <w:r>
        <w:br/>
      </w:r>
      <w:r>
        <w:t xml:space="preserve">    (c) disgusting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Dantes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endeavored</w:t>
      </w:r>
      <w:r>
        <w:rPr>
          <w:b/>
          <w:bCs/>
        </w:rPr>
        <w:t xml:space="preserve"> </w:t>
      </w:r>
      <w:r>
        <w:rPr>
          <w:b/>
          <w:bCs/>
        </w:rPr>
        <w:t xml:space="preserve">to renew the subject; the abbe shook his head in token of disapproval, and refused to make any further response.</w:t>
      </w:r>
      <w:r>
        <w:br/>
      </w:r>
      <w:r>
        <w:t xml:space="preserve">    (a) tried or attempted</w:t>
      </w:r>
      <w:r>
        <w:br/>
      </w:r>
      <w:r>
        <w:t xml:space="preserve">    (b) decided in advance</w:t>
      </w:r>
      <w:r>
        <w:br/>
      </w:r>
      <w:r>
        <w:t xml:space="preserve">    (c) not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Prison had made Edmond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prudent</w:t>
      </w:r>
      <w:r>
        <w:rPr>
          <w:b/>
          <w:bCs/>
        </w:rPr>
        <w:t xml:space="preserve">, and he was desirous of running no risk whatever.</w:t>
      </w:r>
      <w:r>
        <w:br/>
      </w:r>
      <w:r>
        <w:t xml:space="preserve">    (a) sincerity (realness)</w:t>
      </w:r>
      <w:r>
        <w:br/>
      </w:r>
      <w:r>
        <w:t xml:space="preserve">    (b) sensible and careful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"And it is thus heaven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recompenses</w:t>
      </w:r>
      <w:r>
        <w:rPr>
          <w:b/>
          <w:bCs/>
        </w:rPr>
        <w:t xml:space="preserve"> </w:t>
      </w:r>
      <w:r>
        <w:rPr>
          <w:b/>
          <w:bCs/>
        </w:rPr>
        <w:t xml:space="preserve">virtue, sir," added Caderousse.</w:t>
      </w:r>
      <w:r>
        <w:br/>
      </w:r>
      <w:r>
        <w:t xml:space="preserve">    (a) compensates for a loss; or pays a reward</w:t>
      </w:r>
      <w:r>
        <w:br/>
      </w:r>
      <w:r>
        <w:t xml:space="preserve">    (b) keeps away (chooses not to do something)</w:t>
      </w:r>
      <w:r>
        <w:br/>
      </w:r>
      <w:r>
        <w:t xml:space="preserve">    (c) learns, discovers, or decides in advance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Vampa took Cucumetto's body in his arms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it to the grotto, while in her turn Teresa remained outside.</w:t>
      </w:r>
      <w:r>
        <w:br/>
      </w:r>
      <w:r>
        <w:t xml:space="preserve">    (a) briefly saw</w:t>
      </w:r>
      <w:r>
        <w:br/>
      </w:r>
      <w:r>
        <w:t xml:space="preserve">    (b) transported</w:t>
      </w:r>
      <w:r>
        <w:br/>
      </w:r>
      <w:r>
        <w:t xml:space="preserve">    (c) hired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Pray put no construction on my words I do not mean they should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, and give them no undue weight.</w:t>
      </w:r>
      <w:r>
        <w:br/>
      </w:r>
      <w:r>
        <w:t xml:space="preserve">    (a) mirror back (an image)</w:t>
      </w:r>
      <w:r>
        <w:br/>
      </w:r>
      <w:r>
        <w:t xml:space="preserve">    (b) create dramatic change</w:t>
      </w:r>
      <w:r>
        <w:br/>
      </w:r>
      <w:r>
        <w:t xml:space="preserve">    (c) communicate or express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However, the morning of the appointment, the young man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himself in the small salon down-stairs.</w:t>
      </w:r>
      <w:r>
        <w:br/>
      </w:r>
      <w:r>
        <w:t xml:space="preserve">    (a) persuaded someone to want something (often sex or love) by tempting with something desired</w:t>
      </w:r>
      <w:r>
        <w:br/>
      </w:r>
      <w:r>
        <w:t xml:space="preserve">    (b) not having a relationship whereby a change in one thing helps predict a change in another</w:t>
      </w:r>
      <w:r>
        <w:br/>
      </w:r>
      <w:r>
        <w:t xml:space="preserve">    (c)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made baron, and ... in return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,</w:t>
      </w:r>
      <w:r>
        <w:br/>
      </w:r>
      <w:r>
        <w:t xml:space="preserve">    (a) given</w:t>
      </w:r>
      <w:r>
        <w:br/>
      </w:r>
      <w:r>
        <w:t xml:space="preserve">    (b) started (a fire)</w:t>
      </w:r>
      <w:r>
        <w:br/>
      </w:r>
      <w:r>
        <w:t xml:space="preserve">    (c) restart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position as secretary to the minister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renders</w:t>
      </w:r>
      <w:r>
        <w:rPr>
          <w:b/>
          <w:bCs/>
        </w:rPr>
        <w:t xml:space="preserve"> </w:t>
      </w:r>
      <w:r>
        <w:rPr>
          <w:b/>
          <w:bCs/>
        </w:rPr>
        <w:t xml:space="preserve">your authority great on the subject of political news;</w:t>
      </w:r>
      <w:r>
        <w:br/>
      </w:r>
      <w:r>
        <w:t xml:space="preserve">    (a) makes</w:t>
      </w:r>
      <w:r>
        <w:br/>
      </w:r>
      <w:r>
        <w:t xml:space="preserve">    (b) changes through evolution</w:t>
      </w:r>
      <w:r>
        <w:br/>
      </w:r>
      <w:r>
        <w:t xml:space="preserve">    (c) gradually adds or removes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even thought he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 on the ground at a distance;</w:t>
      </w:r>
      <w:r>
        <w:br/>
      </w:r>
      <w:r>
        <w:t xml:space="preserve">    (a) become aware of</w:t>
      </w:r>
      <w:r>
        <w:br/>
      </w:r>
      <w:r>
        <w:t xml:space="preserve">    (b) think carefully</w:t>
      </w:r>
      <w:r>
        <w:br/>
      </w:r>
      <w:r>
        <w:t xml:space="preserve">    (c) strongly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, then, that he is not happy?</w:t>
      </w:r>
      <w:r>
        <w:br/>
      </w:r>
      <w:r>
        <w:t xml:space="preserve">    (a) view in a certain way so as to form a belief or opinion</w:t>
      </w:r>
      <w:r>
        <w:br/>
      </w:r>
      <w:r>
        <w:t xml:space="preserve">    (b) suntanned; or reddish-brown or yellowish-brown in color</w:t>
      </w:r>
      <w:r>
        <w:br/>
      </w:r>
      <w:r>
        <w:t xml:space="preserve">    (c) not feeling or showing sympathy for another's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fire first?"</w:t>
      </w:r>
      <w:r>
        <w:br/>
      </w:r>
      <w:r>
        <w:rPr>
          <w:b/>
          <w:bCs/>
        </w:rPr>
        <w:t xml:space="preserve">"Oh, I obtained, or rather claimed that; we had conceded enough for them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us that."</w:t>
      </w:r>
      <w:r>
        <w:br/>
      </w:r>
      <w:r>
        <w:t xml:space="preserve">    (a) think deeply or carefully about</w:t>
      </w:r>
      <w:r>
        <w:br/>
      </w:r>
      <w:r>
        <w:t xml:space="preserve">    (b) stop (something from happening)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are doubtless provided with pistols, gentlemen? M. de Monte Cristo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yields</w:t>
      </w:r>
      <w:r>
        <w:rPr>
          <w:b/>
          <w:bCs/>
        </w:rPr>
        <w:t xml:space="preserve"> </w:t>
      </w:r>
      <w:r>
        <w:rPr>
          <w:b/>
          <w:bCs/>
        </w:rPr>
        <w:t xml:space="preserve">his right of using his.</w:t>
      </w:r>
      <w:r>
        <w:br/>
      </w:r>
      <w:r>
        <w:t xml:space="preserve">    (a) surrenders (gives up)</w:t>
      </w:r>
      <w:r>
        <w:br/>
      </w:r>
      <w:r>
        <w:t xml:space="preserve">    (b) is overly unhappy and unsociable</w:t>
      </w:r>
      <w:r>
        <w:br/>
      </w:r>
      <w:r>
        <w:t xml:space="preserve">    (c) causes something to move 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Morrel turned away to conceal the confusion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.</w:t>
      </w:r>
      <w:r>
        <w:br/>
      </w:r>
      <w:r>
        <w:t xml:space="preserve">    (a) the best or most important</w:t>
      </w:r>
      <w:r>
        <w:br/>
      </w:r>
      <w:r>
        <w:t xml:space="preserve">    (b) facial expression</w:t>
      </w:r>
      <w:r>
        <w:br/>
      </w:r>
      <w:r>
        <w:t xml:space="preserve">    (c) a secret agreement or plot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2026-07-31T14:54:01Z</dcterms:created>
  <dcterms:modified xsi:type="dcterms:W3CDTF">2026-07-31T14:54:01Z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