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a5fa7ec5d3b9f353a65e316aab8557a186f989"/>
    <w:p>
      <w:pPr>
        <w:pStyle w:val="Heading1"/>
      </w:pPr>
      <w:r>
        <w:rPr>
          <w:b/>
          <w:bCs/>
        </w:rPr>
        <w:t xml:space="preserve">The Count of Monte Cristo</w:t>
      </w:r>
      <w:r>
        <w:br/>
      </w:r>
      <w:r>
        <w:rPr>
          <w:i/>
          <w:iCs/>
        </w:rPr>
        <w:t xml:space="preserve">Alexandre Dumas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man stopped suddenly, looked around him, and perceived Caderousse sitting at table with Danglars, under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arbor</w:t>
      </w:r>
      <w:r>
        <w:rPr>
          <w:b/>
          <w:bCs/>
        </w:rPr>
        <w:t xml:space="preserve">.</w:t>
      </w:r>
      <w:r>
        <w:br/>
      </w:r>
      <w:r>
        <w:t xml:space="preserve">    (a) a framework that supports climbing plants; or a shady rest area made by such a framework or by trees and shrubs</w:t>
      </w:r>
      <w:r>
        <w:br/>
      </w:r>
      <w:r>
        <w:t xml:space="preserve">    (b) an artists performance of another artist's work that expresses the performer's feelings or ideas about the work</w:t>
      </w:r>
      <w:r>
        <w:br/>
      </w:r>
      <w:r>
        <w:t xml:space="preserve">    (c) soccer player who typically play in the middle third of the field and who assists with both defense and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one which will go far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</w:t>
      </w:r>
      <w:r>
        <w:rPr>
          <w:b/>
          <w:bCs/>
        </w:rPr>
        <w:t xml:space="preserve"> </w:t>
      </w:r>
      <w:r>
        <w:rPr>
          <w:b/>
          <w:bCs/>
        </w:rPr>
        <w:t xml:space="preserve">the recollection of his father's conduct," added the incorrigible marquise.</w:t>
      </w:r>
      <w:r>
        <w:br/>
      </w:r>
      <w:r>
        <w:t xml:space="preserve">    (a) to think carefully and make a judgment about</w:t>
      </w:r>
      <w:r>
        <w:br/>
      </w:r>
      <w:r>
        <w:t xml:space="preserve">    (b) remove completely from recognition or memory</w:t>
      </w:r>
      <w:r>
        <w:br/>
      </w:r>
      <w:r>
        <w:t xml:space="preserve">    (c) move out of an interacting position; or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an instant he was placed in the stern-sheets of the boat, between the gendarmes, while the officer stationed himself at the bow; a shove sent the boat adrift, and four sturdy oarsmen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it rapidly towards the Pilon.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Besides, had not the deputy, who had been so kind to him, told him that provided he did not pronounce the dreaded name of Noirtier, he had nothing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?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fear</w:t>
      </w:r>
      <w:r>
        <w:br/>
      </w:r>
      <w:r>
        <w:t xml:space="preserve">    (c) recommend or require what should be done  OR  (of a medical doctor) give medical instructions -- such as writing that a patient should take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it the custom in Marseilles for sons to keep their fathers waiting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anterooms</w:t>
      </w:r>
      <w:r>
        <w:rPr>
          <w:b/>
          <w:bCs/>
        </w:rPr>
        <w:t xml:space="preserve">?</w:t>
      </w:r>
      <w:r>
        <w:br/>
      </w:r>
      <w:r>
        <w:t xml:space="preserve">    (a) acts of interacting or getting interested again</w:t>
      </w:r>
      <w:r>
        <w:br/>
      </w:r>
      <w:r>
        <w:t xml:space="preserve">    (b) rooms leading to larger or more important rooms</w:t>
      </w:r>
      <w:r>
        <w:br/>
      </w:r>
      <w:r>
        <w:t xml:space="preserve">    (c) general feelings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"Well, then, if you felt so sure," replied the new-comer, putting his cane in a corner and his hat on a chair, "allow me to say, my dear Gerard, that it was not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of you to keep me waiting at the door."</w:t>
      </w:r>
      <w:r>
        <w:br/>
      </w:r>
      <w:r>
        <w:t xml:space="preserve">    (a) relating to the relationship of children to their parents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"Is it possible," said he, "that where your liberty is at stake you can allow any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</w:t>
      </w:r>
      <w:r>
        <w:rPr>
          <w:b/>
          <w:bCs/>
        </w:rPr>
        <w:t xml:space="preserve"> </w:t>
      </w:r>
      <w:r>
        <w:rPr>
          <w:b/>
          <w:bCs/>
        </w:rPr>
        <w:t xml:space="preserve">to deter you from obtaining it?"</w:t>
      </w:r>
      <w:r>
        <w:br/>
      </w:r>
      <w:r>
        <w:t xml:space="preserve">    (a) speak in a manner that does not clearly express an opinion or decision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an ethical or moral principle that discourages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made him less uneasy, it must be owned, than if the new-comer had proved to be a customs officer; but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 </w:t>
      </w:r>
      <w:r>
        <w:rPr>
          <w:b/>
          <w:bCs/>
        </w:rPr>
        <w:t xml:space="preserve">also disappeared like the first, when he beheld the perfect tranquillity of his recruit.</w:t>
      </w:r>
      <w:r>
        <w:br/>
      </w:r>
      <w:r>
        <w:t xml:space="preserve">    (a) nerve cells running from the base of the skull to the lower back and enclosed by vertebrae in adults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something supposed (rather than something known to be so) -- such as a disputed belief or assumption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nabob</w:t>
      </w:r>
      <w:r>
        <w:rPr>
          <w:b/>
          <w:bCs/>
        </w:rPr>
        <w:t xml:space="preserve"> </w:t>
      </w:r>
      <w:r>
        <w:rPr>
          <w:b/>
          <w:bCs/>
        </w:rPr>
        <w:t xml:space="preserve">from India," was his comment.</w:t>
      </w:r>
      <w:r>
        <w:br/>
      </w:r>
      <w:r>
        <w:t xml:space="preserve">    (a) a rich or powerful person</w:t>
      </w:r>
      <w:r>
        <w:br/>
      </w:r>
      <w:r>
        <w:t xml:space="preserve">    (b) something that stands out</w:t>
      </w:r>
      <w:r>
        <w:br/>
      </w:r>
      <w:r>
        <w:t xml:space="preserve">    (c) something made from parts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did you not remonstrate against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rPr>
          <w:b/>
          <w:bCs/>
        </w:rPr>
        <w:t xml:space="preserve">?" asked the abbe; "if not, you were an accomplice."</w:t>
      </w:r>
      <w:r>
        <w:br/>
      </w:r>
      <w:r>
        <w:t xml:space="preserve">    (a) the process or result of learning, discovering, or deciding</w:t>
      </w:r>
      <w:r>
        <w:br/>
      </w:r>
      <w:r>
        <w:t xml:space="preserve">    (b) person, organization, or anything with a separate existence</w:t>
      </w:r>
      <w:r>
        <w:br/>
      </w:r>
      <w:r>
        <w:t xml:space="preserve">    (c) famous for something that is bad; or an extremely bad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general murmur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showed that the narrator had faithfully detailed their misfortunes and sufferings.</w:t>
      </w:r>
      <w:r>
        <w:br/>
      </w:r>
      <w:r>
        <w:t xml:space="preserve">    (a) not real</w:t>
      </w:r>
      <w:r>
        <w:br/>
      </w:r>
      <w:r>
        <w:t xml:space="preserve">    (b) approval</w:t>
      </w:r>
      <w:r>
        <w:br/>
      </w:r>
      <w:r>
        <w:t xml:space="preserve">    (c) allowing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felt that, influenced by her ambitions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coquettish</w:t>
      </w:r>
      <w:r>
        <w:rPr>
          <w:b/>
          <w:bCs/>
        </w:rPr>
        <w:t xml:space="preserve"> </w:t>
      </w:r>
      <w:r>
        <w:rPr>
          <w:b/>
          <w:bCs/>
        </w:rPr>
        <w:t xml:space="preserve">disposition, Teresa might escape him.</w:t>
      </w:r>
      <w:r>
        <w:br/>
      </w:r>
      <w:r>
        <w:t xml:space="preserve">    (a) trustworthy with secrets or subtle (not attracting attention)</w:t>
      </w:r>
      <w:r>
        <w:br/>
      </w:r>
      <w:r>
        <w:t xml:space="preserve">    (b) casually playful in a way that arouses sexual interest of men</w:t>
      </w:r>
      <w:r>
        <w:br/>
      </w:r>
      <w:r>
        <w:t xml:space="preserve">    (c) related to the setting or situation in which something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in what manner has this congeniality of mind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evinced</w:t>
      </w:r>
      <w:r>
        <w:rPr>
          <w:b/>
          <w:bCs/>
        </w:rPr>
        <w:t xml:space="preserve">?</w:t>
      </w:r>
      <w:r>
        <w:br/>
      </w:r>
      <w:r>
        <w:t xml:space="preserve">    (a) copied</w:t>
      </w:r>
      <w:r>
        <w:br/>
      </w:r>
      <w:r>
        <w:t xml:space="preserve">    (b) traded</w:t>
      </w:r>
      <w:r>
        <w:br/>
      </w:r>
      <w:r>
        <w:t xml:space="preserve">    (c) showed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first time Franz had ever seen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guillotine</w:t>
      </w:r>
      <w:r>
        <w:rPr>
          <w:b/>
          <w:bCs/>
        </w:rPr>
        <w:t xml:space="preserve">,</w:t>
      </w:r>
      <w:r>
        <w:br/>
      </w:r>
      <w:r>
        <w:t xml:space="preserve">    (a) accept someone's membership though a special procedure such as a ceremony and/or period of instruction and/or test</w:t>
      </w:r>
      <w:r>
        <w:br/>
      </w:r>
      <w:r>
        <w:t xml:space="preserve">    (b) a method of artistic painting on a wall by using watercolors on wet plaster; or the painting made in such a manner</w:t>
      </w:r>
      <w:r>
        <w:br/>
      </w:r>
      <w:r>
        <w:t xml:space="preserve">    (c) a device used to behead people executed by the state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not know that all Paris knew it yesterday, and the day before it had already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transpired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Bourse, and M. Danglars (I do not know by what means that man contrives to obtain intelligence as soon as we do) made a million!</w:t>
      </w:r>
      <w:r>
        <w:br/>
      </w:r>
      <w:r>
        <w:t xml:space="preserve">    (a) careful thought</w:t>
      </w:r>
      <w:r>
        <w:br/>
      </w:r>
      <w:r>
        <w:t xml:space="preserve">    (b) became known</w:t>
      </w:r>
      <w:r>
        <w:br/>
      </w:r>
      <w:r>
        <w:t xml:space="preserve">    (c) starts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not a Corsican arbor, but an English garden; badly kept, I own, but still you must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calumniate</w:t>
      </w:r>
      <w:r>
        <w:rPr>
          <w:b/>
          <w:bCs/>
        </w:rPr>
        <w:t xml:space="preserve"> </w:t>
      </w:r>
      <w:r>
        <w:rPr>
          <w:b/>
          <w:bCs/>
        </w:rPr>
        <w:t xml:space="preserve">it for that.</w:t>
      </w:r>
      <w:r>
        <w:br/>
      </w:r>
      <w:r>
        <w:t xml:space="preserve">    (a) walk in an awkward, shuffling way</w:t>
      </w:r>
      <w:r>
        <w:br/>
      </w:r>
      <w:r>
        <w:t xml:space="preserve">    (b) make someone want to do something</w:t>
      </w:r>
      <w:r>
        <w:br/>
      </w:r>
      <w:r>
        <w:t xml:space="preserve">    (c) false accusation against a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rose to return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.</w:t>
      </w:r>
      <w:r>
        <w:br/>
      </w:r>
      <w:r>
        <w:t xml:space="preserve">    (a)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  <w:r>
        <w:br/>
      </w:r>
      <w:r>
        <w:t xml:space="preserve">    (b) a highly educated person interested in learning and exploring ideas -- sometimes while ignoring practical considerations</w:t>
      </w:r>
      <w:r>
        <w:br/>
      </w:r>
      <w:r>
        <w:t xml:space="preserve">    (c) a small hole or a series of small holes such as are used to make it easy to tear a piece of paper along a specific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Really I like him extremely; is there not also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matrimonial</w:t>
      </w:r>
      <w:r>
        <w:rPr>
          <w:b/>
          <w:bCs/>
        </w:rPr>
        <w:t xml:space="preserve"> </w:t>
      </w:r>
      <w:r>
        <w:rPr>
          <w:b/>
          <w:bCs/>
        </w:rPr>
        <w:t xml:space="preserve">engagement contemplated for him?</w:t>
      </w:r>
      <w:r>
        <w:br/>
      </w:r>
      <w:r>
        <w:t xml:space="preserve">    (a) improper, awkward, or unfavorable</w:t>
      </w:r>
      <w:r>
        <w:br/>
      </w:r>
      <w:r>
        <w:t xml:space="preserve">    (b) marriage (or related to marriage)</w:t>
      </w:r>
      <w:r>
        <w:br/>
      </w:r>
      <w:r>
        <w:t xml:space="preserve">    (c) able to be stopped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Ah, how strange it seems that such a young and beautiful woman should be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avaricious</w:t>
      </w:r>
      <w:r>
        <w:rPr>
          <w:b/>
          <w:bCs/>
        </w:rPr>
        <w:t xml:space="preserve">.</w:t>
      </w:r>
      <w:r>
        <w:br/>
      </w:r>
      <w:r>
        <w:t xml:space="preserve">    (a) having or showing excessive desire for wealth</w:t>
      </w:r>
      <w:r>
        <w:br/>
      </w:r>
      <w:r>
        <w:t xml:space="preserve">    (b) the characteristic of demonstrating something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Morcerf asked leave to retire; he had to collect the documents he had long been preparing against this storm, which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sagacity</w:t>
      </w:r>
      <w:r>
        <w:rPr>
          <w:b/>
          <w:bCs/>
        </w:rPr>
        <w:t xml:space="preserve"> </w:t>
      </w:r>
      <w:r>
        <w:rPr>
          <w:b/>
          <w:bCs/>
        </w:rPr>
        <w:t xml:space="preserve">had foreseen.</w:t>
      </w:r>
      <w:r>
        <w:br/>
      </w:r>
      <w:r>
        <w:t xml:space="preserve">    (a) wisdom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2026-07-31T14:54:02Z</dcterms:created>
  <dcterms:modified xsi:type="dcterms:W3CDTF">2026-07-31T14:54:02Z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