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ff1fe3485e996f5367a93851dd3923897194bb"/>
    <w:p>
      <w:pPr>
        <w:pStyle w:val="Heading1"/>
      </w:pPr>
      <w:r>
        <w:rPr>
          <w:b/>
          <w:bCs/>
        </w:rPr>
        <w:t xml:space="preserve">The Constitution of the United States</w:t>
      </w:r>
      <w:r>
        <w:br/>
      </w:r>
      <w:r>
        <w:rPr>
          <w:i/>
          <w:iCs/>
        </w:rPr>
        <w:t xml:space="preserve">United States 'Founding Fathers'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difficult to count all the homeless when performing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census</w:t>
      </w:r>
      <w:r>
        <w:rPr>
          <w:b/>
          <w:bCs/>
        </w:rPr>
        <w:t xml:space="preserve">.</w:t>
      </w:r>
      <w:r>
        <w:br/>
      </w:r>
      <w:r>
        <w:t xml:space="preserve">    (a) tax audit</w:t>
      </w:r>
      <w:r>
        <w:br/>
      </w:r>
      <w:r>
        <w:t xml:space="preserve">    (b) population count</w:t>
      </w:r>
      <w:r>
        <w:br/>
      </w:r>
      <w:r>
        <w:t xml:space="preserve">    (c) voter survey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derive</w:t>
      </w:r>
      <w:r>
        <w:rPr>
          <w:b/>
          <w:bCs/>
        </w:rPr>
        <w:t xml:space="preserve"> </w:t>
      </w:r>
      <w:r>
        <w:rPr>
          <w:b/>
          <w:bCs/>
        </w:rPr>
        <w:t xml:space="preserve">pleasure from my work.</w:t>
      </w:r>
      <w:r>
        <w:br/>
      </w:r>
      <w:r>
        <w:t xml:space="preserve">    (a) ignore</w:t>
      </w:r>
      <w:r>
        <w:br/>
      </w:r>
      <w:r>
        <w:t xml:space="preserve">    (b) refuse</w:t>
      </w:r>
      <w:r>
        <w:br/>
      </w:r>
      <w:r>
        <w:t xml:space="preserve">    (c) obtain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erase from history</w:t>
      </w:r>
      <w:r>
        <w:br/>
      </w:r>
      <w:r>
        <w:t xml:space="preserve">    (b) criticize</w:t>
      </w:r>
      <w:r>
        <w:br/>
      </w:r>
      <w:r>
        <w:t xml:space="preserve">    (c)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emits</w:t>
      </w:r>
      <w:r>
        <w:rPr>
          <w:b/>
          <w:bCs/>
        </w:rPr>
        <w:t xml:space="preserve"> </w:t>
      </w:r>
      <w:r>
        <w:rPr>
          <w:b/>
          <w:bCs/>
        </w:rPr>
        <w:t xml:space="preserve">a noxious odor.</w:t>
      </w:r>
      <w:r>
        <w:br/>
      </w:r>
      <w:r>
        <w:t xml:space="preserve">    (a) produces (sends out)</w:t>
      </w:r>
      <w:r>
        <w:br/>
      </w:r>
      <w:r>
        <w:t xml:space="preserve">    (b) questions</w:t>
      </w:r>
      <w:r>
        <w:br/>
      </w:r>
      <w:r>
        <w:t xml:space="preserve">    (c) hates or detests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government official was accused of accepting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emoluments</w:t>
      </w:r>
      <w:r>
        <w:rPr>
          <w:b/>
          <w:bCs/>
        </w:rPr>
        <w:t xml:space="preserve"> </w:t>
      </w:r>
      <w:r>
        <w:rPr>
          <w:b/>
          <w:bCs/>
        </w:rPr>
        <w:t xml:space="preserve">from foreign governments in violation of the Constitution.</w:t>
      </w:r>
      <w:r>
        <w:br/>
      </w:r>
      <w:r>
        <w:t xml:space="preserve">    (a) advice</w:t>
      </w:r>
      <w:r>
        <w:br/>
      </w:r>
      <w:r>
        <w:t xml:space="preserve">    (b) criticism</w:t>
      </w:r>
      <w:r>
        <w:br/>
      </w:r>
      <w:r>
        <w:t xml:space="preserve">    (c) payments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Borrowing chairs from next door was a useful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expedient</w:t>
      </w:r>
      <w:r>
        <w:rPr>
          <w:b/>
          <w:bCs/>
        </w:rPr>
        <w:t xml:space="preserve"> </w:t>
      </w:r>
      <w:r>
        <w:rPr>
          <w:b/>
          <w:bCs/>
        </w:rPr>
        <w:t xml:space="preserve">until the new ones arrived.</w:t>
      </w:r>
      <w:r>
        <w:br/>
      </w:r>
      <w:r>
        <w:t xml:space="preserve">    (a) lasting tradition</w:t>
      </w:r>
      <w:r>
        <w:br/>
      </w:r>
      <w:r>
        <w:t xml:space="preserve">    (b) practical solution</w:t>
      </w:r>
      <w:r>
        <w:br/>
      </w:r>
      <w:r>
        <w:t xml:space="preserve">    (c) careful warning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number of people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grand jury</w:t>
      </w:r>
      <w:r>
        <w:rPr>
          <w:b/>
          <w:bCs/>
        </w:rPr>
        <w:t xml:space="preserve"> </w:t>
      </w:r>
      <w:r>
        <w:rPr>
          <w:b/>
          <w:bCs/>
        </w:rPr>
        <w:t xml:space="preserve">ranges from 6 to 23, depending on the state.</w:t>
      </w:r>
      <w:r>
        <w:br/>
      </w:r>
      <w:r>
        <w:t xml:space="preserve">    (a) jury that decides major crimes cases such as murder or kidnapping</w:t>
      </w:r>
      <w:r>
        <w:br/>
      </w:r>
      <w:r>
        <w:t xml:space="preserve">    (b) jury that decides if there is enough evidence to formally accuse someone of a crime</w:t>
      </w:r>
      <w:r>
        <w:br/>
      </w:r>
      <w:r>
        <w:t xml:space="preserve">    (c) jury that decides a criminal case that is appealed to a higher court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long-standing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grievance</w:t>
      </w:r>
      <w:r>
        <w:rPr>
          <w:b/>
          <w:bCs/>
        </w:rPr>
        <w:t xml:space="preserve">.</w:t>
      </w:r>
      <w:r>
        <w:br/>
      </w:r>
      <w:r>
        <w:t xml:space="preserve">    (a) complaint</w:t>
      </w:r>
      <w:r>
        <w:br/>
      </w:r>
      <w:r>
        <w:t xml:space="preserve">    (b) connection</w:t>
      </w:r>
      <w:r>
        <w:br/>
      </w:r>
      <w:r>
        <w:t xml:space="preserve">    (c)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vision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impaired</w:t>
      </w:r>
      <w:r>
        <w:rPr>
          <w:b/>
          <w:bCs/>
        </w:rPr>
        <w:t xml:space="preserve">.</w:t>
      </w:r>
      <w:r>
        <w:br/>
      </w:r>
      <w:r>
        <w:t xml:space="preserve">    (a) average</w:t>
      </w:r>
      <w:r>
        <w:br/>
      </w:r>
      <w:r>
        <w:t xml:space="preserve">    (b) weak</w:t>
      </w:r>
      <w:r>
        <w:br/>
      </w:r>
      <w:r>
        <w:t xml:space="preserve">    (c) strong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trusted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</w:t>
      </w:r>
      <w:r>
        <w:br/>
      </w:r>
      <w:r>
        <w:t xml:space="preserve">    (a) unbiased</w:t>
      </w:r>
      <w:r>
        <w:br/>
      </w:r>
      <w:r>
        <w:t xml:space="preserve">    (b) forgiving</w:t>
      </w:r>
      <w:r>
        <w:br/>
      </w:r>
      <w:r>
        <w:t xml:space="preserve">    (c)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museum displayed maps from the town's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maritime</w:t>
      </w:r>
      <w:r>
        <w:rPr>
          <w:b/>
          <w:bCs/>
        </w:rPr>
        <w:t xml:space="preserve"> </w:t>
      </w:r>
      <w:r>
        <w:rPr>
          <w:b/>
          <w:bCs/>
        </w:rPr>
        <w:t xml:space="preserve">history.</w:t>
      </w:r>
      <w:r>
        <w:br/>
      </w:r>
      <w:r>
        <w:t xml:space="preserve">    (a) related to deserts</w:t>
      </w:r>
      <w:r>
        <w:br/>
      </w:r>
      <w:r>
        <w:t xml:space="preserve">    (b) related to music</w:t>
      </w:r>
      <w:r>
        <w:br/>
      </w:r>
      <w:r>
        <w:t xml:space="preserve">    (c) related to the sea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Germans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migrated</w:t>
      </w:r>
      <w:r>
        <w:rPr>
          <w:b/>
          <w:bCs/>
        </w:rPr>
        <w:t xml:space="preserve"> </w:t>
      </w:r>
      <w:r>
        <w:rPr>
          <w:b/>
          <w:bCs/>
        </w:rPr>
        <w:t xml:space="preserve">to South America in the mid-19th century</w:t>
      </w:r>
      <w:r>
        <w:br/>
      </w:r>
      <w:r>
        <w:t xml:space="preserve">    (a) flew toward</w:t>
      </w:r>
      <w:r>
        <w:br/>
      </w:r>
      <w:r>
        <w:t xml:space="preserve">    (b) flew away</w:t>
      </w:r>
      <w:r>
        <w:br/>
      </w:r>
      <w:r>
        <w:t xml:space="preserve">    (c) moved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charged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misdemeanor</w:t>
      </w:r>
      <w:r>
        <w:rPr>
          <w:b/>
          <w:bCs/>
        </w:rPr>
        <w:t xml:space="preserve"> </w:t>
      </w:r>
      <w:r>
        <w:rPr>
          <w:b/>
          <w:bCs/>
        </w:rPr>
        <w:t xml:space="preserve">for throwing an egg at her neighbor's door.</w:t>
      </w:r>
      <w:r>
        <w:br/>
      </w:r>
      <w:r>
        <w:t xml:space="preserve">    (a) a court complaint filing</w:t>
      </w:r>
      <w:r>
        <w:br/>
      </w:r>
      <w:r>
        <w:t xml:space="preserve">    (b) a minor criminal offense</w:t>
      </w:r>
      <w:r>
        <w:br/>
      </w:r>
      <w:r>
        <w:t xml:space="preserve">    (c) a binding legal contract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budget was approved,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loud protests from the opposition.</w:t>
      </w:r>
      <w:r>
        <w:br/>
      </w:r>
      <w:r>
        <w:t xml:space="preserve">    (a) in addition to</w:t>
      </w:r>
      <w:r>
        <w:br/>
      </w:r>
      <w:r>
        <w:t xml:space="preserve">    (b) as a result of</w:t>
      </w:r>
      <w:r>
        <w:br/>
      </w:r>
      <w:r>
        <w:t xml:space="preserve">    (c) in spite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recorded her family history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posterity</w:t>
      </w:r>
      <w:r>
        <w:rPr>
          <w:b/>
          <w:bCs/>
        </w:rPr>
        <w:t xml:space="preserve">, hoping her great-grandchildren would one day read it.</w:t>
      </w:r>
      <w:r>
        <w:br/>
      </w:r>
      <w:r>
        <w:t xml:space="preserve">    (a) future generations</w:t>
      </w:r>
      <w:r>
        <w:br/>
      </w:r>
      <w:r>
        <w:t xml:space="preserve">    (b) academic records</w:t>
      </w:r>
      <w:r>
        <w:br/>
      </w:r>
      <w:r>
        <w:t xml:space="preserve">    (c) personal amusement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Senate typically requires 51 members to form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quorum</w:t>
      </w:r>
      <w:r>
        <w:rPr>
          <w:b/>
          <w:bCs/>
        </w:rPr>
        <w:t xml:space="preserve">.</w:t>
      </w:r>
      <w:r>
        <w:br/>
      </w:r>
      <w:r>
        <w:t xml:space="preserve">    (a) meeting agenda</w:t>
      </w:r>
      <w:r>
        <w:br/>
      </w:r>
      <w:r>
        <w:t xml:space="preserve">    (b) full chamber</w:t>
      </w:r>
      <w:r>
        <w:br/>
      </w:r>
      <w:r>
        <w:t xml:space="preserve">    (c) official attendance requirement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committee expressed a desire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</w:t>
      </w:r>
      <w:r>
        <w:rPr>
          <w:b/>
          <w:bCs/>
        </w:rPr>
        <w:t xml:space="preserve"> </w:t>
      </w:r>
      <w:r>
        <w:rPr>
          <w:b/>
          <w:bCs/>
        </w:rPr>
        <w:t xml:space="preserve">the oversight.</w:t>
      </w:r>
      <w:r>
        <w:br/>
      </w:r>
      <w:r>
        <w:t xml:space="preserve">    (a) investigate</w:t>
      </w:r>
      <w:r>
        <w:br/>
      </w:r>
      <w:r>
        <w:t xml:space="preserve">    (b) make up for</w:t>
      </w:r>
      <w:r>
        <w:br/>
      </w:r>
      <w:r>
        <w:t xml:space="preserve">    (c) change clothing after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results of the initial investigation were unclear, but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subsequent</w:t>
      </w:r>
      <w:r>
        <w:rPr>
          <w:b/>
          <w:bCs/>
        </w:rPr>
        <w:t xml:space="preserve"> </w:t>
      </w:r>
      <w:r>
        <w:rPr>
          <w:b/>
          <w:bCs/>
        </w:rPr>
        <w:t xml:space="preserve">investigation concluded that she used good judgment.</w:t>
      </w:r>
      <w:r>
        <w:br/>
      </w:r>
      <w:r>
        <w:t xml:space="preserve">    (a) official</w:t>
      </w:r>
      <w:r>
        <w:br/>
      </w:r>
      <w:r>
        <w:t xml:space="preserve">    (b) following</w:t>
      </w:r>
      <w:r>
        <w:br/>
      </w:r>
      <w:r>
        <w:t xml:space="preserve">    (c) thorough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Susan B. Anthony fought for women's political rights, especially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suffrage</w:t>
      </w:r>
      <w:r>
        <w:rPr>
          <w:b/>
          <w:bCs/>
        </w:rPr>
        <w:t xml:space="preserve">.</w:t>
      </w:r>
      <w:r>
        <w:br/>
      </w:r>
      <w:r>
        <w:t xml:space="preserve">    (a) the right to own property</w:t>
      </w:r>
      <w:r>
        <w:br/>
      </w:r>
      <w:r>
        <w:t xml:space="preserve">    (b) freedom of expression</w:t>
      </w:r>
      <w:r>
        <w:br/>
      </w:r>
      <w:r>
        <w:t xml:space="preserve">    (c) the right to vote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jury reached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unanimous</w:t>
      </w:r>
      <w:r>
        <w:rPr>
          <w:b/>
          <w:bCs/>
        </w:rPr>
        <w:t xml:space="preserve"> </w:t>
      </w:r>
      <w:r>
        <w:rPr>
          <w:b/>
          <w:bCs/>
        </w:rPr>
        <w:t xml:space="preserve">decision after just two hours of deliberation.</w:t>
      </w:r>
      <w:r>
        <w:br/>
      </w:r>
      <w:r>
        <w:t xml:space="preserve">    (a) split nearly evenly</w:t>
      </w:r>
      <w:r>
        <w:br/>
      </w:r>
      <w:r>
        <w:t xml:space="preserve">    (b) made by just one juror</w:t>
      </w:r>
      <w:r>
        <w:br/>
      </w:r>
      <w:r>
        <w:t xml:space="preserve">    (c) agreed on by all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2026-07-31T17:02:36Z</dcterms:created>
  <dcterms:modified xsi:type="dcterms:W3CDTF">2026-07-31T17:02:36Z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