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628ee2ac41a190f05ad1c838d430e53692b996"/>
    <w:p>
      <w:pPr>
        <w:pStyle w:val="Heading1"/>
      </w:pPr>
      <w:r>
        <w:rPr>
          <w:b/>
          <w:bCs/>
        </w:rPr>
        <w:t xml:space="preserve">The Constitution of the United States</w:t>
      </w:r>
      <w:r>
        <w:br/>
      </w:r>
      <w:r>
        <w:rPr>
          <w:i/>
          <w:iCs/>
        </w:rPr>
        <w:t xml:space="preserve">United States 'Founding Fathers'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Senate of the United States shall be composed of two Senators from each State, chosen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Legislature</w:t>
      </w:r>
      <w:r>
        <w:rPr>
          <w:b/>
          <w:bCs/>
        </w:rPr>
        <w:t xml:space="preserve"> </w:t>
      </w:r>
      <w:r>
        <w:rPr>
          <w:b/>
          <w:bCs/>
        </w:rPr>
        <w:t xml:space="preserve">thereof for six Years; and each Senator shall have one Vote.</w:t>
      </w:r>
      <w:r>
        <w:br/>
      </w:r>
      <w:r>
        <w:t xml:space="preserve">    (a) something that serves as evidence -- especially a statement at a trial or hearing</w:t>
      </w:r>
      <w:r>
        <w:br/>
      </w:r>
      <w:r>
        <w:t xml:space="preserve">    (b) an atom that has acquired an electrical charge by the loss or gain of an electron</w:t>
      </w:r>
      <w:r>
        <w:br/>
      </w:r>
      <w:r>
        <w:t xml:space="preserve">    (c) a group, made up of government representatives, that has the power to create laws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Person shall be a Senator who shall not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attained</w:t>
      </w:r>
      <w:r>
        <w:rPr>
          <w:b/>
          <w:bCs/>
        </w:rPr>
        <w:t xml:space="preserve"> </w:t>
      </w:r>
      <w:r>
        <w:rPr>
          <w:b/>
          <w:bCs/>
        </w:rPr>
        <w:t xml:space="preserve">to the Age of thirty Years, and been nine Years a Citizen of the United States, and who shall not, when elected, be an Inhabitant of that State for which he shall be chosen.</w:t>
      </w:r>
      <w:r>
        <w:br/>
      </w:r>
      <w:r>
        <w:t xml:space="preserve">    (a) tension from opposing ideas or feelings</w:t>
      </w:r>
      <w:r>
        <w:br/>
      </w:r>
      <w:r>
        <w:t xml:space="preserve">    (b) gained or reached something with effort</w:t>
      </w:r>
      <w:r>
        <w:br/>
      </w:r>
      <w:r>
        <w:t xml:space="preserve">    (c) examined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House shall be the Judge of the Elections, Returns and Qualifications of its own Members, and a Majority of each shall constitute a Quorum to do Business; but a smaller Number may adjourn from day to day, and may be authorized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compel</w:t>
      </w:r>
      <w:r>
        <w:rPr>
          <w:b/>
          <w:bCs/>
        </w:rPr>
        <w:t xml:space="preserve"> </w:t>
      </w:r>
      <w:r>
        <w:rPr>
          <w:b/>
          <w:bCs/>
        </w:rPr>
        <w:t xml:space="preserve">the Attendance of absent Members, in such Manner, and under such Penalties as each House may provide.</w:t>
      </w:r>
      <w:r>
        <w:br/>
      </w:r>
      <w:r>
        <w:t xml:space="preserve">    (a) force; or (more rarely) convince</w:t>
      </w:r>
      <w:r>
        <w:br/>
      </w:r>
      <w:r>
        <w:t xml:space="preserve">    (b) describing someone as antisocial</w:t>
      </w:r>
      <w:r>
        <w:br/>
      </w:r>
      <w:r>
        <w:t xml:space="preserve">    (c) another battle with the same foe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Bills for raising Revenue shall originate in the House of Representatives; but the Senate may propose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concur</w:t>
      </w:r>
      <w:r>
        <w:rPr>
          <w:b/>
          <w:bCs/>
        </w:rPr>
        <w:t xml:space="preserve"> </w:t>
      </w:r>
      <w:r>
        <w:rPr>
          <w:b/>
          <w:bCs/>
        </w:rPr>
        <w:t xml:space="preserve">with Amendments as on other Bills.</w:t>
      </w:r>
      <w:r>
        <w:br/>
      </w:r>
      <w:r>
        <w:t xml:space="preserve">    (a) adapt</w:t>
      </w:r>
      <w:r>
        <w:br/>
      </w:r>
      <w:r>
        <w:t xml:space="preserve">    (b) trade</w:t>
      </w:r>
      <w:r>
        <w:br/>
      </w:r>
      <w:r>
        <w:t xml:space="preserve">    (c) agree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Capitation, or other direct, Tax shall be laid, unless in Proportion to the Census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enumeration</w:t>
      </w:r>
      <w:r>
        <w:rPr>
          <w:b/>
          <w:bCs/>
        </w:rPr>
        <w:t xml:space="preserve"> </w:t>
      </w:r>
      <w:r>
        <w:rPr>
          <w:b/>
          <w:bCs/>
        </w:rPr>
        <w:t xml:space="preserve">herein before directed to be taken.</w:t>
      </w:r>
      <w:r>
        <w:br/>
      </w:r>
      <w:r>
        <w:t xml:space="preserve">    (a) to name or list things one-by-one</w:t>
      </w:r>
      <w:r>
        <w:br/>
      </w:r>
      <w:r>
        <w:t xml:space="preserve">    (b) the act of recognizing difference</w:t>
      </w:r>
      <w:r>
        <w:br/>
      </w:r>
      <w:r>
        <w:t xml:space="preserve">    (c) someone who expresses disapproval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Money shall be drawn from the Treasury, but in Consequence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Appropriations</w:t>
      </w:r>
      <w:r>
        <w:rPr>
          <w:b/>
          <w:bCs/>
        </w:rPr>
        <w:t xml:space="preserve"> </w:t>
      </w:r>
      <w:r>
        <w:rPr>
          <w:b/>
          <w:bCs/>
        </w:rPr>
        <w:t xml:space="preserve">made by Law; and a regular Statement and Account of the Receipts and Expenditures of all public Money shall be published from time to time.</w:t>
      </w:r>
      <w:r>
        <w:br/>
      </w:r>
      <w:r>
        <w:t xml:space="preserve">    (a) budget</w:t>
      </w:r>
      <w:r>
        <w:br/>
      </w:r>
      <w:r>
        <w:t xml:space="preserve">    (b) study</w:t>
      </w:r>
      <w:r>
        <w:br/>
      </w:r>
      <w:r>
        <w:t xml:space="preserve">    (c) analysis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 shall have power to enforce this article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</w:t>
      </w:r>
      <w:r>
        <w:rPr>
          <w:b/>
          <w:bCs/>
        </w:rPr>
        <w:t xml:space="preserve"> </w:t>
      </w:r>
      <w:r>
        <w:rPr>
          <w:b/>
          <w:bCs/>
        </w:rPr>
        <w:t xml:space="preserve">legislation.</w:t>
      </w:r>
      <w:r>
        <w:br/>
      </w:r>
      <w:r>
        <w:t xml:space="preserve">    (a) majority</w:t>
      </w:r>
      <w:r>
        <w:br/>
      </w:r>
      <w:r>
        <w:t xml:space="preserve">    (b) super-majority</w:t>
      </w:r>
      <w:r>
        <w:br/>
      </w:r>
      <w:r>
        <w:t xml:space="preserve">    (c) suitable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State shall enter into any Treaty, Alliance, or Confederation; grant Letters of Marque and Reprisal; coin Money; emit Bills of Credit; make any Thing but gold and silver Coin a Tender in Payment of Debts; pass any Bill of Attainder, ex post facto Law, or Law impairing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Obligation</w:t>
      </w:r>
      <w:r>
        <w:rPr>
          <w:b/>
          <w:bCs/>
        </w:rPr>
        <w:t xml:space="preserve"> </w:t>
      </w:r>
      <w:r>
        <w:rPr>
          <w:b/>
          <w:bCs/>
        </w:rPr>
        <w:t xml:space="preserve">of Contracts, or grant any Title of Nobility.</w:t>
      </w:r>
      <w:r>
        <w:br/>
      </w:r>
      <w:r>
        <w:t xml:space="preserve">    (a) a duty</w:t>
      </w:r>
      <w:r>
        <w:br/>
      </w:r>
      <w:r>
        <w:t xml:space="preserve">    (b) battle</w:t>
      </w:r>
      <w:r>
        <w:br/>
      </w:r>
      <w:r>
        <w:t xml:space="preserve">    (c) memory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State shall, without the Consent of the Congress, lay any Imposts or Duties on Imports or Exports, except what may be absolutely necessary for executing it's inspection Laws: and the net Produce of all Duties and Imposts, laid by any State on Imports or Exports, shall be for the Use of the Treasury of the United States; and all such Laws shall be subject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Revision</w:t>
      </w:r>
      <w:r>
        <w:rPr>
          <w:b/>
          <w:bCs/>
        </w:rPr>
        <w:t xml:space="preserve"> </w:t>
      </w:r>
      <w:r>
        <w:rPr>
          <w:b/>
          <w:bCs/>
        </w:rPr>
        <w:t xml:space="preserve">and Controul of the Congress.</w:t>
      </w:r>
      <w:r>
        <w:br/>
      </w:r>
      <w:r>
        <w:t xml:space="preserve">    (a) confidential or secret meeting</w:t>
      </w:r>
      <w:r>
        <w:br/>
      </w:r>
      <w:r>
        <w:t xml:space="preserve">    (b) a type of small portable radio</w:t>
      </w:r>
      <w:r>
        <w:br/>
      </w:r>
      <w:r>
        <w:t xml:space="preserve">    (c) a change; or a changed version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Electors shall meet in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respective</w:t>
      </w:r>
      <w:r>
        <w:rPr>
          <w:b/>
          <w:bCs/>
        </w:rPr>
        <w:t xml:space="preserve"> </w:t>
      </w:r>
      <w:r>
        <w:rPr>
          <w:b/>
          <w:bCs/>
        </w:rPr>
        <w:t xml:space="preserve">States, and vote by Ballot for two Persons, of whom one at least shall not be an Inhabitant of the same State with themselves.</w:t>
      </w:r>
      <w:r>
        <w:br/>
      </w:r>
      <w:r>
        <w:t xml:space="preserve">    (a) in a manner of accepting something as true (without proof)</w:t>
      </w:r>
      <w:r>
        <w:br/>
      </w:r>
      <w:r>
        <w:t xml:space="preserve">    (b) relating separately to the people or things just mentioned</w:t>
      </w:r>
      <w:r>
        <w:br/>
      </w:r>
      <w:r>
        <w:t xml:space="preserve">    (c) lacking emission of a stream of particles in nuclear decay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Electors shall meet in their respective States, and vote by Ballot for two Persons, of whom one at least shall not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Inhabitant</w:t>
      </w:r>
      <w:r>
        <w:rPr>
          <w:b/>
          <w:bCs/>
        </w:rPr>
        <w:t xml:space="preserve"> </w:t>
      </w:r>
      <w:r>
        <w:rPr>
          <w:b/>
          <w:bCs/>
        </w:rPr>
        <w:t xml:space="preserve">of the same State with themselves.</w:t>
      </w:r>
      <w:r>
        <w:br/>
      </w:r>
      <w:r>
        <w:t xml:space="preserve">    (a) someone who waves or makes a showy gesture</w:t>
      </w:r>
      <w:r>
        <w:br/>
      </w:r>
      <w:r>
        <w:t xml:space="preserve">    (b) someone who stops something from happening</w:t>
      </w:r>
      <w:r>
        <w:br/>
      </w:r>
      <w:r>
        <w:t xml:space="preserve">    (c) a person (who lives in a particular place)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judicial Power of the United States shall be vested in one supreme Court, and in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inferior</w:t>
      </w:r>
      <w:r>
        <w:rPr>
          <w:b/>
          <w:bCs/>
        </w:rPr>
        <w:t xml:space="preserve"> </w:t>
      </w:r>
      <w:r>
        <w:rPr>
          <w:b/>
          <w:bCs/>
        </w:rPr>
        <w:t xml:space="preserve">Courts as the Congress may from time to time ordain and establish.</w:t>
      </w:r>
      <w:r>
        <w:br/>
      </w:r>
      <w:r>
        <w:t xml:space="preserve">    (a) of an organism in the early stages of development prior to birth, hatching, or sprouting  OR  of anything in an early stage of development</w:t>
      </w:r>
      <w:r>
        <w:br/>
      </w:r>
      <w:r>
        <w:t xml:space="preserve">    (b) (adjective) of low quality, or of lower quality or rank than something else  OR  (more rarely as a noun) a person of lower rank or status</w:t>
      </w:r>
      <w:r>
        <w:br/>
      </w:r>
      <w:r>
        <w:t xml:space="preserve">    (c) relating to existentialism -- a philosophical movement that assumes each person is free to determine what is essential in their existence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Treason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the United States, shall consist only in levying War against them, or in adhering to their Enemies, giving them Aid and Comfort.</w:t>
      </w:r>
      <w:r>
        <w:br/>
      </w:r>
      <w:r>
        <w:t xml:space="preserve">    (a) an act of betrayal</w:t>
      </w:r>
      <w:r>
        <w:br/>
      </w:r>
      <w:r>
        <w:t xml:space="preserve">    (b) easily set on fire</w:t>
      </w:r>
      <w:r>
        <w:br/>
      </w:r>
      <w:r>
        <w:t xml:space="preserve">    (c) untied or released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 Congress may by general Laws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prescribe</w:t>
      </w:r>
      <w:r>
        <w:rPr>
          <w:b/>
          <w:bCs/>
        </w:rPr>
        <w:t xml:space="preserve"> </w:t>
      </w:r>
      <w:r>
        <w:rPr>
          <w:b/>
          <w:bCs/>
        </w:rPr>
        <w:t xml:space="preserve">the Manner in which such Acts, Records and Proceedings shall be proved, and the Effect thereof.</w:t>
      </w:r>
      <w:r>
        <w:br/>
      </w:r>
      <w:r>
        <w:t xml:space="preserve">    (a) fear, or anticipate with worry (commonly only seen in the forms "apprehensive" and "apprehension," but seen in this form in classic literature)</w:t>
      </w:r>
      <w:r>
        <w:br/>
      </w:r>
      <w:r>
        <w:t xml:space="preserve">    (b) recommend or require what should be done  OR  (of a medical doctor) give medical instructions -- such as writing that a patient should take antibiotics</w:t>
      </w:r>
      <w:r>
        <w:br/>
      </w:r>
      <w:r>
        <w:t xml:space="preserve">    (c) (noun) something that is lighter and draws attention -- such as an area of a painting  OR  (verb) making something lighter -- such as an area of a painting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Citizens of each State shall be entitled to all Privileges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Immunities</w:t>
      </w:r>
      <w:r>
        <w:rPr>
          <w:b/>
          <w:bCs/>
        </w:rPr>
        <w:t xml:space="preserve"> </w:t>
      </w:r>
      <w:r>
        <w:rPr>
          <w:b/>
          <w:bCs/>
        </w:rPr>
        <w:t xml:space="preserve">of Citizens in the several States.</w:t>
      </w:r>
      <w:r>
        <w:br/>
      </w:r>
      <w:r>
        <w:t xml:space="preserve">    (a) not in danger of being affected by something -- especially a disease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relating to disease resistance</w:t>
      </w:r>
      <w:r>
        <w:br/>
      </w:r>
      <w:r>
        <w:t xml:space="preserve">    (b) people who follow the philosophical &amp; religious system based on the teachings of Laozi (also spelled Taoists)</w:t>
      </w:r>
      <w:r>
        <w:br/>
      </w:r>
      <w:r>
        <w:t xml:space="preserve">    (c) threadlike structures in the cell nucleus that carry genes in a linear order that determine biological traits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that no State, without its Consent, shall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deprived</w:t>
      </w:r>
      <w:r>
        <w:rPr>
          <w:b/>
          <w:bCs/>
        </w:rPr>
        <w:t xml:space="preserve"> </w:t>
      </w:r>
      <w:r>
        <w:rPr>
          <w:b/>
          <w:bCs/>
        </w:rPr>
        <w:t xml:space="preserve">of its equal Suffrage in the Senate.</w:t>
      </w:r>
      <w:r>
        <w:br/>
      </w:r>
      <w:r>
        <w:t xml:space="preserve">    (a) of the Netherlands or its people</w:t>
      </w:r>
      <w:r>
        <w:br/>
      </w:r>
      <w:r>
        <w:t xml:space="preserve">    (b) lacking things most people enjoy</w:t>
      </w:r>
      <w:r>
        <w:br/>
      </w:r>
      <w:r>
        <w:t xml:space="preserve">    (c) referring to any rocky mountains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Ratification of the Conventions of nine States, shall be sufficient for the Establishment of this Constitution between the States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ratifying</w:t>
      </w:r>
      <w:r>
        <w:rPr>
          <w:b/>
          <w:bCs/>
        </w:rPr>
        <w:t xml:space="preserve"> </w:t>
      </w:r>
      <w:r>
        <w:rPr>
          <w:b/>
          <w:bCs/>
        </w:rPr>
        <w:t xml:space="preserve">the Same.</w:t>
      </w:r>
      <w:r>
        <w:br/>
      </w:r>
      <w:r>
        <w:t xml:space="preserve">    (a) restoring</w:t>
      </w:r>
      <w:r>
        <w:br/>
      </w:r>
      <w:r>
        <w:t xml:space="preserve">    (b) differing</w:t>
      </w:r>
      <w:r>
        <w:br/>
      </w:r>
      <w:r>
        <w:t xml:space="preserve">    (c) approving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Amendment VII In Suits at common law, where the value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controversy</w:t>
      </w:r>
      <w:r>
        <w:rPr>
          <w:b/>
          <w:bCs/>
        </w:rPr>
        <w:t xml:space="preserve"> </w:t>
      </w:r>
      <w:r>
        <w:rPr>
          <w:b/>
          <w:bCs/>
        </w:rPr>
        <w:t xml:space="preserve">shall exceed twenty dollars, the right of trial by jury shall be preserved, and no fact tried by a jury, shall be otherwise re-examined in any Court of the United States, than according to the rules of the common law.</w:t>
      </w:r>
      <w:r>
        <w:br/>
      </w:r>
      <w:r>
        <w:t xml:space="preserve">    (a) satisfaction</w:t>
      </w:r>
      <w:r>
        <w:br/>
      </w:r>
      <w:r>
        <w:t xml:space="preserve">    (b) psychiatrist</w:t>
      </w:r>
      <w:r>
        <w:br/>
      </w:r>
      <w:r>
        <w:t xml:space="preserve">    (c)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Amendment IX The enumeration in the Constitution, of certain rights, shall not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construed</w:t>
      </w:r>
      <w:r>
        <w:rPr>
          <w:b/>
          <w:bCs/>
        </w:rPr>
        <w:t xml:space="preserve"> </w:t>
      </w:r>
      <w:r>
        <w:rPr>
          <w:b/>
          <w:bCs/>
        </w:rPr>
        <w:t xml:space="preserve">to deny or disparage others retained by the people.</w:t>
      </w:r>
      <w:r>
        <w:br/>
      </w:r>
      <w:r>
        <w:t xml:space="preserve">    (a) a non-doctor who assisted a women in childbirth</w:t>
      </w:r>
      <w:r>
        <w:br/>
      </w:r>
      <w:r>
        <w:t xml:space="preserve">    (b) understood something to have a specific meaning</w:t>
      </w:r>
      <w:r>
        <w:br/>
      </w:r>
      <w:r>
        <w:t xml:space="preserve">    (c) not controlled, prevented, or made less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right of citizens of the United States to vote shall not be denied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abridged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United States or by any State on account of sex.</w:t>
      </w:r>
      <w:r>
        <w:br/>
      </w:r>
      <w:r>
        <w:t xml:space="preserve">    (a) deeply involved; or intermixed with complications or difficulties</w:t>
      </w:r>
      <w:r>
        <w:br/>
      </w:r>
      <w:r>
        <w:t xml:space="preserve">    (b) showed fear by positioning the body as though afraid of being hit</w:t>
      </w:r>
      <w:r>
        <w:br/>
      </w:r>
      <w:r>
        <w:t xml:space="preserve">    (c) shortened; or reduced in scope while retaining essential elements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2026-07-31T17:02:36Z</dcterms:created>
  <dcterms:modified xsi:type="dcterms:W3CDTF">2026-07-31T17:02:36Z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