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d7f6756e0ffac96a516f729281921546fad29b"/>
    <w:p>
      <w:pPr>
        <w:pStyle w:val="Heading1"/>
      </w:pPr>
      <w:r>
        <w:rPr>
          <w:b/>
          <w:bCs/>
        </w:rPr>
        <w:t xml:space="preserve">The Communist Manifesto</w:t>
      </w:r>
      <w:r>
        <w:br/>
      </w:r>
      <w:r>
        <w:rPr>
          <w:i/>
          <w:iCs/>
        </w:rPr>
        <w:t xml:space="preserve">Karl Marx and Friedrich Engels</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Where is the party in opposition that has not been decried as</w:t>
      </w:r>
      <w:r>
        <w:rPr>
          <w:b/>
          <w:bCs/>
        </w:rPr>
        <w:t xml:space="preserve"> </w:t>
      </w:r>
      <w:r>
        <w:rPr>
          <w:b/>
          <w:bCs/>
          <w:u w:val="single"/>
        </w:rPr>
        <w:t xml:space="preserve">Communistic</w:t>
      </w:r>
      <w:r>
        <w:rPr>
          <w:b/>
          <w:bCs/>
        </w:rPr>
        <w:t xml:space="preserve"> </w:t>
      </w:r>
      <w:r>
        <w:rPr>
          <w:b/>
          <w:bCs/>
        </w:rPr>
        <w:t xml:space="preserve">by its opponents in power?</w:t>
      </w:r>
      <w:r>
        <w:br/>
      </w:r>
      <w:r>
        <w:t xml:space="preserve">    (a) relating to an economic system that abolishes private ownership of property with the goal of a classless society</w:t>
      </w:r>
      <w:r>
        <w:br/>
      </w:r>
      <w:r>
        <w:t xml:space="preserve">    (b) related to expressing personal artistic ideas or feelings while performing (or performing to) someone else's work</w:t>
      </w:r>
      <w:r>
        <w:br/>
      </w:r>
      <w:r>
        <w:t xml:space="preserve">    (c) working against psychosis (any severe mental disorder in which contact with reality is lost or highly distorted)</w:t>
      </w:r>
    </w:p>
    <w:p>
      <w:pPr>
        <w:pStyle w:val="Compact"/>
        <w:numPr>
          <w:ilvl w:val="0"/>
          <w:numId w:val="1001"/>
        </w:numPr>
      </w:pPr>
      <w:r>
        <w:rPr>
          <w:b/>
          <w:bCs/>
        </w:rPr>
        <w:t xml:space="preserve">Where is the Opposition that has not hurled back the branding</w:t>
      </w:r>
      <w:r>
        <w:rPr>
          <w:b/>
          <w:bCs/>
        </w:rPr>
        <w:t xml:space="preserve"> </w:t>
      </w:r>
      <w:r>
        <w:rPr>
          <w:b/>
          <w:bCs/>
          <w:u w:val="single"/>
        </w:rPr>
        <w:t xml:space="preserve">reproach</w:t>
      </w:r>
      <w:r>
        <w:rPr>
          <w:b/>
          <w:bCs/>
        </w:rPr>
        <w:t xml:space="preserve"> </w:t>
      </w:r>
      <w:r>
        <w:rPr>
          <w:b/>
          <w:bCs/>
        </w:rPr>
        <w:t xml:space="preserve">of Communism, against the more advanced opposition parties, as well as against its reactionary adversaries?</w:t>
      </w:r>
      <w:r>
        <w:br/>
      </w:r>
      <w:r>
        <w:t xml:space="preserve">    (a) to spread to other parts of the body</w:t>
      </w:r>
      <w:r>
        <w:br/>
      </w:r>
      <w:r>
        <w:t xml:space="preserve">    (b) move into position to work; or start</w:t>
      </w:r>
      <w:r>
        <w:br/>
      </w:r>
      <w:r>
        <w:t xml:space="preserve">    (c) a criticism; or to express criticism</w:t>
      </w:r>
    </w:p>
    <w:p>
      <w:pPr>
        <w:pStyle w:val="Compact"/>
        <w:numPr>
          <w:ilvl w:val="0"/>
          <w:numId w:val="1001"/>
        </w:numPr>
      </w:pPr>
      <w:r>
        <w:rPr>
          <w:b/>
          <w:bCs/>
        </w:rPr>
        <w:t xml:space="preserve">I. BOURGEOIS AND</w:t>
      </w:r>
      <w:r>
        <w:rPr>
          <w:b/>
          <w:bCs/>
        </w:rPr>
        <w:t xml:space="preserve"> </w:t>
      </w:r>
      <w:r>
        <w:rPr>
          <w:b/>
          <w:bCs/>
          <w:u w:val="single"/>
        </w:rPr>
        <w:t xml:space="preserve">PROLETARIANS</w:t>
      </w:r>
      <w:r>
        <w:rPr>
          <w:b/>
          <w:bCs/>
        </w:rPr>
        <w:t xml:space="preserve"> </w:t>
      </w:r>
      <w:r>
        <w:rPr>
          <w:b/>
          <w:bCs/>
        </w:rPr>
        <w:t xml:space="preserve">The history of all hitherto existing societies is the history of class struggles.</w:t>
      </w:r>
      <w:r>
        <w:br/>
      </w:r>
      <w:r>
        <w:t xml:space="preserve">    (a) basketball position noted for a versatile player who can play inside and outside</w:t>
      </w:r>
      <w:r>
        <w:br/>
      </w:r>
      <w:r>
        <w:t xml:space="preserve">    (b) the branch of physics concerned with the conversion of different forms of energy</w:t>
      </w:r>
      <w:r>
        <w:br/>
      </w:r>
      <w:r>
        <w:t xml:space="preserve">    (c) a social class consisting of those who must work for wages to support themselves</w:t>
      </w:r>
    </w:p>
    <w:p>
      <w:pPr>
        <w:pStyle w:val="Compact"/>
        <w:numPr>
          <w:ilvl w:val="0"/>
          <w:numId w:val="1001"/>
        </w:numPr>
      </w:pPr>
      <w:r>
        <w:rPr>
          <w:b/>
          <w:bCs/>
        </w:rPr>
        <w:t xml:space="preserve">Our epoch, the epoch of the</w:t>
      </w:r>
      <w:r>
        <w:rPr>
          <w:b/>
          <w:bCs/>
        </w:rPr>
        <w:t xml:space="preserve"> </w:t>
      </w:r>
      <w:r>
        <w:rPr>
          <w:b/>
          <w:bCs/>
          <w:u w:val="single"/>
        </w:rPr>
        <w:t xml:space="preserve">bourgeoisie</w:t>
      </w:r>
      <w:r>
        <w:rPr>
          <w:b/>
          <w:bCs/>
        </w:rPr>
        <w:t xml:space="preserve">, possesses, however, this distinctive feature: it has simplified the class antagonisms.</w:t>
      </w:r>
      <w:r>
        <w:br/>
      </w:r>
      <w:r>
        <w:t xml:space="preserve">    (a) a member of the middle class  OR  (in Marxist theory) a member of the property-owing class</w:t>
      </w:r>
      <w:r>
        <w:br/>
      </w:r>
      <w:r>
        <w:t xml:space="preserve">    (b) gently sloping underwater plains from the shore of continents to about 200 meters of depth</w:t>
      </w:r>
      <w:r>
        <w:br/>
      </w:r>
      <w:r>
        <w:t xml:space="preserve">    (c) related to the passage food and drink follow between the back of the mouth and the stomach</w:t>
      </w:r>
    </w:p>
    <w:p>
      <w:pPr>
        <w:pStyle w:val="Compact"/>
        <w:numPr>
          <w:ilvl w:val="0"/>
          <w:numId w:val="1001"/>
        </w:numPr>
      </w:pPr>
      <w:r>
        <w:rPr>
          <w:b/>
          <w:bCs/>
        </w:rPr>
        <w:t xml:space="preserve">The bourgeoisie, during its rule of scarce one hundred years, has created more massive and more colossal productive forces than have all</w:t>
      </w:r>
      <w:r>
        <w:rPr>
          <w:b/>
          <w:bCs/>
        </w:rPr>
        <w:t xml:space="preserve"> </w:t>
      </w:r>
      <w:r>
        <w:rPr>
          <w:b/>
          <w:bCs/>
          <w:u w:val="single"/>
        </w:rPr>
        <w:t xml:space="preserve">preceding</w:t>
      </w:r>
      <w:r>
        <w:rPr>
          <w:b/>
          <w:bCs/>
        </w:rPr>
        <w:t xml:space="preserve"> </w:t>
      </w:r>
      <w:r>
        <w:rPr>
          <w:b/>
          <w:bCs/>
        </w:rPr>
        <w:t xml:space="preserve">generations together.</w:t>
      </w:r>
      <w:r>
        <w:br/>
      </w:r>
      <w:r>
        <w:t xml:space="preserve">    (a) prior (in time or space)</w:t>
      </w:r>
      <w:r>
        <w:br/>
      </w:r>
      <w:r>
        <w:t xml:space="preserve">    (b) beginning to fight again</w:t>
      </w:r>
      <w:r>
        <w:br/>
      </w:r>
      <w:r>
        <w:t xml:space="preserve">    (c) influencing or effecting</w:t>
      </w:r>
    </w:p>
    <w:p>
      <w:pPr>
        <w:pStyle w:val="Compact"/>
        <w:numPr>
          <w:ilvl w:val="0"/>
          <w:numId w:val="1001"/>
        </w:numPr>
      </w:pPr>
      <w:r>
        <w:rPr>
          <w:b/>
          <w:bCs/>
        </w:rPr>
        <w:t xml:space="preserve">If anywhere they unite to form more compact bodies, this is not yet the consequence of their own active union, but of the union of the bourgeoisie, which class, in order to attain its own political ends, is compelled to set the whole proletariat in motion, and is</w:t>
      </w:r>
      <w:r>
        <w:rPr>
          <w:b/>
          <w:bCs/>
        </w:rPr>
        <w:t xml:space="preserve"> </w:t>
      </w:r>
      <w:r>
        <w:rPr>
          <w:b/>
          <w:bCs/>
          <w:u w:val="single"/>
        </w:rPr>
        <w:t xml:space="preserve">moreover</w:t>
      </w:r>
      <w:r>
        <w:rPr>
          <w:b/>
          <w:bCs/>
        </w:rPr>
        <w:t xml:space="preserve"> </w:t>
      </w:r>
      <w:r>
        <w:rPr>
          <w:b/>
          <w:bCs/>
        </w:rPr>
        <w:t xml:space="preserve">yet, for a time, able to do so.</w:t>
      </w:r>
      <w:r>
        <w:br/>
      </w:r>
      <w:r>
        <w:t xml:space="preserve">    (a) despite that (used to connect contrasting ideas)</w:t>
      </w:r>
      <w:r>
        <w:br/>
      </w:r>
      <w:r>
        <w:t xml:space="preserve">    (b) in addition to what has just been said</w:t>
      </w:r>
      <w:r>
        <w:br/>
      </w:r>
      <w:r>
        <w:t xml:space="preserve">    (c) even though -- used to connect contrasting ideas</w:t>
      </w:r>
    </w:p>
    <w:p>
      <w:pPr>
        <w:pStyle w:val="Compact"/>
        <w:numPr>
          <w:ilvl w:val="0"/>
          <w:numId w:val="1001"/>
        </w:numPr>
      </w:pPr>
      <w:r>
        <w:rPr>
          <w:b/>
          <w:bCs/>
        </w:rPr>
        <w:t xml:space="preserve">At this stage, therefore, the proletarians do not fight their enemies, but the enemies of their enemies, the remnants of absolute</w:t>
      </w:r>
      <w:r>
        <w:rPr>
          <w:b/>
          <w:bCs/>
        </w:rPr>
        <w:t xml:space="preserve"> </w:t>
      </w:r>
      <w:r>
        <w:rPr>
          <w:b/>
          <w:bCs/>
          <w:u w:val="single"/>
        </w:rPr>
        <w:t xml:space="preserve">monarchy</w:t>
      </w:r>
      <w:r>
        <w:rPr>
          <w:b/>
          <w:bCs/>
        </w:rPr>
        <w:t xml:space="preserve">, the landowners, the non-industrial bourgeois, the petty bourgeoisie.</w:t>
      </w:r>
      <w:r>
        <w:br/>
      </w:r>
      <w:r>
        <w:t xml:space="preserve">    (a) a government, country, or ruling family of a country ruled by a king of queen</w:t>
      </w:r>
      <w:r>
        <w:br/>
      </w:r>
      <w:r>
        <w:t xml:space="preserve">    (b) a usually brief state of mental confusion often accompanied by hallucinations</w:t>
      </w:r>
      <w:r>
        <w:br/>
      </w:r>
      <w:r>
        <w:t xml:space="preserve">    (c) a psychologist concerned with the treatment of abnormal thinking and behavior</w:t>
      </w:r>
    </w:p>
    <w:p>
      <w:pPr>
        <w:pStyle w:val="Compact"/>
        <w:numPr>
          <w:ilvl w:val="0"/>
          <w:numId w:val="1001"/>
        </w:numPr>
      </w:pPr>
      <w:r>
        <w:rPr>
          <w:b/>
          <w:bCs/>
        </w:rPr>
        <w:t xml:space="preserve">The growing competition among the bourgeois, and the resulting commercial crises, make the wages of the workers ever more</w:t>
      </w:r>
      <w:r>
        <w:rPr>
          <w:b/>
          <w:bCs/>
        </w:rPr>
        <w:t xml:space="preserve"> </w:t>
      </w:r>
      <w:r>
        <w:rPr>
          <w:b/>
          <w:bCs/>
          <w:u w:val="single"/>
        </w:rPr>
        <w:t xml:space="preserve">fluctuating</w:t>
      </w:r>
      <w:r>
        <w:rPr>
          <w:b/>
          <w:bCs/>
        </w:rPr>
        <w:t xml:space="preserve">.</w:t>
      </w:r>
      <w:r>
        <w:br/>
      </w:r>
      <w:r>
        <w:t xml:space="preserve">    (a) giving an opinion of what is wrong with something</w:t>
      </w:r>
      <w:r>
        <w:br/>
      </w:r>
      <w:r>
        <w:t xml:space="preserve">    (b) expressing regret for having done something wrong</w:t>
      </w:r>
      <w:r>
        <w:br/>
      </w:r>
      <w:r>
        <w:t xml:space="preserve">    (c) alternately increasing and decreasing in quantity</w:t>
      </w:r>
    </w:p>
    <w:p>
      <w:pPr>
        <w:pStyle w:val="Compact"/>
        <w:numPr>
          <w:ilvl w:val="0"/>
          <w:numId w:val="1001"/>
        </w:numPr>
      </w:pPr>
      <w:r>
        <w:rPr>
          <w:b/>
          <w:bCs/>
        </w:rPr>
        <w:t xml:space="preserve">And that union, to</w:t>
      </w:r>
      <w:r>
        <w:rPr>
          <w:b/>
          <w:bCs/>
        </w:rPr>
        <w:t xml:space="preserve"> </w:t>
      </w:r>
      <w:r>
        <w:rPr>
          <w:b/>
          <w:bCs/>
          <w:u w:val="single"/>
        </w:rPr>
        <w:t xml:space="preserve">attain</w:t>
      </w:r>
      <w:r>
        <w:rPr>
          <w:b/>
          <w:bCs/>
        </w:rPr>
        <w:t xml:space="preserve"> </w:t>
      </w:r>
      <w:r>
        <w:rPr>
          <w:b/>
          <w:bCs/>
        </w:rPr>
        <w:t xml:space="preserve">which the burghers of the Middle Ages, with their miserable highways, required centuries, the modern proletarians, thanks to railways, achieve in a few years.</w:t>
      </w:r>
      <w:r>
        <w:br/>
      </w:r>
      <w:r>
        <w:t xml:space="preserve">    (a) technical:  center or concentration</w:t>
      </w:r>
      <w:r>
        <w:br/>
      </w:r>
      <w:r>
        <w:t xml:space="preserve">    (b) to be overly unhappy and unsociable</w:t>
      </w:r>
      <w:r>
        <w:br/>
      </w:r>
      <w:r>
        <w:t xml:space="preserve">    (c) gain or reach something with effort</w:t>
      </w:r>
    </w:p>
    <w:p>
      <w:pPr>
        <w:pStyle w:val="Compact"/>
        <w:numPr>
          <w:ilvl w:val="0"/>
          <w:numId w:val="1001"/>
        </w:numPr>
      </w:pPr>
      <w:r>
        <w:rPr>
          <w:b/>
          <w:bCs/>
        </w:rPr>
        <w:t xml:space="preserve">At first with the aristocracy; later on, with those portions of the bourgeoisie itself, whose interests have become</w:t>
      </w:r>
      <w:r>
        <w:rPr>
          <w:b/>
          <w:bCs/>
        </w:rPr>
        <w:t xml:space="preserve"> </w:t>
      </w:r>
      <w:r>
        <w:rPr>
          <w:b/>
          <w:bCs/>
          <w:u w:val="single"/>
        </w:rPr>
        <w:t xml:space="preserve">antagonistic</w:t>
      </w:r>
      <w:r>
        <w:rPr>
          <w:b/>
          <w:bCs/>
        </w:rPr>
        <w:t xml:space="preserve"> </w:t>
      </w:r>
      <w:r>
        <w:rPr>
          <w:b/>
          <w:bCs/>
        </w:rPr>
        <w:t xml:space="preserve">to the progress of industry; at all times, with the bourgeoisie of foreign countries.</w:t>
      </w:r>
      <w:r>
        <w:br/>
      </w:r>
      <w:r>
        <w:t xml:space="preserve">    (a) not good at making decisions</w:t>
      </w:r>
      <w:r>
        <w:br/>
      </w:r>
      <w:r>
        <w:t xml:space="preserve">    (b) without boundaries or limits</w:t>
      </w:r>
      <w:r>
        <w:br/>
      </w:r>
      <w:r>
        <w:t xml:space="preserve">    (c) with opposition or hostility</w:t>
      </w:r>
    </w:p>
    <w:p>
      <w:pPr>
        <w:pStyle w:val="Compact"/>
        <w:numPr>
          <w:ilvl w:val="0"/>
          <w:numId w:val="1001"/>
        </w:numPr>
      </w:pPr>
      <w:r>
        <w:rPr>
          <w:b/>
          <w:bCs/>
        </w:rPr>
        <w:t xml:space="preserve">In all these battles it sees itself</w:t>
      </w:r>
      <w:r>
        <w:rPr>
          <w:b/>
          <w:bCs/>
        </w:rPr>
        <w:t xml:space="preserve"> </w:t>
      </w:r>
      <w:r>
        <w:rPr>
          <w:b/>
          <w:bCs/>
          <w:u w:val="single"/>
        </w:rPr>
        <w:t xml:space="preserve">compelled</w:t>
      </w:r>
      <w:r>
        <w:rPr>
          <w:b/>
          <w:bCs/>
        </w:rPr>
        <w:t xml:space="preserve"> </w:t>
      </w:r>
      <w:r>
        <w:rPr>
          <w:b/>
          <w:bCs/>
        </w:rPr>
        <w:t xml:space="preserve">to appeal to the proletariat, to ask for its help, and thus, to drag it into the political arena.</w:t>
      </w:r>
      <w:r>
        <w:br/>
      </w:r>
      <w:r>
        <w:t xml:space="preserve">    (a) forced; or (more rarely) convinced</w:t>
      </w:r>
      <w:r>
        <w:br/>
      </w:r>
      <w:r>
        <w:t xml:space="preserve">    (b) didn't trust or have confidence in</w:t>
      </w:r>
      <w:r>
        <w:br/>
      </w:r>
      <w:r>
        <w:t xml:space="preserve">    (c) fruit cooked with sugar (like jam)</w:t>
      </w:r>
    </w:p>
    <w:p>
      <w:pPr>
        <w:pStyle w:val="Compact"/>
        <w:numPr>
          <w:ilvl w:val="0"/>
          <w:numId w:val="1001"/>
        </w:numPr>
      </w:pPr>
      <w:r>
        <w:rPr>
          <w:b/>
          <w:bCs/>
        </w:rPr>
        <w:t xml:space="preserve">Finally, in times when the class struggle nears the decisive hour, the process of</w:t>
      </w:r>
      <w:r>
        <w:rPr>
          <w:b/>
          <w:bCs/>
        </w:rPr>
        <w:t xml:space="preserve"> </w:t>
      </w:r>
      <w:r>
        <w:rPr>
          <w:b/>
          <w:bCs/>
          <w:u w:val="single"/>
        </w:rPr>
        <w:t xml:space="preserve">dissolution</w:t>
      </w:r>
      <w:r>
        <w:rPr>
          <w:b/>
          <w:bCs/>
        </w:rPr>
        <w:t xml:space="preserve"> </w:t>
      </w:r>
      <w:r>
        <w:rPr>
          <w:b/>
          <w:bCs/>
        </w:rPr>
        <w:t xml:space="preserve">going on within the ruling class, in fact within the whole range of society, assumes such a violent, glaring character, that a small section of the ruling class cuts itself adrift, and joins the revolutionary class, the class that holds the future in its hands.</w:t>
      </w:r>
      <w:r>
        <w:br/>
      </w:r>
      <w:r>
        <w:t xml:space="preserve">    (a) two successive lines of poetry; usually rhymed</w:t>
      </w:r>
      <w:r>
        <w:br/>
      </w:r>
      <w:r>
        <w:t xml:space="preserve">    (b) an order issued by a court or judicial officer</w:t>
      </w:r>
      <w:r>
        <w:br/>
      </w:r>
      <w:r>
        <w:t xml:space="preserve">    (c) breaking something up or bringing it to an end</w:t>
      </w:r>
    </w:p>
    <w:p>
      <w:pPr>
        <w:pStyle w:val="Compact"/>
        <w:numPr>
          <w:ilvl w:val="0"/>
          <w:numId w:val="1001"/>
        </w:numPr>
      </w:pPr>
      <w:r>
        <w:rPr>
          <w:b/>
          <w:bCs/>
        </w:rPr>
        <w:t xml:space="preserve">The lower middle class, the small manufacturer, the shopkeeper, the artisan, the</w:t>
      </w:r>
      <w:r>
        <w:rPr>
          <w:b/>
          <w:bCs/>
        </w:rPr>
        <w:t xml:space="preserve"> </w:t>
      </w:r>
      <w:r>
        <w:rPr>
          <w:b/>
          <w:bCs/>
          <w:u w:val="single"/>
        </w:rPr>
        <w:t xml:space="preserve">peasant</w:t>
      </w:r>
      <w:r>
        <w:rPr>
          <w:b/>
          <w:bCs/>
        </w:rPr>
        <w:t xml:space="preserve">, all these fight against the bourgeoisie, to save from extinction their existence as fractions of the middle class.</w:t>
      </w:r>
      <w:r>
        <w:br/>
      </w:r>
      <w:r>
        <w:t xml:space="preserve">    (a) someone who walks slowly without definite direction  OR  someone who writes or talks without definite direction (changing subjects or rambling rather than in a purposeful direct way)</w:t>
      </w:r>
      <w:r>
        <w:br/>
      </w:r>
      <w:r>
        <w:t xml:space="preserve">    (b) used historically or possibly in relation to a very poor country:  a person of low income, education, and social standing -- especially one who raises crops or livestock</w:t>
      </w:r>
      <w:r>
        <w:br/>
      </w:r>
      <w:r>
        <w:t xml:space="preserve">    (c) relating to an artistic movement pioneered by Pablo Picasso and Georges Braque that featured surfaces of geometrical planes to depict three-dimensional organic forms</w:t>
      </w:r>
    </w:p>
    <w:p>
      <w:pPr>
        <w:pStyle w:val="Compact"/>
        <w:numPr>
          <w:ilvl w:val="0"/>
          <w:numId w:val="1001"/>
        </w:numPr>
      </w:pPr>
      <w:r>
        <w:rPr>
          <w:b/>
          <w:bCs/>
        </w:rPr>
        <w:t xml:space="preserve">Hitherto, every form of society has been based, as we have already seen, on the</w:t>
      </w:r>
      <w:r>
        <w:rPr>
          <w:b/>
          <w:bCs/>
        </w:rPr>
        <w:t xml:space="preserve"> </w:t>
      </w:r>
      <w:r>
        <w:rPr>
          <w:b/>
          <w:bCs/>
          <w:u w:val="single"/>
        </w:rPr>
        <w:t xml:space="preserve">antagonism</w:t>
      </w:r>
      <w:r>
        <w:rPr>
          <w:b/>
          <w:bCs/>
        </w:rPr>
        <w:t xml:space="preserve"> </w:t>
      </w:r>
      <w:r>
        <w:rPr>
          <w:b/>
          <w:bCs/>
        </w:rPr>
        <w:t xml:space="preserve">of oppressing and oppressed classes.</w:t>
      </w:r>
      <w:r>
        <w:br/>
      </w:r>
      <w:r>
        <w:t xml:space="preserve">    (a) positive attitude</w:t>
      </w:r>
      <w:r>
        <w:br/>
      </w:r>
      <w:r>
        <w:t xml:space="preserve">    (b) kindness</w:t>
      </w:r>
      <w:r>
        <w:br/>
      </w:r>
      <w:r>
        <w:t xml:space="preserve">    (c) hostility or opposition</w:t>
      </w:r>
    </w:p>
    <w:p>
      <w:pPr>
        <w:pStyle w:val="Compact"/>
        <w:numPr>
          <w:ilvl w:val="0"/>
          <w:numId w:val="1001"/>
        </w:numPr>
      </w:pPr>
      <w:r>
        <w:rPr>
          <w:b/>
          <w:bCs/>
        </w:rPr>
        <w:t xml:space="preserve">The</w:t>
      </w:r>
      <w:r>
        <w:rPr>
          <w:b/>
          <w:bCs/>
        </w:rPr>
        <w:t xml:space="preserve"> </w:t>
      </w:r>
      <w:r>
        <w:rPr>
          <w:b/>
          <w:bCs/>
          <w:u w:val="single"/>
        </w:rPr>
        <w:t xml:space="preserve">abolition</w:t>
      </w:r>
      <w:r>
        <w:rPr>
          <w:b/>
          <w:bCs/>
        </w:rPr>
        <w:t xml:space="preserve"> </w:t>
      </w:r>
      <w:r>
        <w:rPr>
          <w:b/>
          <w:bCs/>
        </w:rPr>
        <w:t xml:space="preserve">of existing property relations is not at all a distinctive feature of Communism.</w:t>
      </w:r>
      <w:r>
        <w:br/>
      </w:r>
      <w:r>
        <w:t xml:space="preserve">    (a) the act of formally ending a system, practice, or institution -- most often used to refer to the movement to end slavery when no specific system is named</w:t>
      </w:r>
      <w:r>
        <w:br/>
      </w:r>
      <w:r>
        <w:t xml:space="preserve">    (b) groupings of Egyptian rulers sharing a common origin some time between 3150 BC when Upper and Lower Egypt were united, and 31 BC when Rome conquered Egypt</w:t>
      </w:r>
      <w:r>
        <w:br/>
      </w:r>
      <w:r>
        <w:t xml:space="preserve">    (c) obsessive-compulsive disorder -- an anxiety disorder characterized by recurrent and persistent thoughts and feelings and repetitive, ritualized behaviors</w:t>
      </w:r>
    </w:p>
    <w:p>
      <w:pPr>
        <w:pStyle w:val="Compact"/>
        <w:numPr>
          <w:ilvl w:val="0"/>
          <w:numId w:val="1001"/>
        </w:numPr>
      </w:pPr>
      <w:r>
        <w:rPr>
          <w:b/>
          <w:bCs/>
        </w:rPr>
        <w:t xml:space="preserve">The French Revolution, for example,</w:t>
      </w:r>
      <w:r>
        <w:rPr>
          <w:b/>
          <w:bCs/>
        </w:rPr>
        <w:t xml:space="preserve"> </w:t>
      </w:r>
      <w:r>
        <w:rPr>
          <w:b/>
          <w:bCs/>
          <w:u w:val="single"/>
        </w:rPr>
        <w:t xml:space="preserve">abolished</w:t>
      </w:r>
      <w:r>
        <w:rPr>
          <w:b/>
          <w:bCs/>
        </w:rPr>
        <w:t xml:space="preserve"> </w:t>
      </w:r>
      <w:r>
        <w:rPr>
          <w:b/>
          <w:bCs/>
        </w:rPr>
        <w:t xml:space="preserve">feudal property in favour of bourgeois property.</w:t>
      </w:r>
      <w:r>
        <w:br/>
      </w:r>
      <w:r>
        <w:t xml:space="preserve">    (a) subtracted</w:t>
      </w:r>
      <w:r>
        <w:br/>
      </w:r>
      <w:r>
        <w:t xml:space="preserve">    (b) eliminated</w:t>
      </w:r>
      <w:r>
        <w:br/>
      </w:r>
      <w:r>
        <w:t xml:space="preserve">    (c) translated</w:t>
      </w:r>
    </w:p>
    <w:p>
      <w:pPr>
        <w:pStyle w:val="Compact"/>
        <w:numPr>
          <w:ilvl w:val="0"/>
          <w:numId w:val="1001"/>
        </w:numPr>
      </w:pPr>
      <w:r>
        <w:rPr>
          <w:b/>
          <w:bCs/>
        </w:rPr>
        <w:t xml:space="preserve">The average price of wage-labour is the minimum wage,</w:t>
      </w:r>
      <w:r>
        <w:rPr>
          <w:b/>
          <w:bCs/>
        </w:rPr>
        <w:t xml:space="preserve"> </w:t>
      </w:r>
      <w:r>
        <w:rPr>
          <w:b/>
          <w:bCs/>
          <w:u w:val="single"/>
        </w:rPr>
        <w:t xml:space="preserve">i.e.</w:t>
      </w:r>
      <w:r>
        <w:rPr>
          <w:b/>
          <w:bCs/>
        </w:rPr>
        <w:t xml:space="preserve">, that quantum of the means of subsistence, which is absolutely requisite in bare existence as a labourer.</w:t>
      </w:r>
      <w:r>
        <w:br/>
      </w:r>
      <w:r>
        <w:t xml:space="preserve">    (a) an expression used to intensify denial of an idea</w:t>
      </w:r>
      <w:r>
        <w:br/>
      </w:r>
      <w:r>
        <w:t xml:space="preserve">    (b) for example</w:t>
      </w:r>
      <w:r>
        <w:br/>
      </w:r>
      <w:r>
        <w:t xml:space="preserve">    (c)</w:t>
      </w:r>
      <w:r>
        <w:t xml:space="preserve"> </w:t>
      </w:r>
      <w:r>
        <w:rPr>
          <w:i/>
          <w:iCs/>
        </w:rPr>
        <w:t xml:space="preserve">that is to say</w:t>
      </w:r>
      <w:r>
        <w:t xml:space="preserve"> </w:t>
      </w:r>
      <w:r>
        <w:t xml:space="preserve">or</w:t>
      </w:r>
      <w:r>
        <w:t xml:space="preserve"> </w:t>
      </w:r>
      <w:r>
        <w:rPr>
          <w:i/>
          <w:iCs/>
        </w:rPr>
        <w:t xml:space="preserve">in other words</w:t>
      </w:r>
    </w:p>
    <w:p>
      <w:pPr>
        <w:pStyle w:val="Compact"/>
        <w:numPr>
          <w:ilvl w:val="0"/>
          <w:numId w:val="1001"/>
        </w:numPr>
      </w:pPr>
      <w:r>
        <w:rPr>
          <w:b/>
          <w:bCs/>
        </w:rPr>
        <w:t xml:space="preserve">United action, of the leading civilised countries at least, is one of the first conditions for the</w:t>
      </w:r>
      <w:r>
        <w:rPr>
          <w:b/>
          <w:bCs/>
        </w:rPr>
        <w:t xml:space="preserve"> </w:t>
      </w:r>
      <w:r>
        <w:rPr>
          <w:b/>
          <w:bCs/>
          <w:u w:val="single"/>
        </w:rPr>
        <w:t xml:space="preserve">emancipation</w:t>
      </w:r>
      <w:r>
        <w:rPr>
          <w:b/>
          <w:bCs/>
        </w:rPr>
        <w:t xml:space="preserve"> </w:t>
      </w:r>
      <w:r>
        <w:rPr>
          <w:b/>
          <w:bCs/>
        </w:rPr>
        <w:t xml:space="preserve">of the proletariat.</w:t>
      </w:r>
      <w:r>
        <w:br/>
      </w:r>
      <w:r>
        <w:t xml:space="preserve">    (a) "spiritually renew" in a Christian ceremony  OR  initiate or purify by a challenging experience</w:t>
      </w:r>
      <w:r>
        <w:br/>
      </w:r>
      <w:r>
        <w:t xml:space="preserve">    (b) the act of being released from slavery or servitude; or (metaphorically) from social restraints</w:t>
      </w:r>
      <w:r>
        <w:br/>
      </w:r>
      <w:r>
        <w:t xml:space="preserve">    (c) a sexually transmitted disease that, if treated early, can be completely cured with antibiotics</w:t>
      </w:r>
    </w:p>
    <w:p>
      <w:pPr>
        <w:pStyle w:val="Compact"/>
        <w:numPr>
          <w:ilvl w:val="0"/>
          <w:numId w:val="1001"/>
        </w:numPr>
      </w:pPr>
      <w:r>
        <w:rPr>
          <w:b/>
          <w:bCs/>
        </w:rPr>
        <w:t xml:space="preserve">In either case, it is both reactionary and</w:t>
      </w:r>
      <w:r>
        <w:rPr>
          <w:b/>
          <w:bCs/>
        </w:rPr>
        <w:t xml:space="preserve"> </w:t>
      </w:r>
      <w:r>
        <w:rPr>
          <w:b/>
          <w:bCs/>
          <w:u w:val="single"/>
        </w:rPr>
        <w:t xml:space="preserve">Utopian</w:t>
      </w:r>
      <w:r>
        <w:rPr>
          <w:b/>
          <w:bCs/>
        </w:rPr>
        <w:t xml:space="preserve">.</w:t>
      </w:r>
      <w:r>
        <w:br/>
      </w:r>
      <w:r>
        <w:t xml:space="preserve">    (a) the state of not being in danger of suffering from something</w:t>
      </w:r>
      <w:r>
        <w:br/>
      </w:r>
      <w:r>
        <w:t xml:space="preserve">    (b) related to an imaginary place thought to be perfect or ideal</w:t>
      </w:r>
      <w:r>
        <w:br/>
      </w:r>
      <w:r>
        <w:t xml:space="preserve">    (c) tile designed to affect noise -- typically to decrease noise</w:t>
      </w:r>
    </w:p>
    <w:p>
      <w:pPr>
        <w:pStyle w:val="Compact"/>
        <w:numPr>
          <w:ilvl w:val="0"/>
          <w:numId w:val="1001"/>
        </w:numPr>
      </w:pPr>
      <w:r>
        <w:rPr>
          <w:b/>
          <w:bCs/>
        </w:rPr>
        <w:t xml:space="preserve">To every villainous meanness of this model man it gave a hidden, higher,</w:t>
      </w:r>
      <w:r>
        <w:rPr>
          <w:b/>
          <w:bCs/>
        </w:rPr>
        <w:t xml:space="preserve"> </w:t>
      </w:r>
      <w:r>
        <w:rPr>
          <w:b/>
          <w:bCs/>
          <w:u w:val="single"/>
        </w:rPr>
        <w:t xml:space="preserve">Socialistic</w:t>
      </w:r>
      <w:r>
        <w:rPr>
          <w:b/>
          <w:bCs/>
        </w:rPr>
        <w:t xml:space="preserve"> </w:t>
      </w:r>
      <w:r>
        <w:rPr>
          <w:b/>
          <w:bCs/>
        </w:rPr>
        <w:t xml:space="preserve">interpretation, the exact contrary of its real character.</w:t>
      </w:r>
      <w:r>
        <w:br/>
      </w:r>
      <w:r>
        <w:t xml:space="preserve">    (a) the quality or degree of being straightforward or clear (sometimes indicating that truth is not worded carefully to spare feelings or gain advantage)</w:t>
      </w:r>
      <w:r>
        <w:br/>
      </w:r>
      <w:r>
        <w:t xml:space="preserve">    (b) related to an economic system based on government ownership or control of all important companies -- with the ideal of equal benefits to all people</w:t>
      </w:r>
      <w:r>
        <w:br/>
      </w:r>
      <w:r>
        <w:t xml:space="preserve">    (c) relating to practice or belief that is long-established or was previously long-established  OR  relating to stories passed down through generations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2026-07-31T18:54:55Z</dcterms:created>
  <dcterms:modified xsi:type="dcterms:W3CDTF">2026-07-31T18:54:55Z</dcterms:modified>
</cp:coreProperties>
</file>

<file path=docProps/custom.xml><?xml version="1.0" encoding="utf-8"?>
<Properties xmlns="http://schemas.openxmlformats.org/officeDocument/2006/custom-properties" xmlns:vt="http://schemas.openxmlformats.org/officeDocument/2006/docPropsVTypes"/>
</file>