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679bceb0bb9ff50dac13e3fcea7234778bc18a"/>
    <w:p>
      <w:pPr>
        <w:pStyle w:val="Heading1"/>
      </w:pPr>
      <w:r>
        <w:rPr>
          <w:b/>
          <w:bCs/>
        </w:rPr>
        <w:t xml:space="preserve">The Comedy of Errors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honey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adulterated</w:t>
      </w:r>
      <w:r>
        <w:rPr>
          <w:b/>
          <w:bCs/>
        </w:rPr>
        <w:t xml:space="preserve">.</w:t>
      </w:r>
      <w:r>
        <w:br/>
      </w:r>
      <w:r>
        <w:t xml:space="preserve">    (a) inexpensive</w:t>
      </w:r>
      <w:r>
        <w:br/>
      </w:r>
      <w:r>
        <w:t xml:space="preserve">    (b) not pure</w:t>
      </w:r>
      <w:r>
        <w:br/>
      </w:r>
      <w:r>
        <w:t xml:space="preserve">    (c) organic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harmful</w:t>
      </w:r>
      <w:r>
        <w:br/>
      </w:r>
      <w:r>
        <w:t xml:space="preserve">    (b) minor</w:t>
      </w:r>
      <w:r>
        <w:br/>
      </w:r>
      <w:r>
        <w:t xml:space="preserve">    (c) routine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 needs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advocate</w:t>
      </w:r>
      <w:r>
        <w:rPr>
          <w:b/>
          <w:bCs/>
        </w:rPr>
        <w:t xml:space="preserve"> </w:t>
      </w:r>
      <w:r>
        <w:rPr>
          <w:b/>
          <w:bCs/>
        </w:rPr>
        <w:t xml:space="preserve">to represent them in trial in Scotland.</w:t>
      </w:r>
      <w:r>
        <w:br/>
      </w:r>
      <w:r>
        <w:t xml:space="preserve">    (a) lawyer</w:t>
      </w:r>
      <w:r>
        <w:br/>
      </w:r>
      <w:r>
        <w:t xml:space="preserve">    (b) sympathetic witness</w:t>
      </w:r>
      <w:r>
        <w:br/>
      </w:r>
      <w:r>
        <w:t xml:space="preserve">    (c) expert witness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country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bereft</w:t>
      </w:r>
      <w:r>
        <w:rPr>
          <w:b/>
          <w:bCs/>
        </w:rPr>
        <w:t xml:space="preserve"> </w:t>
      </w:r>
      <w:r>
        <w:rPr>
          <w:b/>
          <w:bCs/>
        </w:rPr>
        <w:t xml:space="preserve">of natural borders.</w:t>
      </w:r>
      <w:r>
        <w:br/>
      </w:r>
      <w:r>
        <w:t xml:space="preserve">    (a) with a natural defense</w:t>
      </w:r>
      <w:r>
        <w:br/>
      </w:r>
      <w:r>
        <w:t xml:space="preserve">    (b) proud</w:t>
      </w:r>
      <w:r>
        <w:br/>
      </w:r>
      <w:r>
        <w:t xml:space="preserve">    (c) lacking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conflict</w:t>
      </w:r>
      <w:r>
        <w:br/>
      </w:r>
      <w:r>
        <w:t xml:space="preserve">    (c) uncritical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love</w:t>
      </w:r>
      <w:r>
        <w:br/>
      </w:r>
      <w:r>
        <w:t xml:space="preserve">    (b) disrespect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found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ensconced</w:t>
      </w:r>
      <w:r>
        <w:rPr>
          <w:b/>
          <w:bCs/>
        </w:rPr>
        <w:t xml:space="preserve"> </w:t>
      </w:r>
      <w:r>
        <w:rPr>
          <w:b/>
          <w:bCs/>
        </w:rPr>
        <w:t xml:space="preserve">in her new offices at the United Nations.</w:t>
      </w:r>
      <w:r>
        <w:br/>
      </w:r>
      <w:r>
        <w:t xml:space="preserve">    (a) hiding</w:t>
      </w:r>
      <w:r>
        <w:br/>
      </w:r>
      <w:r>
        <w:t xml:space="preserve">    (b) settled comfortably</w:t>
      </w:r>
      <w:r>
        <w:br/>
      </w:r>
      <w:r>
        <w:t xml:space="preserve">    (c) working hard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essay is entitled, "The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Fallacy</w:t>
      </w:r>
      <w:r>
        <w:rPr>
          <w:b/>
          <w:bCs/>
        </w:rPr>
        <w:t xml:space="preserve"> </w:t>
      </w:r>
      <w:r>
        <w:rPr>
          <w:b/>
          <w:bCs/>
        </w:rPr>
        <w:t xml:space="preserve">of Finding Your One True Love."</w:t>
      </w:r>
      <w:r>
        <w:br/>
      </w:r>
      <w:r>
        <w:t xml:space="preserve">    (a) mistaken belief</w:t>
      </w:r>
      <w:r>
        <w:br/>
      </w:r>
      <w:r>
        <w:t xml:space="preserve">    (b) true happiness</w:t>
      </w:r>
      <w:r>
        <w:br/>
      </w:r>
      <w:r>
        <w:t xml:space="preserve">    (c) common saying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get caught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flouting</w:t>
      </w:r>
      <w:r>
        <w:rPr>
          <w:b/>
          <w:bCs/>
        </w:rPr>
        <w:t xml:space="preserve"> </w:t>
      </w:r>
      <w:r>
        <w:rPr>
          <w:b/>
          <w:bCs/>
        </w:rPr>
        <w:t xml:space="preserve">the rules.</w:t>
      </w:r>
      <w:r>
        <w:br/>
      </w:r>
      <w:r>
        <w:t xml:space="preserve">    (a) ignoring</w:t>
      </w:r>
      <w:r>
        <w:br/>
      </w:r>
      <w:r>
        <w:t xml:space="preserve">    (b) complaining about</w:t>
      </w:r>
      <w:r>
        <w:br/>
      </w:r>
      <w:r>
        <w:t xml:space="preserve">    (c) questioning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appreciate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forbearance</w:t>
      </w:r>
      <w:r>
        <w:rPr>
          <w:b/>
          <w:bCs/>
        </w:rPr>
        <w:t xml:space="preserve">.</w:t>
      </w:r>
      <w:r>
        <w:br/>
      </w:r>
      <w:r>
        <w:t xml:space="preserve">    (a) family concerns</w:t>
      </w:r>
      <w:r>
        <w:br/>
      </w:r>
      <w:r>
        <w:t xml:space="preserve">    (b) patience or tolerance</w:t>
      </w:r>
      <w:r>
        <w:br/>
      </w:r>
      <w:r>
        <w:t xml:space="preserve">    (c) financial loan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resolution calls upon the country to "cease hostilities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."</w:t>
      </w:r>
      <w:r>
        <w:br/>
      </w:r>
      <w:r>
        <w:t xml:space="preserve">    (a) immediately</w:t>
      </w:r>
      <w:r>
        <w:br/>
      </w:r>
      <w:r>
        <w:t xml:space="preserve">    (b) carefully</w:t>
      </w:r>
      <w:r>
        <w:br/>
      </w:r>
      <w:r>
        <w:t xml:space="preserve">    (c) publicly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importune</w:t>
      </w:r>
      <w:r>
        <w:rPr>
          <w:b/>
          <w:bCs/>
        </w:rPr>
        <w:t xml:space="preserve"> </w:t>
      </w:r>
      <w:r>
        <w:rPr>
          <w:b/>
          <w:bCs/>
        </w:rPr>
        <w:t xml:space="preserve">you to help them.</w:t>
      </w:r>
      <w:r>
        <w:br/>
      </w:r>
      <w:r>
        <w:t xml:space="preserve">    (a) to cause something to move forward</w:t>
      </w:r>
      <w:r>
        <w:br/>
      </w:r>
      <w:r>
        <w:t xml:space="preserve">    (b) make different; or show difference</w:t>
      </w:r>
      <w:r>
        <w:br/>
      </w:r>
      <w:r>
        <w:t xml:space="preserve">    (c) beg or urge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company’s CEO was forced to resign after allegations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licentious</w:t>
      </w:r>
      <w:r>
        <w:rPr>
          <w:b/>
          <w:bCs/>
        </w:rPr>
        <w:t xml:space="preserve"> </w:t>
      </w:r>
      <w:r>
        <w:rPr>
          <w:b/>
          <w:bCs/>
        </w:rPr>
        <w:t xml:space="preserve">behavior, including affairs with employees in the office.</w:t>
      </w:r>
      <w:r>
        <w:br/>
      </w:r>
      <w:r>
        <w:t xml:space="preserve">    (a) socially unacceptable sexual behavior</w:t>
      </w:r>
      <w:r>
        <w:br/>
      </w:r>
      <w:r>
        <w:t xml:space="preserve">    (b) sexual harassment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breaking the window,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penitent</w:t>
      </w:r>
      <w:r>
        <w:rPr>
          <w:b/>
          <w:bCs/>
        </w:rPr>
        <w:t xml:space="preserve"> </w:t>
      </w:r>
      <w:r>
        <w:rPr>
          <w:b/>
          <w:bCs/>
        </w:rPr>
        <w:t xml:space="preserve">boy apologized to his neighbor.</w:t>
      </w:r>
      <w:r>
        <w:br/>
      </w:r>
      <w:r>
        <w:t xml:space="preserve">    (a) proud of one's actions</w:t>
      </w:r>
      <w:r>
        <w:br/>
      </w:r>
      <w:r>
        <w:t xml:space="preserve">    (b) confused about the rules</w:t>
      </w:r>
      <w:r>
        <w:br/>
      </w:r>
      <w:r>
        <w:t xml:space="preserve">    (c) feeling regret for wrongdoing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Pernicious, r</w:t>
      </w:r>
      <w:r>
        <w:rPr>
          <w:b/>
          <w:bCs/>
        </w:rPr>
        <w:t xml:space="preserve">egulatory gridlock has already delayed the project for a decade.</w:t>
      </w:r>
      <w:r>
        <w:br/>
      </w:r>
      <w:r>
        <w:t xml:space="preserve">    (a) harmful</w:t>
      </w:r>
      <w:r>
        <w:br/>
      </w:r>
      <w:r>
        <w:t xml:space="preserve">    (b) wise</w:t>
      </w:r>
      <w:r>
        <w:br/>
      </w:r>
      <w:r>
        <w:t xml:space="preserve">    (c)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after years apart,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rancor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brothers had not faded at all.</w:t>
      </w:r>
      <w:r>
        <w:br/>
      </w:r>
      <w:r>
        <w:t xml:space="preserve">    (a) deep bitterness</w:t>
      </w:r>
      <w:r>
        <w:br/>
      </w:r>
      <w:r>
        <w:t xml:space="preserve">    (b) warm affection</w:t>
      </w:r>
      <w:r>
        <w:br/>
      </w:r>
      <w:r>
        <w:t xml:space="preserve">    (c) mild curiosity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compliment</w:t>
      </w:r>
      <w:r>
        <w:br/>
      </w:r>
      <w:r>
        <w:t xml:space="preserve">    (b) criticize</w:t>
      </w:r>
      <w:r>
        <w:br/>
      </w:r>
      <w:r>
        <w:t xml:space="preserve">    (c) instruct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teacher’s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rigorous</w:t>
      </w:r>
      <w:r>
        <w:rPr>
          <w:b/>
          <w:bCs/>
        </w:rPr>
        <w:t xml:space="preserve"> </w:t>
      </w:r>
      <w:r>
        <w:rPr>
          <w:b/>
          <w:bCs/>
        </w:rPr>
        <w:t xml:space="preserve">enforcement of classroom rules ensured a disciplined learning environment.</w:t>
      </w:r>
      <w:r>
        <w:br/>
      </w:r>
      <w:r>
        <w:t xml:space="preserve">    (a) casual</w:t>
      </w:r>
      <w:r>
        <w:br/>
      </w:r>
      <w:r>
        <w:t xml:space="preserve">    (b) strict</w:t>
      </w:r>
      <w:r>
        <w:br/>
      </w:r>
      <w:r>
        <w:t xml:space="preserve">    (c) permissive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so confident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Lord of the Rings</w:t>
      </w:r>
      <w:r>
        <w:rPr>
          <w:b/>
          <w:bCs/>
        </w:rPr>
        <w:t xml:space="preserve"> </w:t>
      </w:r>
      <w:r>
        <w:rPr>
          <w:b/>
          <w:bCs/>
        </w:rPr>
        <w:t xml:space="preserve">would be successful, they filmed some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sequels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first film.</w:t>
      </w:r>
      <w:r>
        <w:br/>
      </w:r>
      <w:r>
        <w:t xml:space="preserve">    (a) interviews of actors expected to become famous</w:t>
      </w:r>
      <w:r>
        <w:br/>
      </w:r>
      <w:r>
        <w:t xml:space="preserve">    (b) expensive promotional scenes</w:t>
      </w:r>
      <w:r>
        <w:br/>
      </w:r>
      <w:r>
        <w:t xml:space="preserve">    (c) movies that continued the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unsupportable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supposition</w:t>
      </w:r>
      <w:r>
        <w:rPr>
          <w:b/>
          <w:bCs/>
        </w:rPr>
        <w:t xml:space="preserve">.</w:t>
      </w:r>
      <w:r>
        <w:br/>
      </w:r>
      <w:r>
        <w:t xml:space="preserve">    (a) computer program</w:t>
      </w:r>
      <w:r>
        <w:br/>
      </w:r>
      <w:r>
        <w:t xml:space="preserve">    (b) belief</w:t>
      </w:r>
      <w:r>
        <w:br/>
      </w:r>
      <w:r>
        <w:t xml:space="preserve">    (c) expense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2026-07-31T14:29:20Z</dcterms:created>
  <dcterms:modified xsi:type="dcterms:W3CDTF">2026-07-31T14:29:20Z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