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3fc72be4227ec86416641dc815ed8f1848ab99"/>
    <w:p>
      <w:pPr>
        <w:pStyle w:val="Heading1"/>
      </w:pPr>
      <w:r>
        <w:rPr>
          <w:b/>
          <w:bCs/>
        </w:rPr>
        <w:t xml:space="preserve">The Color of Water</w:t>
      </w:r>
      <w:r>
        <w:br/>
      </w:r>
      <w:r>
        <w:rPr>
          <w:i/>
          <w:iCs/>
        </w:rPr>
        <w:t xml:space="preserve">James McBride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artist created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amorphous</w:t>
      </w:r>
      <w:r>
        <w:rPr>
          <w:b/>
          <w:bCs/>
        </w:rPr>
        <w:t xml:space="preserve"> </w:t>
      </w:r>
      <w:r>
        <w:rPr>
          <w:b/>
          <w:bCs/>
        </w:rPr>
        <w:t xml:space="preserve">sculpture that defied easy labels.</w:t>
      </w:r>
      <w:r>
        <w:br/>
      </w:r>
      <w:r>
        <w:t xml:space="preserve">    (a) sharply defined</w:t>
      </w:r>
      <w:r>
        <w:br/>
      </w:r>
      <w:r>
        <w:t xml:space="preserve">    (b) perfectly round</w:t>
      </w:r>
      <w:r>
        <w:br/>
      </w:r>
      <w:r>
        <w:t xml:space="preserve">    (c) shapeless or vague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thrilled with the success but miss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anonymity</w:t>
      </w:r>
      <w:r>
        <w:rPr>
          <w:b/>
          <w:bCs/>
        </w:rPr>
        <w:t xml:space="preserve">.</w:t>
      </w:r>
      <w:r>
        <w:br/>
      </w:r>
      <w:r>
        <w:t xml:space="preserve">    (a) home town</w:t>
      </w:r>
      <w:r>
        <w:br/>
      </w:r>
      <w:r>
        <w:t xml:space="preserve">    (b) unrushed days</w:t>
      </w:r>
      <w:r>
        <w:br/>
      </w:r>
      <w:r>
        <w:t xml:space="preserve">    (c) being unknown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children painted the ocean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azure</w:t>
      </w:r>
      <w:r>
        <w:rPr>
          <w:b/>
          <w:bCs/>
        </w:rPr>
        <w:t xml:space="preserve"> </w:t>
      </w:r>
      <w:r>
        <w:rPr>
          <w:b/>
          <w:bCs/>
        </w:rPr>
        <w:t xml:space="preserve">shade on the classroom mural.</w:t>
      </w:r>
      <w:r>
        <w:br/>
      </w:r>
      <w:r>
        <w:t xml:space="preserve">    (a) dark red</w:t>
      </w:r>
      <w:r>
        <w:br/>
      </w:r>
      <w:r>
        <w:t xml:space="preserve">    (b) pale yellow</w:t>
      </w:r>
      <w:r>
        <w:br/>
      </w:r>
      <w:r>
        <w:t xml:space="preserve">    (c) bright blue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believes in some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convoluted</w:t>
      </w:r>
      <w:r>
        <w:rPr>
          <w:b/>
          <w:bCs/>
        </w:rPr>
        <w:t xml:space="preserve"> </w:t>
      </w:r>
      <w:r>
        <w:rPr>
          <w:b/>
          <w:bCs/>
        </w:rPr>
        <w:t xml:space="preserve">conspiracy theory.</w:t>
      </w:r>
      <w:r>
        <w:br/>
      </w:r>
      <w:r>
        <w:t xml:space="preserve">    (a) honest</w:t>
      </w:r>
      <w:r>
        <w:br/>
      </w:r>
      <w:r>
        <w:t xml:space="preserve">    (b) complex</w:t>
      </w:r>
      <w:r>
        <w:br/>
      </w:r>
      <w:r>
        <w:t xml:space="preserve">    (c)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job posting listed several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criteria</w:t>
      </w:r>
      <w:r>
        <w:rPr>
          <w:b/>
          <w:bCs/>
        </w:rPr>
        <w:t xml:space="preserve"> </w:t>
      </w:r>
      <w:r>
        <w:rPr>
          <w:b/>
          <w:bCs/>
        </w:rPr>
        <w:t xml:space="preserve">for applicants.</w:t>
      </w:r>
      <w:r>
        <w:br/>
      </w:r>
      <w:r>
        <w:t xml:space="preserve">    (a) rewards or prizes</w:t>
      </w:r>
      <w:r>
        <w:br/>
      </w:r>
      <w:r>
        <w:t xml:space="preserve">    (b) jokes or stories</w:t>
      </w:r>
      <w:r>
        <w:br/>
      </w:r>
      <w:r>
        <w:t xml:space="preserve">    (c) standards or rules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algebra, letters often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</w:t>
      </w:r>
      <w:r>
        <w:rPr>
          <w:b/>
          <w:bCs/>
        </w:rPr>
        <w:t xml:space="preserve"> </w:t>
      </w:r>
      <w:r>
        <w:rPr>
          <w:b/>
          <w:bCs/>
        </w:rPr>
        <w:t xml:space="preserve">unknown numbers in equations.</w:t>
      </w:r>
      <w:r>
        <w:br/>
      </w:r>
      <w:r>
        <w:t xml:space="preserve">    (a) scatter</w:t>
      </w:r>
      <w:r>
        <w:br/>
      </w:r>
      <w:r>
        <w:t xml:space="preserve">    (b) represent</w:t>
      </w:r>
      <w:r>
        <w:br/>
      </w:r>
      <w:r>
        <w:t xml:space="preserve">    (c) confuse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story is especially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harrowing</w:t>
      </w:r>
      <w:r>
        <w:rPr>
          <w:b/>
          <w:bCs/>
        </w:rPr>
        <w:t xml:space="preserve"> </w:t>
      </w:r>
      <w:r>
        <w:rPr>
          <w:b/>
          <w:bCs/>
        </w:rPr>
        <w:t xml:space="preserve">because it could have happened to any of us.</w:t>
      </w:r>
      <w:r>
        <w:br/>
      </w:r>
      <w:r>
        <w:t xml:space="preserve">    (a) instructive</w:t>
      </w:r>
      <w:r>
        <w:br/>
      </w:r>
      <w:r>
        <w:t xml:space="preserve">    (b) realistic</w:t>
      </w:r>
      <w:r>
        <w:br/>
      </w:r>
      <w:r>
        <w:t xml:space="preserve">    (c) frightening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remembered for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indomitable</w:t>
      </w:r>
      <w:r>
        <w:rPr>
          <w:b/>
          <w:bCs/>
        </w:rPr>
        <w:t xml:space="preserve"> </w:t>
      </w:r>
      <w:r>
        <w:rPr>
          <w:b/>
          <w:bCs/>
        </w:rPr>
        <w:t xml:space="preserve">spirit.</w:t>
      </w:r>
      <w:r>
        <w:br/>
      </w:r>
      <w:r>
        <w:t xml:space="preserve">    (a) uncertain hope and nervous energy</w:t>
      </w:r>
      <w:r>
        <w:br/>
      </w:r>
      <w:r>
        <w:t xml:space="preserve">    (b) cheerful optimism and flexibility</w:t>
      </w:r>
      <w:r>
        <w:br/>
      </w:r>
      <w:r>
        <w:t xml:space="preserve">    (c) unyielding resolve and spirit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kinetic</w:t>
      </w:r>
      <w:r>
        <w:rPr>
          <w:b/>
          <w:bCs/>
        </w:rPr>
        <w:t xml:space="preserve"> </w:t>
      </w:r>
      <w:r>
        <w:rPr>
          <w:b/>
          <w:bCs/>
        </w:rPr>
        <w:t xml:space="preserve">weapon does not contain explosives. Such a projectile gets its destructive force from its weight and speed.</w:t>
      </w:r>
      <w:r>
        <w:br/>
      </w:r>
      <w:r>
        <w:t xml:space="preserve">    (a) characterized by motion</w:t>
      </w:r>
      <w:r>
        <w:br/>
      </w:r>
      <w:r>
        <w:t xml:space="preserve">    (b) showing little emotion</w:t>
      </w:r>
      <w:r>
        <w:br/>
      </w:r>
      <w:r>
        <w:t xml:space="preserve">    (c) the same distance apart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you're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literate</w:t>
      </w:r>
      <w:r>
        <w:rPr>
          <w:b/>
          <w:bCs/>
        </w:rPr>
        <w:t xml:space="preserve"> </w:t>
      </w:r>
      <w:r>
        <w:rPr>
          <w:b/>
          <w:bCs/>
        </w:rPr>
        <w:t xml:space="preserve">and can access the Internet, you can get answers to millions of questions.</w:t>
      </w:r>
      <w:r>
        <w:br/>
      </w:r>
      <w:r>
        <w:t xml:space="preserve">    (a) curious</w:t>
      </w:r>
      <w:r>
        <w:br/>
      </w:r>
      <w:r>
        <w:t xml:space="preserve">    (b) patient</w:t>
      </w:r>
      <w:r>
        <w:br/>
      </w:r>
      <w:r>
        <w:t xml:space="preserve">    (c) able to read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wouldn't describe myself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materialistic</w:t>
      </w:r>
      <w:r>
        <w:rPr>
          <w:b/>
          <w:bCs/>
        </w:rPr>
        <w:t xml:space="preserve">, but I would like some financial security.</w:t>
      </w:r>
      <w:r>
        <w:br/>
      </w:r>
      <w:r>
        <w:t xml:space="preserve">    (a) too concerned with wealth and possessions</w:t>
      </w:r>
      <w:r>
        <w:br/>
      </w:r>
      <w:r>
        <w:t xml:space="preserve">    (b) too afraid of risk and uncertainty</w:t>
      </w:r>
      <w:r>
        <w:br/>
      </w:r>
      <w:r>
        <w:t xml:space="preserve">    (c) unwilling to spend any money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politician’s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nebulous</w:t>
      </w:r>
      <w:r>
        <w:rPr>
          <w:b/>
          <w:bCs/>
        </w:rPr>
        <w:t xml:space="preserve"> </w:t>
      </w:r>
      <w:r>
        <w:rPr>
          <w:b/>
          <w:bCs/>
        </w:rPr>
        <w:t xml:space="preserve">statements left the audience confused about his stance on the issue.</w:t>
      </w:r>
      <w:r>
        <w:br/>
      </w:r>
      <w:r>
        <w:t xml:space="preserve">    (a) confident or assertive</w:t>
      </w:r>
      <w:r>
        <w:br/>
      </w:r>
      <w:r>
        <w:t xml:space="preserve">    (b) concise or brief</w:t>
      </w:r>
      <w:r>
        <w:br/>
      </w:r>
      <w:r>
        <w:t xml:space="preserve">    (c) vague or unclear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obsequious</w:t>
      </w:r>
      <w:r>
        <w:rPr>
          <w:b/>
          <w:bCs/>
        </w:rPr>
        <w:t xml:space="preserve"> </w:t>
      </w:r>
      <w:r>
        <w:rPr>
          <w:b/>
          <w:bCs/>
        </w:rPr>
        <w:t xml:space="preserve">waiter praised every comment the celebrity made.</w:t>
      </w:r>
      <w:r>
        <w:br/>
      </w:r>
      <w:r>
        <w:t xml:space="preserve">    (a) too eager to please</w:t>
      </w:r>
      <w:r>
        <w:br/>
      </w:r>
      <w:r>
        <w:t xml:space="preserve">    (b) hard to recognize</w:t>
      </w:r>
      <w:r>
        <w:br/>
      </w:r>
      <w:r>
        <w:t xml:space="preserve">    (c) quick to complain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Top athletes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persevere</w:t>
      </w:r>
      <w:r>
        <w:rPr>
          <w:b/>
          <w:bCs/>
        </w:rPr>
        <w:t xml:space="preserve"> </w:t>
      </w:r>
      <w:r>
        <w:rPr>
          <w:b/>
          <w:bCs/>
        </w:rPr>
        <w:t xml:space="preserve">through pain to reach their goals.</w:t>
      </w:r>
      <w:r>
        <w:br/>
      </w:r>
      <w:r>
        <w:t xml:space="preserve">    (a) give up at first try</w:t>
      </w:r>
      <w:r>
        <w:br/>
      </w:r>
      <w:r>
        <w:t xml:space="preserve">    (b) push on through hardship</w:t>
      </w:r>
      <w:r>
        <w:br/>
      </w:r>
      <w:r>
        <w:t xml:space="preserve">    (c) rest before any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protagonists</w:t>
      </w:r>
      <w:r>
        <w:rPr>
          <w:b/>
          <w:bCs/>
        </w:rPr>
        <w:t xml:space="preserve"> </w:t>
      </w:r>
      <w:r>
        <w:rPr>
          <w:b/>
          <w:bCs/>
        </w:rPr>
        <w:t xml:space="preserve">of our own story.</w:t>
      </w:r>
      <w:r>
        <w:br/>
      </w:r>
      <w:r>
        <w:t xml:space="preserve">    (a) the strongest adversaries</w:t>
      </w:r>
      <w:r>
        <w:br/>
      </w:r>
      <w:r>
        <w:t xml:space="preserve">    (b) the most concerned</w:t>
      </w:r>
      <w:r>
        <w:br/>
      </w:r>
      <w:r>
        <w:t xml:space="preserve">    (c) the main characters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control the spread of the disease, the school has a separate room where sick students wait for a ride home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recuperate</w:t>
      </w:r>
      <w:r>
        <w:rPr>
          <w:b/>
          <w:bCs/>
        </w:rPr>
        <w:t xml:space="preserve">.</w:t>
      </w:r>
      <w:r>
        <w:br/>
      </w:r>
      <w:r>
        <w:t xml:space="preserve">    (a) family care</w:t>
      </w:r>
      <w:r>
        <w:br/>
      </w:r>
      <w:r>
        <w:t xml:space="preserve">    (b) do homework</w:t>
      </w:r>
      <w:r>
        <w:br/>
      </w:r>
      <w:r>
        <w:t xml:space="preserve">    (c) regain health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staunch</w:t>
      </w:r>
      <w:r>
        <w:rPr>
          <w:b/>
          <w:bCs/>
        </w:rPr>
        <w:t xml:space="preserve"> </w:t>
      </w:r>
      <w:r>
        <w:rPr>
          <w:b/>
          <w:bCs/>
        </w:rPr>
        <w:t xml:space="preserve">supporter of same-sex marriage before it was legal.</w:t>
      </w:r>
      <w:r>
        <w:br/>
      </w:r>
      <w:r>
        <w:t xml:space="preserve">    (a) firm</w:t>
      </w:r>
      <w:r>
        <w:br/>
      </w:r>
      <w:r>
        <w:t xml:space="preserve">    (b) hidden</w:t>
      </w:r>
      <w:r>
        <w:br/>
      </w:r>
      <w:r>
        <w:t xml:space="preserve">    (c) wavering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protesters’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strident</w:t>
      </w:r>
      <w:r>
        <w:rPr>
          <w:b/>
          <w:bCs/>
        </w:rPr>
        <w:t xml:space="preserve"> </w:t>
      </w:r>
      <w:r>
        <w:rPr>
          <w:b/>
          <w:bCs/>
        </w:rPr>
        <w:t xml:space="preserve">chants could be heard from blocks away.</w:t>
      </w:r>
      <w:r>
        <w:br/>
      </w:r>
      <w:r>
        <w:t xml:space="preserve">    (a) unexpected or non-typical</w:t>
      </w:r>
      <w:r>
        <w:br/>
      </w:r>
      <w:r>
        <w:t xml:space="preserve">    (b) calm and composed</w:t>
      </w:r>
      <w:r>
        <w:br/>
      </w:r>
      <w:r>
        <w:t xml:space="preserve">    (c) forceful or loud and harsh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 </w:t>
      </w:r>
      <w:r>
        <w:rPr>
          <w:b/>
          <w:bCs/>
        </w:rPr>
        <w:t xml:space="preserve">agreement.</w:t>
      </w:r>
      <w:r>
        <w:br/>
      </w:r>
      <w:r>
        <w:t xml:space="preserve">    (a) implied</w:t>
      </w:r>
      <w:r>
        <w:br/>
      </w:r>
      <w:r>
        <w:t xml:space="preserve">    (b) clear</w:t>
      </w:r>
      <w:r>
        <w:br/>
      </w:r>
      <w:r>
        <w:t xml:space="preserve">    (c) reasonable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determined and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vacillate</w:t>
      </w:r>
      <w:r>
        <w:rPr>
          <w:b/>
          <w:bCs/>
        </w:rPr>
        <w:t xml:space="preserve"> </w:t>
      </w:r>
      <w:r>
        <w:rPr>
          <w:b/>
          <w:bCs/>
        </w:rPr>
        <w:t xml:space="preserve">in the least.</w:t>
      </w:r>
      <w:r>
        <w:br/>
      </w:r>
      <w:r>
        <w:t xml:space="preserve">    (a) waver</w:t>
      </w:r>
      <w:r>
        <w:br/>
      </w:r>
      <w:r>
        <w:t xml:space="preserve">    (b) celebrate</w:t>
      </w:r>
      <w:r>
        <w:br/>
      </w:r>
      <w:r>
        <w:t xml:space="preserve">    (c) forget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2026-07-31T17:23:22Z</dcterms:created>
  <dcterms:modified xsi:type="dcterms:W3CDTF">2026-07-31T17:23:22Z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