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13c187ca1a0c818dd7b7db787b0cfa8d5a3afd"/>
    <w:p>
      <w:pPr>
        <w:pStyle w:val="Heading1"/>
      </w:pPr>
      <w:r>
        <w:rPr>
          <w:b/>
          <w:bCs/>
        </w:rPr>
        <w:t xml:space="preserve">The Color of Water</w:t>
      </w:r>
      <w:r>
        <w:br/>
      </w:r>
      <w:r>
        <w:rPr>
          <w:i/>
          <w:iCs/>
        </w:rPr>
        <w:t xml:space="preserve">James McBride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born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Orthodox</w:t>
      </w:r>
      <w:r>
        <w:rPr>
          <w:b/>
          <w:bCs/>
        </w:rPr>
        <w:t xml:space="preserve"> </w:t>
      </w:r>
      <w:r>
        <w:rPr>
          <w:b/>
          <w:bCs/>
        </w:rPr>
        <w:t xml:space="preserve">Jew</w:t>
      </w:r>
      <w:r>
        <w:br/>
      </w:r>
      <w:r>
        <w:t xml:space="preserve">    (a) conforming to traditional religious practices</w:t>
      </w:r>
      <w:r>
        <w:br/>
      </w:r>
      <w:r>
        <w:t xml:space="preserve">    (b) the state of being a concept or idea not associated with any specific instance</w:t>
      </w:r>
      <w:r>
        <w:br/>
      </w:r>
      <w:r>
        <w:t xml:space="preserve">    (c) acceptance of what happens without trying to take control or reacting strongly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Kosher My parents' marriage was put together by a rov, a rabbi of a high order who goes to each of the parents and sees about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dowry</w:t>
      </w:r>
      <w:r>
        <w:rPr>
          <w:b/>
          <w:bCs/>
        </w:rPr>
        <w:t xml:space="preserve"> </w:t>
      </w:r>
      <w:r>
        <w:rPr>
          <w:b/>
          <w:bCs/>
        </w:rPr>
        <w:t xml:space="preserve">and arranges the marriage contract properly according to Jewish law, which meant love had nothing to do with it.</w:t>
      </w:r>
      <w:r>
        <w:br/>
      </w:r>
      <w:r>
        <w:t xml:space="preserve">    (a) in some societies, money or property given by a woman's family to the husband at marriage</w:t>
      </w:r>
      <w:r>
        <w:br/>
      </w:r>
      <w:r>
        <w:br/>
      </w:r>
      <w:r>
        <w:t xml:space="preserve">or less formally: money or property a bride brings to a marriage</w:t>
      </w:r>
      <w:r>
        <w:br/>
      </w:r>
      <w:r>
        <w:t xml:space="preserve">    (b) someone who believes in the teaching of Buddha -- that aims to end suffering by ending selfish desire and following a path of wisdom, ethics, and meditation</w:t>
      </w:r>
      <w:r>
        <w:br/>
      </w:r>
      <w:r>
        <w:t xml:space="preserve">    (c) a powered mechanical device, typically used to fabricate metal components of machines by the selective removal of metal such as cutting, grinding or drilling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buried him before sundown that day and we sat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shiva</w:t>
      </w:r>
      <w:r>
        <w:rPr>
          <w:b/>
          <w:bCs/>
        </w:rPr>
        <w:t xml:space="preserve"> </w:t>
      </w:r>
      <w:r>
        <w:rPr>
          <w:b/>
          <w:bCs/>
        </w:rPr>
        <w:t xml:space="preserve">for him.</w:t>
      </w:r>
      <w:r>
        <w:br/>
      </w:r>
      <w:r>
        <w:t xml:space="preserve">    (a) Jewish tradition: a period of seven days of mourning after the death of close relative</w:t>
      </w:r>
      <w:r>
        <w:br/>
      </w:r>
      <w:r>
        <w:t xml:space="preserve">    (b) French general and emperor who ruled (through conquest) most of continental Europe for a brief time</w:t>
      </w:r>
      <w:r>
        <w:br/>
      </w:r>
      <w:r>
        <w:t xml:space="preserve">    (c) Arab prophet who founded Islam and who, according to Islam, was the last messenger of Allah (570-632)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"It's still light," I'd suggest, my voice wavering, as my siblings gathered behind her to watch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impending</w:t>
      </w:r>
      <w:r>
        <w:rPr>
          <w:b/>
          <w:bCs/>
        </w:rPr>
        <w:t xml:space="preserve"> </w:t>
      </w:r>
      <w:r>
        <w:rPr>
          <w:b/>
          <w:bCs/>
        </w:rPr>
        <w:t xml:space="preserve">slaughter.</w:t>
      </w:r>
      <w:r>
        <w:br/>
      </w:r>
      <w:r>
        <w:t xml:space="preserve">    (a) material wealth</w:t>
      </w:r>
      <w:r>
        <w:br/>
      </w:r>
      <w:r>
        <w:t xml:space="preserve">    (b) about to happen</w:t>
      </w:r>
      <w:r>
        <w:br/>
      </w:r>
      <w:r>
        <w:t xml:space="preserve">    (c) strongly biased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Mommy's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contradictions</w:t>
      </w:r>
      <w:r>
        <w:rPr>
          <w:b/>
          <w:bCs/>
        </w:rPr>
        <w:t xml:space="preserve"> </w:t>
      </w:r>
      <w:r>
        <w:rPr>
          <w:b/>
          <w:bCs/>
        </w:rPr>
        <w:t xml:space="preserve">crashed and slammed against one another like bumper cars at Coney Island.</w:t>
      </w:r>
      <w:r>
        <w:br/>
      </w:r>
      <w:r>
        <w:t xml:space="preserve">    (a) acts of move something out of an interacting position; or acts of stopping</w:t>
      </w:r>
      <w:r>
        <w:br/>
      </w:r>
      <w:r>
        <w:t xml:space="preserve">    (b) things about which one feels angry or unhappy due to having to accept them</w:t>
      </w:r>
      <w:r>
        <w:br/>
      </w:r>
      <w:r>
        <w:t xml:space="preserve">    (c) things that disagree with themselves; or (more rarely) acts of disagreeing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couldn't stand racists of either color and had great distaste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bourgeois</w:t>
      </w:r>
      <w:r>
        <w:rPr>
          <w:b/>
          <w:bCs/>
        </w:rPr>
        <w:t xml:space="preserve"> </w:t>
      </w:r>
      <w:r>
        <w:rPr>
          <w:b/>
          <w:bCs/>
        </w:rPr>
        <w:t xml:space="preserve">blacks who sought to emulate rich whites by...</w:t>
      </w:r>
      <w:r>
        <w:br/>
      </w:r>
      <w:r>
        <w:t xml:space="preserve">    (a) the act of protecting something or keeping it as it is</w:t>
      </w:r>
      <w:r>
        <w:br/>
      </w:r>
      <w:r>
        <w:t xml:space="preserve">    (b) typical of the middle class or their values and habits</w:t>
      </w:r>
      <w:r>
        <w:br/>
      </w:r>
      <w:r>
        <w:t xml:space="preserve">    (c) speaks with someone about something for the first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elite list included my late father, the late Rev. W. Abner Brown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Metropolitan</w:t>
      </w:r>
      <w:r>
        <w:rPr>
          <w:b/>
          <w:bCs/>
        </w:rPr>
        <w:t xml:space="preserve"> </w:t>
      </w:r>
      <w:r>
        <w:rPr>
          <w:b/>
          <w:bCs/>
        </w:rPr>
        <w:t xml:space="preserve">Baptist in Harlem, our family friend Rev. Edward Belton, and a few others, all of whom were black, and with the exception of Rev. Belton, quite dead.</w:t>
      </w:r>
      <w:r>
        <w:br/>
      </w:r>
      <w:r>
        <w:t xml:space="preserve">    (a) relating to or characteristic of a large city</w:t>
      </w:r>
      <w:r>
        <w:br/>
      </w:r>
      <w:r>
        <w:t xml:space="preserve">    (b) the quality of being unchanging or continuous</w:t>
      </w:r>
      <w:r>
        <w:br/>
      </w:r>
      <w:r>
        <w:t xml:space="preserve">    (c) the quality of not being sensible and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Of course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alternative</w:t>
      </w:r>
      <w:r>
        <w:rPr>
          <w:b/>
          <w:bCs/>
        </w:rPr>
        <w:t xml:space="preserve"> </w:t>
      </w:r>
      <w:r>
        <w:rPr>
          <w:b/>
          <w:bCs/>
        </w:rPr>
        <w:t xml:space="preserve">was Tateh would pull his belt off and skin you alive.</w:t>
      </w:r>
      <w:r>
        <w:br/>
      </w:r>
      <w:r>
        <w:t xml:space="preserve">    (a) other possibility</w:t>
      </w:r>
      <w:r>
        <w:br/>
      </w:r>
      <w:r>
        <w:t xml:space="preserve">    (b) a mental disorder characterized by alternating episodes of major depression and abnormally elevated mood</w:t>
      </w:r>
      <w:r>
        <w:br/>
      </w:r>
      <w:r>
        <w:t xml:space="preserve">    (c) acts to tendency to engage in acts that resist government authority or attempt to overthrow a government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Helen was the second-eldest of my sisters, all of whom were gentle,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naive</w:t>
      </w:r>
      <w:r>
        <w:rPr>
          <w:b/>
          <w:bCs/>
        </w:rPr>
        <w:t xml:space="preserve">, talkative, and curious, which is why Mommy kept them off the street and away from men at all times.</w:t>
      </w:r>
      <w:r>
        <w:br/>
      </w:r>
      <w:r>
        <w:t xml:space="preserve">    (a) lacking experience or sophistication, and the understanding that comes from them -- often too trusting or optimistic</w:t>
      </w:r>
      <w:r>
        <w:br/>
      </w:r>
      <w:r>
        <w:t xml:space="preserve">    (b) the degree of being influenced by personal belief, feelings, or preferences (rather than being based purely upon fact)</w:t>
      </w:r>
      <w:r>
        <w:br/>
      </w:r>
      <w:r>
        <w:t xml:space="preserve">    (c) the quality of being characterized by fantastic imagery, or combinations of things and events that don't go together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hung up the phone and summoned my brother Richie to the kitchen, gave him carfare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explicit</w:t>
      </w:r>
      <w:r>
        <w:rPr>
          <w:b/>
          <w:bCs/>
        </w:rPr>
        <w:t xml:space="preserve"> </w:t>
      </w:r>
      <w:r>
        <w:rPr>
          <w:b/>
          <w:bCs/>
        </w:rPr>
        <w:t xml:space="preserve">instructions:</w:t>
      </w:r>
      <w:r>
        <w:br/>
      </w:r>
      <w:r>
        <w:t xml:space="preserve">    (a) good or beneficial</w:t>
      </w:r>
      <w:r>
        <w:br/>
      </w:r>
      <w:r>
        <w:t xml:space="preserve">    (b) able to get nearer</w:t>
      </w:r>
      <w:r>
        <w:br/>
      </w:r>
      <w:r>
        <w:t xml:space="preserve">    (c) clear and detailed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used to us getting hand-me-downs from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congregations</w:t>
      </w:r>
      <w:r>
        <w:rPr>
          <w:b/>
          <w:bCs/>
        </w:rPr>
        <w:t xml:space="preserve"> </w:t>
      </w:r>
      <w:r>
        <w:rPr>
          <w:b/>
          <w:bCs/>
        </w:rPr>
        <w:t xml:space="preserve">and that was fine with him.</w:t>
      </w:r>
      <w:r>
        <w:br/>
      </w:r>
      <w:r>
        <w:t xml:space="preserve">    (a) people who worship together in the same building</w:t>
      </w:r>
      <w:r>
        <w:br/>
      </w:r>
      <w:r>
        <w:t xml:space="preserve">    (b) images (seen on a mirror or other shiny surface)</w:t>
      </w:r>
      <w:r>
        <w:br/>
      </w:r>
      <w:r>
        <w:t xml:space="preserve">    (c) electronic components that act as one-way valves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 all old women,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immigrants</w:t>
      </w:r>
      <w:r>
        <w:rPr>
          <w:b/>
          <w:bCs/>
        </w:rPr>
        <w:t xml:space="preserve"> </w:t>
      </w:r>
      <w:r>
        <w:rPr>
          <w:b/>
          <w:bCs/>
        </w:rPr>
        <w:t xml:space="preserve">who had come over with their children, and America fascinated them.</w:t>
      </w:r>
      <w:r>
        <w:br/>
      </w:r>
      <w:r>
        <w:t xml:space="preserve">    (a) people who came to live in a new country</w:t>
      </w:r>
      <w:r>
        <w:br/>
      </w:r>
      <w:r>
        <w:t xml:space="preserve">    (b) acts of taking something on as one's own</w:t>
      </w:r>
      <w:r>
        <w:br/>
      </w:r>
      <w:r>
        <w:t xml:space="preserve">    (c) oxygen-carrying parts of red blood cells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sometimes wrapped her head in scarves and worked as a cook and domestic, usually for white people, but beneath her domestic look was an intelligent,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clairvoyant</w:t>
      </w:r>
      <w:r>
        <w:rPr>
          <w:b/>
          <w:bCs/>
        </w:rPr>
        <w:t xml:space="preserve"> </w:t>
      </w:r>
      <w:r>
        <w:rPr>
          <w:b/>
          <w:bCs/>
        </w:rPr>
        <w:t xml:space="preserve">woman who understood more about me as a mixed child than I understood about myself.</w:t>
      </w:r>
      <w:r>
        <w:br/>
      </w:r>
      <w:r>
        <w:t xml:space="preserve">    (a) to perceive things beyond the natural range of the senses -- especially foreseeing the future</w:t>
      </w:r>
      <w:r>
        <w:br/>
      </w:r>
      <w:r>
        <w:t xml:space="preserve">    (b) nervousness or discomfort felt by someone due to concern about what others will think of them</w:t>
      </w:r>
      <w:r>
        <w:br/>
      </w:r>
      <w:r>
        <w:t xml:space="preserve">    (c) able to be persuaded to want something (often sex or love) by tempting with something desired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knew Jack was right, and when I got back to New York in the fall of 1973 for my junior year in high school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resolved</w:t>
      </w:r>
      <w:r>
        <w:rPr>
          <w:b/>
          <w:bCs/>
        </w:rPr>
        <w:t xml:space="preserve"> </w:t>
      </w:r>
      <w:r>
        <w:rPr>
          <w:b/>
          <w:bCs/>
        </w:rPr>
        <w:t xml:space="preserve">to jump back into my studies and rebuild myself.</w:t>
      </w:r>
      <w:r>
        <w:br/>
      </w:r>
      <w:r>
        <w:t xml:space="preserve">    (a) decided</w:t>
      </w:r>
      <w:r>
        <w:br/>
      </w:r>
      <w:r>
        <w:t xml:space="preserve">    (b) adapted</w:t>
      </w:r>
      <w:r>
        <w:br/>
      </w:r>
      <w:r>
        <w:t xml:space="preserve">    (c) 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Like most mothers, she wielded tremendous power and my staunch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</w:t>
      </w:r>
      <w:r>
        <w:rPr>
          <w:b/>
          <w:bCs/>
        </w:rPr>
        <w:t xml:space="preserve"> </w:t>
      </w:r>
      <w:r>
        <w:rPr>
          <w:b/>
          <w:bCs/>
        </w:rPr>
        <w:t xml:space="preserve">would crumble like a sandcastle before her frontal assaults, which were like tidal waves.</w:t>
      </w:r>
      <w:r>
        <w:br/>
      </w:r>
      <w:r>
        <w:t xml:space="preserve">    (a) determination (firmness in holding to his decision)</w:t>
      </w:r>
      <w:r>
        <w:br/>
      </w:r>
      <w:r>
        <w:t xml:space="preserve">    (b) wrongly translating</w:t>
      </w:r>
      <w:r>
        <w:br/>
      </w:r>
      <w:r>
        <w:t xml:space="preserve">    (c) difficult situation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she gathered a few donations from my siblings and came to the dinner, sitting at the end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dais</w:t>
      </w:r>
      <w:r>
        <w:rPr>
          <w:b/>
          <w:bCs/>
        </w:rPr>
        <w:t xml:space="preserve">.</w:t>
      </w:r>
      <w:r>
        <w:br/>
      </w:r>
      <w:r>
        <w:t xml:space="preserve">    (a) dramatic change</w:t>
      </w:r>
      <w:r>
        <w:br/>
      </w:r>
      <w:r>
        <w:t xml:space="preserve">    (b) raised platform</w:t>
      </w:r>
      <w:r>
        <w:br/>
      </w:r>
      <w:r>
        <w:t xml:space="preserve">    (c) in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Finding Ruthie Back in June 1993, during the course of putting together Mommy's will-something I had to force her to do-the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macabre</w:t>
      </w:r>
      <w:r>
        <w:rPr>
          <w:b/>
          <w:bCs/>
        </w:rPr>
        <w:t xml:space="preserve"> </w:t>
      </w:r>
      <w:r>
        <w:rPr>
          <w:b/>
          <w:bCs/>
        </w:rPr>
        <w:t xml:space="preserve">subject of her burial came up.</w:t>
      </w:r>
      <w:r>
        <w:br/>
      </w:r>
      <w:r>
        <w:t xml:space="preserve">    (a) the state of being a concept or idea not associated with any specific instance</w:t>
      </w:r>
      <w:r>
        <w:br/>
      </w:r>
      <w:r>
        <w:t xml:space="preserve">    (b) disturbing and related to death or horror -- especially in a grim or eerie way</w:t>
      </w:r>
      <w:r>
        <w:br/>
      </w:r>
      <w:r>
        <w:t xml:space="preserve">    (c) acceptance of what happens without trying to take control or reacting strongly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During the rare,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inopportune</w:t>
      </w:r>
      <w:r>
        <w:rPr>
          <w:b/>
          <w:bCs/>
        </w:rPr>
        <w:t xml:space="preserve"> </w:t>
      </w:r>
      <w:r>
        <w:rPr>
          <w:b/>
          <w:bCs/>
        </w:rPr>
        <w:t xml:space="preserve">social moments when I found myself squeezed between black and white, I fled to the black side,</w:t>
      </w:r>
      <w:r>
        <w:br/>
      </w:r>
      <w:r>
        <w:t xml:space="preserve">    (a) able to be persuaded to do something by tempting with pleasure or something desired</w:t>
      </w:r>
      <w:r>
        <w:br/>
      </w:r>
      <w:r>
        <w:t xml:space="preserve">    (b) relating to one-sided information that is purposefully spread to influence opinions</w:t>
      </w:r>
      <w:r>
        <w:br/>
      </w:r>
      <w:r>
        <w:t xml:space="preserve">    (c) bad circumstances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spoke eloquently,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reverence</w:t>
      </w:r>
      <w:r>
        <w:br/>
      </w:r>
      <w:r>
        <w:t xml:space="preserve">    (a) feelings of deep respect and admiration</w:t>
      </w:r>
      <w:r>
        <w:br/>
      </w:r>
      <w:r>
        <w:t xml:space="preserve">    (b) interfere (in another's affairs or business); or handle (something that shouldn't be handled)</w:t>
      </w:r>
      <w:r>
        <w:br/>
      </w:r>
      <w:r>
        <w:t xml:space="preserve">    (c) separate two things to prevent passage of something such as heat, cold, noise, or electricity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She'd had no problems walking into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synagogue</w:t>
      </w:r>
      <w:r>
        <w:rPr>
          <w:b/>
          <w:bCs/>
        </w:rPr>
        <w:t xml:space="preserve">.</w:t>
      </w:r>
      <w:r>
        <w:br/>
      </w:r>
      <w:r>
        <w:t xml:space="preserve">    (a) a particular way of seeing or thinking about things</w:t>
      </w:r>
      <w:r>
        <w:br/>
      </w:r>
      <w:r>
        <w:t xml:space="preserve">    (b) collection of star systems held together by gravity</w:t>
      </w:r>
      <w:r>
        <w:br/>
      </w:r>
      <w:r>
        <w:t xml:space="preserve">    (c) a place where members of the Jewish faith worship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2026-07-31T17:23:22Z</dcterms:created>
  <dcterms:modified xsi:type="dcterms:W3CDTF">2026-07-31T17:23:22Z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