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1875fba0f93331f99fa14221b5139780d80652"/>
    <w:p>
      <w:pPr>
        <w:pStyle w:val="Heading1"/>
      </w:pPr>
      <w:r>
        <w:rPr>
          <w:b/>
          <w:bCs/>
        </w:rPr>
        <w:t xml:space="preserve">The Color Purple</w:t>
      </w:r>
      <w:r>
        <w:br/>
      </w:r>
      <w:r>
        <w:rPr>
          <w:i/>
          <w:iCs/>
        </w:rPr>
        <w:t xml:space="preserve">Alice Walker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too big a fool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</w:t>
      </w:r>
      <w:r>
        <w:rPr>
          <w:b/>
          <w:bCs/>
        </w:rPr>
        <w:t xml:space="preserve">.</w:t>
      </w:r>
      <w:r>
        <w:br/>
      </w:r>
      <w:r>
        <w:t xml:space="preserve">    (a) take an opportunity</w:t>
      </w:r>
      <w:r>
        <w:br/>
      </w:r>
      <w:r>
        <w:t xml:space="preserve">    (b) feel regret</w:t>
      </w:r>
      <w:r>
        <w:br/>
      </w:r>
      <w:r>
        <w:t xml:space="preserve">    (c) stop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pictures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illustrate</w:t>
      </w:r>
      <w:r>
        <w:rPr>
          <w:b/>
          <w:bCs/>
        </w:rPr>
        <w:t xml:space="preserve"> </w:t>
      </w:r>
      <w:r>
        <w:rPr>
          <w:b/>
          <w:bCs/>
        </w:rPr>
        <w:t xml:space="preserve">the words.</w:t>
      </w:r>
      <w:r>
        <w:br/>
      </w:r>
      <w:r>
        <w:t xml:space="preserve">    (a) work or operate</w:t>
      </w:r>
      <w:r>
        <w:br/>
      </w:r>
      <w:r>
        <w:t xml:space="preserve">    (b) help make clear</w:t>
      </w:r>
      <w:r>
        <w:br/>
      </w:r>
      <w:r>
        <w:t xml:space="preserve">    (c) think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this spot has been good to them, they plant cassava fields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huge crops.</w:t>
      </w:r>
      <w:r>
        <w:br/>
      </w:r>
      <w:r>
        <w:t xml:space="preserve">    (a) give way</w:t>
      </w:r>
      <w:r>
        <w:br/>
      </w:r>
      <w:r>
        <w:t xml:space="preserve">    (b) slow down</w:t>
      </w:r>
      <w:r>
        <w:br/>
      </w:r>
      <w:r>
        <w:t xml:space="preserve">    (c) produce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used to wear very little, but the ladies of England introduced the Mother Hubbard, a long,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cumbersome</w:t>
      </w:r>
      <w:r>
        <w:rPr>
          <w:b/>
          <w:bCs/>
        </w:rPr>
        <w:t xml:space="preserve">, ill-fitting dress, completely shapeless, that inevitably gets dragged in the fire, causing burns aplenty.</w:t>
      </w:r>
      <w:r>
        <w:br/>
      </w:r>
      <w:r>
        <w:t xml:space="preserve">    (a) difficult to handle or awkward</w:t>
      </w:r>
      <w:r>
        <w:br/>
      </w:r>
      <w:r>
        <w:t xml:space="preserve">    (b) a sensible view of a situation</w:t>
      </w:r>
      <w:r>
        <w:br/>
      </w:r>
      <w:r>
        <w:t xml:space="preserve">    (c) made by taking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talk and she talk, trying to budge me way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blasphemy</w:t>
      </w:r>
      <w:r>
        <w:rPr>
          <w:b/>
          <w:bCs/>
        </w:rPr>
        <w:t xml:space="preserve">.</w:t>
      </w:r>
      <w:r>
        <w:br/>
      </w:r>
      <w:r>
        <w:t xml:space="preserve">    (a) passionate disagreement that can lead to violence</w:t>
      </w:r>
      <w:r>
        <w:br/>
      </w:r>
      <w:r>
        <w:t xml:space="preserve">    (b) overconfidence</w:t>
      </w:r>
      <w:r>
        <w:br/>
      </w:r>
      <w:r>
        <w:t xml:space="preserve">    (c) disrespect of something considered sacred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Conjure</w:t>
      </w:r>
      <w:r>
        <w:rPr>
          <w:b/>
          <w:bCs/>
        </w:rPr>
        <w:t xml:space="preserve"> </w:t>
      </w:r>
      <w:r>
        <w:rPr>
          <w:b/>
          <w:bCs/>
        </w:rPr>
        <w:t xml:space="preserve">up flowers, wind, water, a big rock.</w:t>
      </w:r>
      <w:r>
        <w:br/>
      </w:r>
      <w:r>
        <w:t xml:space="preserve">    (a) read, listen, or watch with eager interest</w:t>
      </w:r>
      <w:r>
        <w:br/>
      </w:r>
      <w:r>
        <w:t xml:space="preserve">    (b) summon into action or bring into existence</w:t>
      </w:r>
      <w:r>
        <w:br/>
      </w:r>
      <w:r>
        <w:t xml:space="preserve">    (c) provide better understanding or make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dote</w:t>
      </w:r>
      <w:r>
        <w:rPr>
          <w:b/>
          <w:bCs/>
        </w:rPr>
        <w:t xml:space="preserve"> </w:t>
      </w:r>
      <w:r>
        <w:rPr>
          <w:b/>
          <w:bCs/>
        </w:rPr>
        <w:t xml:space="preserve">on Henrietta.</w:t>
      </w:r>
      <w:r>
        <w:br/>
      </w:r>
      <w:r>
        <w:t xml:space="preserve">    (a) make (someone) less angry</w:t>
      </w:r>
      <w:r>
        <w:br/>
      </w:r>
      <w:r>
        <w:t xml:space="preserve">    (b) annoy</w:t>
      </w:r>
      <w:r>
        <w:br/>
      </w:r>
      <w:r>
        <w:t xml:space="preserve">    (c) show love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course it was impossible to ignore the presence of an aging white woman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accompanied</w:t>
      </w:r>
      <w:r>
        <w:rPr>
          <w:b/>
          <w:bCs/>
        </w:rPr>
        <w:t xml:space="preserve"> </w:t>
      </w:r>
      <w:r>
        <w:rPr>
          <w:b/>
          <w:bCs/>
        </w:rPr>
        <w:t xml:space="preserve">by a small black child.</w:t>
      </w:r>
      <w:r>
        <w:br/>
      </w:r>
      <w:r>
        <w:t xml:space="preserve">    (a) made possible</w:t>
      </w:r>
      <w:r>
        <w:br/>
      </w:r>
      <w:r>
        <w:t xml:space="preserve">    (b) got closer to</w:t>
      </w:r>
      <w:r>
        <w:br/>
      </w:r>
      <w:r>
        <w:t xml:space="preserve">    (c) traveling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so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cultivated</w:t>
      </w:r>
      <w:r>
        <w:rPr>
          <w:b/>
          <w:bCs/>
        </w:rPr>
        <w:t xml:space="preserve"> </w:t>
      </w:r>
      <w:r>
        <w:rPr>
          <w:b/>
          <w:bCs/>
        </w:rPr>
        <w:t xml:space="preserve">a pious interest in heathens.</w:t>
      </w:r>
      <w:r>
        <w:br/>
      </w:r>
      <w:r>
        <w:t xml:space="preserve">    (a) made dangerous</w:t>
      </w:r>
      <w:r>
        <w:br/>
      </w:r>
      <w:r>
        <w:t xml:space="preserve">    (b) developed</w:t>
      </w:r>
      <w:r>
        <w:br/>
      </w:r>
      <w:r>
        <w:t xml:space="preserve">    (c) eliminated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so she cultivated a pious interest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heathens</w:t>
      </w:r>
      <w:r>
        <w:rPr>
          <w:b/>
          <w:bCs/>
        </w:rPr>
        <w:t xml:space="preserve">.</w:t>
      </w:r>
      <w:r>
        <w:br/>
      </w:r>
      <w:r>
        <w:t xml:space="preserve">    (a) numbers by which other number are divided (if 8 divided by 4 = 2, then 8 can be described as the dividend, 4 as the divisor, and 2 as the quotient)</w:t>
      </w:r>
      <w:r>
        <w:br/>
      </w:r>
      <w:r>
        <w:t xml:space="preserve">    (b) people who do not believe in Christianity</w:t>
      </w:r>
      <w:r>
        <w:br/>
      </w:r>
      <w:r>
        <w:t xml:space="preserve">    (c) number by which other numbers are divided (if 8 divided by 4 = 2, then 8 can be described as the dividend, 4 as the divisor, and 2 as the quotient)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when Corrine was old enough, she sent her to Spelman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Seminary</w:t>
      </w:r>
      <w:r>
        <w:rPr>
          <w:b/>
          <w:bCs/>
        </w:rPr>
        <w:t xml:space="preserve"> </w:t>
      </w:r>
      <w:r>
        <w:rPr>
          <w:b/>
          <w:bCs/>
        </w:rPr>
        <w:t xml:space="preserve">where Aunt Theodosia had gone.</w:t>
      </w:r>
      <w:r>
        <w:br/>
      </w:r>
      <w:r>
        <w:t xml:space="preserve">    (a) a school for training ministers</w:t>
      </w:r>
      <w:r>
        <w:br/>
      </w:r>
      <w:r>
        <w:t xml:space="preserve">    (b) a school for training educators</w:t>
      </w:r>
      <w:r>
        <w:br/>
      </w:r>
      <w:r>
        <w:t xml:space="preserve">    (c) a school of music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Aunt Theodosia got closer to the part about her surprise and joy over receiving this medal--which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validated</w:t>
      </w:r>
      <w:r>
        <w:rPr>
          <w:b/>
          <w:bCs/>
        </w:rPr>
        <w:t xml:space="preserve"> </w:t>
      </w:r>
      <w:r>
        <w:rPr>
          <w:b/>
          <w:bCs/>
        </w:rPr>
        <w:t xml:space="preserve">her service as an exemplary missionary in the King's colony--DuBoyce's foot began to pat the floor rapidly and uncontrollably.</w:t>
      </w:r>
      <w:r>
        <w:br/>
      </w:r>
      <w:r>
        <w:t xml:space="preserve">    (a) suffered through (or to put up with something difficult or unpleasant)</w:t>
      </w:r>
      <w:r>
        <w:br/>
      </w:r>
      <w:r>
        <w:t xml:space="preserve">    (b) stuck out, attracted more attention than desired, or imposed on others</w:t>
      </w:r>
      <w:r>
        <w:br/>
      </w:r>
      <w:r>
        <w:t xml:space="preserve">    (c) gave evidence for the value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when you receive this news of your sister's forward behavior you will not be shocked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judge me harshly.</w:t>
      </w:r>
      <w:r>
        <w:br/>
      </w:r>
      <w:r>
        <w:t xml:space="preserve">    (a) have a tendency</w:t>
      </w:r>
      <w:r>
        <w:br/>
      </w:r>
      <w:r>
        <w:t xml:space="preserve">    (b) forced</w:t>
      </w:r>
      <w:r>
        <w:br/>
      </w:r>
      <w:r>
        <w:t xml:space="preserve">    (c) afraid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going to have the female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initiation</w:t>
      </w:r>
      <w:r>
        <w:rPr>
          <w:b/>
          <w:bCs/>
        </w:rPr>
        <w:t xml:space="preserve"> </w:t>
      </w:r>
      <w:r>
        <w:rPr>
          <w:b/>
          <w:bCs/>
        </w:rPr>
        <w:t xml:space="preserve">ceremony too, she said.</w:t>
      </w:r>
      <w:r>
        <w:br/>
      </w:r>
      <w:r>
        <w:t xml:space="preserve">    (a) a process with special importance</w:t>
      </w:r>
      <w:r>
        <w:br/>
      </w:r>
      <w:r>
        <w:t xml:space="preserve">    (b) a concluding event</w:t>
      </w:r>
      <w:r>
        <w:br/>
      </w:r>
      <w:r>
        <w:t xml:space="preserve">    (c) a procedure or ceremony where someone is admitted into a group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real reason, of course, is he can no longer bear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conflicting</w:t>
      </w:r>
      <w:r>
        <w:rPr>
          <w:b/>
          <w:bCs/>
        </w:rPr>
        <w:t xml:space="preserve"> </w:t>
      </w:r>
      <w:r>
        <w:rPr>
          <w:b/>
          <w:bCs/>
        </w:rPr>
        <w:t xml:space="preserve">feelings about Tashi, who is beginning, I think, to appreciate the magnitude of her mistake.</w:t>
      </w:r>
      <w:r>
        <w:br/>
      </w:r>
      <w:r>
        <w:t xml:space="preserve">    (a) stirring up (emotionally or physically)</w:t>
      </w:r>
      <w:r>
        <w:br/>
      </w:r>
      <w:r>
        <w:t xml:space="preserve">    (b) making unable to move or make a decision</w:t>
      </w:r>
      <w:r>
        <w:br/>
      </w:r>
      <w:r>
        <w:t xml:space="preserve">    (c) opposing (struggling against each other)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we know is that they are said to live deep in the forest, that they welcome runaways, and that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harass</w:t>
      </w:r>
      <w:r>
        <w:rPr>
          <w:b/>
          <w:bCs/>
        </w:rPr>
        <w:t xml:space="preserve"> </w:t>
      </w:r>
      <w:r>
        <w:rPr>
          <w:b/>
          <w:bCs/>
        </w:rPr>
        <w:t xml:space="preserve">the white, man's plantations and plan his destruction?</w:t>
      </w:r>
      <w:r>
        <w:br/>
      </w:r>
      <w:r>
        <w:t xml:space="preserve">    (a) repeatedly laugh at</w:t>
      </w:r>
      <w:r>
        <w:br/>
      </w:r>
      <w:r>
        <w:t xml:space="preserve">    (b) repeatedly plan against</w:t>
      </w:r>
      <w:r>
        <w:br/>
      </w:r>
      <w:r>
        <w:t xml:space="preserve">    (c) repeatedly attack to weaken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Left without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sufficient</w:t>
      </w:r>
      <w:r>
        <w:rPr>
          <w:b/>
          <w:bCs/>
        </w:rPr>
        <w:t xml:space="preserve"> </w:t>
      </w:r>
      <w:r>
        <w:rPr>
          <w:b/>
          <w:bCs/>
        </w:rPr>
        <w:t xml:space="preserve">supply of yams, the people?</w:t>
      </w:r>
      <w:r>
        <w:br/>
      </w:r>
      <w:r>
        <w:t xml:space="preserve">    (a) in a manner of taking on or adopting power or responsibility</w:t>
      </w:r>
      <w:r>
        <w:br/>
      </w:r>
      <w:r>
        <w:t xml:space="preserve">    (b) producing a stream of atomic particles through nuclear decay</w:t>
      </w:r>
      <w:r>
        <w:br/>
      </w:r>
      <w:r>
        <w:t xml:space="preserve">    (c) adequate (enough -- often without being more than is needed)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worst we have had to endure here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indifference</w:t>
      </w:r>
      <w:r>
        <w:rPr>
          <w:b/>
          <w:bCs/>
        </w:rPr>
        <w:t xml:space="preserve"> </w:t>
      </w:r>
      <w:r>
        <w:rPr>
          <w:b/>
          <w:bCs/>
        </w:rPr>
        <w:t xml:space="preserve">and a certain understandable shallowness in our personal relationships excluding...</w:t>
      </w:r>
      <w:r>
        <w:br/>
      </w:r>
      <w:r>
        <w:t xml:space="preserve">    (a) risky investment</w:t>
      </w:r>
      <w:r>
        <w:br/>
      </w:r>
      <w:r>
        <w:t xml:space="preserve">    (b) chaotic disorder</w:t>
      </w:r>
      <w:r>
        <w:br/>
      </w:r>
      <w:r>
        <w:t xml:space="preserve">    (c) lack of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they will become the new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</w:t>
      </w:r>
      <w:r>
        <w:rPr>
          <w:b/>
          <w:bCs/>
        </w:rPr>
        <w:t xml:space="preserve">.</w:t>
      </w:r>
      <w:r>
        <w:br/>
      </w:r>
      <w:r>
        <w:t xml:space="preserve">    (a) skill</w:t>
      </w:r>
      <w:r>
        <w:br/>
      </w:r>
      <w:r>
        <w:t xml:space="preserve">    (b) snake</w:t>
      </w:r>
      <w:r>
        <w:br/>
      </w:r>
      <w:r>
        <w:t xml:space="preserve">    (c)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Samuel married them, of course, and all the people left in the compound came to wish them happiness and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abundance</w:t>
      </w:r>
      <w:r>
        <w:rPr>
          <w:b/>
          <w:bCs/>
        </w:rPr>
        <w:t xml:space="preserve"> </w:t>
      </w:r>
      <w:r>
        <w:rPr>
          <w:b/>
          <w:bCs/>
        </w:rPr>
        <w:t xml:space="preserve">of roofleaf forever.</w:t>
      </w:r>
      <w:r>
        <w:br/>
      </w:r>
      <w:r>
        <w:t xml:space="preserve">    (a) sharpness or intenseness</w:t>
      </w:r>
      <w:r>
        <w:br/>
      </w:r>
      <w:r>
        <w:t xml:space="preserve">    (b) conflict or disagreement</w:t>
      </w:r>
      <w:r>
        <w:br/>
      </w:r>
      <w:r>
        <w:t xml:space="preserve">    (c) large amount or quantity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2026-07-31T16:52:41Z</dcterms:created>
  <dcterms:modified xsi:type="dcterms:W3CDTF">2026-07-31T16:52:41Z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