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746d46fe8bc80b4d93cc8fc07fee293d1ee4c4"/>
    <w:p>
      <w:pPr>
        <w:pStyle w:val="Heading1"/>
      </w:pPr>
      <w:r>
        <w:rPr>
          <w:b/>
          <w:bCs/>
        </w:rPr>
        <w:t xml:space="preserve">The Color Purple</w:t>
      </w:r>
      <w:r>
        <w:br/>
      </w:r>
      <w:r>
        <w:rPr>
          <w:i/>
          <w:iCs/>
        </w:rPr>
        <w:t xml:space="preserve">Alice Walker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 stood before 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with Samuel and Corrine and the children and sometimes our mouths just dropped open from the generosity and goodness of those Harlem people's hearts.</w:t>
      </w:r>
      <w:r>
        <w:br/>
      </w:r>
      <w:r>
        <w:t xml:space="preserve">    (a) a general feeling of not being as good as others</w:t>
      </w:r>
      <w:r>
        <w:br/>
      </w:r>
      <w:r>
        <w:t xml:space="preserve">    (b) the act, process, or instance of telling a story</w:t>
      </w:r>
      <w:r>
        <w:br/>
      </w:r>
      <w:r>
        <w:t xml:space="preserve">    (c) people who worship together in the same building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 in a place called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Holland</w:t>
      </w:r>
      <w:r>
        <w:rPr>
          <w:b/>
          <w:bCs/>
        </w:rPr>
        <w:t xml:space="preserve"> </w:t>
      </w:r>
      <w:r>
        <w:rPr>
          <w:b/>
          <w:bCs/>
        </w:rPr>
        <w:t xml:space="preserve">do.</w:t>
      </w:r>
      <w:r>
        <w:br/>
      </w:r>
      <w:r>
        <w:t xml:space="preserve">    (a) Informal reference to the Netherlands (confusion arises because important provinces in the Netherlands are North Holland and South Holland).</w:t>
      </w:r>
      <w:r>
        <w:br/>
      </w:r>
      <w:r>
        <w:t xml:space="preserve">    (b) pre-Copernicus theory that supported the belief that the planets revolve around the earth which was thought to be the center of the universe</w:t>
      </w:r>
      <w:r>
        <w:br/>
      </w:r>
      <w:r>
        <w:t xml:space="preserve">    (c) someone who believes in a discipline and school of thought discussing the mystical aspect of Judaism and hidden meanings in Hebrew scripture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women of the village take turns cooking for us, and some are cleaner and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conscientious</w:t>
      </w:r>
      <w:r>
        <w:rPr>
          <w:b/>
          <w:bCs/>
        </w:rPr>
        <w:t xml:space="preserve"> </w:t>
      </w:r>
      <w:r>
        <w:rPr>
          <w:b/>
          <w:bCs/>
        </w:rPr>
        <w:t xml:space="preserve">than others.</w:t>
      </w:r>
      <w:r>
        <w:br/>
      </w:r>
      <w:r>
        <w:t xml:space="preserve">    (a) orbiting Earth once per day</w:t>
      </w:r>
      <w:r>
        <w:br/>
      </w:r>
      <w:r>
        <w:t xml:space="preserve">    (b) careful to do what is right</w:t>
      </w:r>
      <w:r>
        <w:br/>
      </w:r>
      <w:r>
        <w:t xml:space="preserve">    (c) not attractive or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"look in a man's face"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brazen</w:t>
      </w:r>
      <w:r>
        <w:rPr>
          <w:b/>
          <w:bCs/>
        </w:rPr>
        <w:t xml:space="preserve"> </w:t>
      </w:r>
      <w:r>
        <w:rPr>
          <w:b/>
          <w:bCs/>
        </w:rPr>
        <w:t xml:space="preserve">thing to do.</w:t>
      </w:r>
      <w:r>
        <w:br/>
      </w:r>
      <w:r>
        <w:t xml:space="preserve">    (a) make one's home in; or live in; or stay (in a place)</w:t>
      </w:r>
      <w:r>
        <w:br/>
      </w:r>
      <w:r>
        <w:t xml:space="preserve">    (b) bold and unrestrained by what others consider proper</w:t>
      </w:r>
      <w:r>
        <w:br/>
      </w:r>
      <w:r>
        <w:t xml:space="preserve">    (c) to concentrate, look at; or the act of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Good-bye until the next time, dear Celie, from a pitiful, cast-out woman who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during the rainy season.</w:t>
      </w:r>
      <w:r>
        <w:br/>
      </w:r>
      <w:r>
        <w:t xml:space="preserve">    (a) move into position to work; or start</w:t>
      </w:r>
      <w:r>
        <w:br/>
      </w:r>
      <w:r>
        <w:t xml:space="preserve">    (b) to spread to other parts of the body</w:t>
      </w:r>
      <w:r>
        <w:br/>
      </w:r>
      <w:r>
        <w:t xml:space="preserve">    (c) die, be destroyed, or cease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their husbands, if anything.</w:t>
      </w:r>
      <w:r>
        <w:br/>
      </w:r>
      <w:r>
        <w:t xml:space="preserve">    (a) think carefully</w:t>
      </w:r>
      <w:r>
        <w:br/>
      </w:r>
      <w:r>
        <w:t xml:space="preserve">    (b) enjoy to excess</w:t>
      </w:r>
      <w:r>
        <w:br/>
      </w:r>
      <w:r>
        <w:t xml:space="preserve">    (c) work or operate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roadbuilders didn't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deviate</w:t>
      </w:r>
      <w:r>
        <w:rPr>
          <w:b/>
          <w:bCs/>
        </w:rPr>
        <w:t xml:space="preserve"> </w:t>
      </w:r>
      <w:r>
        <w:rPr>
          <w:b/>
          <w:bCs/>
        </w:rPr>
        <w:t xml:space="preserve">an inch from the plan the headman was following.</w:t>
      </w:r>
      <w:r>
        <w:br/>
      </w:r>
      <w:r>
        <w:t xml:space="preserve">    (a) decrease</w:t>
      </w:r>
      <w:r>
        <w:br/>
      </w:r>
      <w:r>
        <w:t xml:space="preserve">    (b) increase</w:t>
      </w:r>
      <w:r>
        <w:br/>
      </w:r>
      <w:r>
        <w:t xml:space="preserve">    (c)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Immediately after understanding the roadbuilders' intentions, the chief set off toward the coast, seeking explanations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reparations</w:t>
      </w:r>
      <w:r>
        <w:rPr>
          <w:b/>
          <w:bCs/>
        </w:rPr>
        <w:t xml:space="preserve">.</w:t>
      </w:r>
      <w:r>
        <w:br/>
      </w:r>
      <w:r>
        <w:t xml:space="preserve">    (a) chemicals used to clean wounds because they prevent infection by killing harmful micro-organisms such as bacteria</w:t>
      </w:r>
      <w:r>
        <w:br/>
      </w:r>
      <w:r>
        <w:t xml:space="preserve">    (b) compensation for a wrong -- usually an amount of money -- often payment required from the losing country in a war</w:t>
      </w:r>
      <w:r>
        <w:br/>
      </w:r>
      <w:r>
        <w:t xml:space="preserve">    (c) members of Hitler's political party who thought they were superior to all others; or those who identify with them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began to cry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 earnest</w:t>
      </w:r>
      <w:r>
        <w:rPr>
          <w:b/>
          <w:bCs/>
        </w:rPr>
        <w:t xml:space="preserve">.</w:t>
      </w:r>
      <w:r>
        <w:br/>
      </w:r>
      <w:r>
        <w:t xml:space="preserve">    (a) seven wise men of ancient Greece</w:t>
      </w:r>
      <w:r>
        <w:br/>
      </w:r>
      <w:r>
        <w:t xml:space="preserve">    (b) serious; or in a serious manner</w:t>
      </w:r>
      <w:r>
        <w:br/>
      </w:r>
      <w:r>
        <w:t xml:space="preserve">    (c) real (genuine, true, or sincere)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so she cultivated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interest in heathens.</w:t>
      </w:r>
      <w:r>
        <w:br/>
      </w:r>
      <w:r>
        <w:t xml:space="preserve">    (a) able to be disagreed with</w:t>
      </w:r>
      <w:r>
        <w:br/>
      </w:r>
      <w:r>
        <w:t xml:space="preserve">    (b) not able to be translated</w:t>
      </w:r>
      <w:r>
        <w:br/>
      </w:r>
      <w:r>
        <w:t xml:space="preserve">    (c) religious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eccentric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 </w:t>
      </w:r>
      <w:r>
        <w:rPr>
          <w:b/>
          <w:bCs/>
        </w:rPr>
        <w:t xml:space="preserve">who spends most of his time shooting wild game.</w:t>
      </w:r>
      <w:r>
        <w:br/>
      </w:r>
      <w:r>
        <w:t xml:space="preserve">    (a) someone withdrawn from society (living alone and avoiding contact)</w:t>
      </w:r>
      <w:r>
        <w:br/>
      </w:r>
      <w:r>
        <w:t xml:space="preserve">    (b) someone who believes that all knowledge is derived from experience</w:t>
      </w:r>
      <w:r>
        <w:br/>
      </w:r>
      <w:r>
        <w:t xml:space="preserve">    (c) a place where conditions are kept as they were to protect wildlife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seemed fond of his grandmother and used to her, but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verbosity</w:t>
      </w:r>
      <w:r>
        <w:rPr>
          <w:b/>
          <w:bCs/>
        </w:rPr>
        <w:t xml:space="preserve"> </w:t>
      </w:r>
      <w:r>
        <w:rPr>
          <w:b/>
          <w:bCs/>
        </w:rPr>
        <w:t xml:space="preserve">produced in him a kind of soberly observant speechlessness.</w:t>
      </w:r>
      <w:r>
        <w:br/>
      </w:r>
      <w:r>
        <w:t xml:space="preserve">    (a) relating to properties of sound or hearing</w:t>
      </w:r>
      <w:r>
        <w:br/>
      </w:r>
      <w:r>
        <w:t xml:space="preserve">    (b) something accepted as true (without proof)</w:t>
      </w:r>
      <w:r>
        <w:br/>
      </w:r>
      <w:r>
        <w:t xml:space="preserve">    (c) wordiness (tendency to use too many words)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of course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prevailing</w:t>
      </w:r>
      <w:r>
        <w:rPr>
          <w:b/>
          <w:bCs/>
        </w:rPr>
        <w:t xml:space="preserve"> </w:t>
      </w:r>
      <w:r>
        <w:rPr>
          <w:b/>
          <w:bCs/>
        </w:rPr>
        <w:t xml:space="preserve">popular view of Africans at that time contributed to our feeling of amusement.</w:t>
      </w:r>
      <w:r>
        <w:br/>
      </w:r>
      <w:r>
        <w:t xml:space="preserve">    (a) strongly desiring; or a strong desire</w:t>
      </w:r>
      <w:r>
        <w:br/>
      </w:r>
      <w:r>
        <w:t xml:space="preserve">    (b) changing to fit a different situation</w:t>
      </w:r>
      <w:r>
        <w:br/>
      </w:r>
      <w:r>
        <w:t xml:space="preserve">    (c) common or influential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far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intuitive</w:t>
      </w:r>
      <w:r>
        <w:rPr>
          <w:b/>
          <w:bCs/>
        </w:rPr>
        <w:t xml:space="preserve"> </w:t>
      </w:r>
      <w:r>
        <w:rPr>
          <w:b/>
          <w:bCs/>
        </w:rPr>
        <w:t xml:space="preserve">than I. Her gift for understanding people much greater.</w:t>
      </w:r>
      <w:r>
        <w:br/>
      </w:r>
      <w:r>
        <w:t xml:space="preserve">    (a) characterized by basing decisions on what other people suggest rather than on original thinking</w:t>
      </w:r>
      <w:r>
        <w:br/>
      </w:r>
      <w:r>
        <w:t xml:space="preserve">    (b) characterized by basing decisions on feeling or instinct rather than conscious reasoning</w:t>
      </w:r>
      <w:r>
        <w:br/>
      </w:r>
      <w:r>
        <w:t xml:space="preserve">    (c) characterized by basing decisions on learned patterns rather than theories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Rather than cherish that medal, Madame, you should regard it as a symbol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unwitting</w:t>
      </w:r>
      <w:r>
        <w:rPr>
          <w:b/>
          <w:bCs/>
        </w:rPr>
        <w:t xml:space="preserve"> </w:t>
      </w:r>
      <w:r>
        <w:rPr>
          <w:b/>
          <w:bCs/>
        </w:rPr>
        <w:t xml:space="preserve">complicity with this despot who worked to death and brutalized and eventually exterminated thousands and thousands of African peoples.</w:t>
      </w:r>
      <w:r>
        <w:br/>
      </w:r>
      <w:r>
        <w:t xml:space="preserve">    (a) not attractive or desirable</w:t>
      </w:r>
      <w:r>
        <w:br/>
      </w:r>
      <w:r>
        <w:t xml:space="preserve">    (b) without knowledge or intent</w:t>
      </w:r>
      <w:r>
        <w:br/>
      </w:r>
      <w:r>
        <w:t xml:space="preserve">    (c) orbiting Earth once per day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Rather than cherish that medal, Madame, you should regard it as a symbol of your unwitting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complicity</w:t>
      </w:r>
      <w:r>
        <w:rPr>
          <w:b/>
          <w:bCs/>
        </w:rPr>
        <w:t xml:space="preserve"> </w:t>
      </w:r>
      <w:r>
        <w:rPr>
          <w:b/>
          <w:bCs/>
        </w:rPr>
        <w:t xml:space="preserve">with this despot who worked to death and brutalized and eventually exterminated thousands and thousands of African peoples.</w:t>
      </w:r>
      <w:r>
        <w:br/>
      </w:r>
      <w:r>
        <w:t xml:space="preserve">    (a) foolishness that endangered others</w:t>
      </w:r>
      <w:r>
        <w:br/>
      </w:r>
      <w:r>
        <w:t xml:space="preserve">    (b) guilt as an accomplice in a crime</w:t>
      </w:r>
      <w:r>
        <w:br/>
      </w:r>
      <w:r>
        <w:t xml:space="preserve">    (c) misunderstanding that leads to a crime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provide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antiseptics</w:t>
      </w:r>
      <w:r>
        <w:rPr>
          <w:b/>
          <w:bCs/>
        </w:rPr>
        <w:t xml:space="preserve"> </w:t>
      </w:r>
      <w:r>
        <w:rPr>
          <w:b/>
          <w:bCs/>
        </w:rPr>
        <w:t xml:space="preserve">and cotton and a place for the children to cry and nurse their wounds.</w:t>
      </w:r>
      <w:r>
        <w:br/>
      </w:r>
      <w:r>
        <w:t xml:space="preserve">    (a) chemicals used to put on wounds because they prevent pain</w:t>
      </w:r>
      <w:r>
        <w:br/>
      </w:r>
      <w:r>
        <w:t xml:space="preserve">    (b) chemicals used to clean wounds because they kill germs</w:t>
      </w:r>
      <w:r>
        <w:br/>
      </w:r>
      <w:r>
        <w:t xml:space="preserve">    (c) chemicals used to put on wounds because they prevent scarring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Adam was always very good as Hamlet giving his To Be or Not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soliloquy</w:t>
      </w:r>
      <w:r>
        <w:rPr>
          <w:b/>
          <w:bCs/>
        </w:rPr>
        <w:t xml:space="preserve">.</w:t>
      </w:r>
      <w:r>
        <w:br/>
      </w:r>
      <w:r>
        <w:t xml:space="preserve">    (a) a long speech in which one is talking to oneself; or as a long uninterrupted part of a conversation</w:t>
      </w:r>
      <w:r>
        <w:br/>
      </w:r>
      <w:r>
        <w:t xml:space="preserve">    (b) an architectural feature at the top of a roof, usually dome-shaped and opened by windows or columns</w:t>
      </w:r>
      <w:r>
        <w:br/>
      </w:r>
      <w:r>
        <w:t xml:space="preserve">    (c) the degree to which a solution is simpler (and often more comprehensive) than most would anticipate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then, in that honest,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forthright</w:t>
      </w:r>
      <w:r>
        <w:rPr>
          <w:b/>
          <w:bCs/>
        </w:rPr>
        <w:t xml:space="preserve"> </w:t>
      </w:r>
      <w:r>
        <w:rPr>
          <w:b/>
          <w:bCs/>
        </w:rPr>
        <w:t xml:space="preserve">way of hers, she gave her reasons.</w:t>
      </w:r>
      <w:r>
        <w:br/>
      </w:r>
      <w:r>
        <w:t xml:space="preserve">    (a) honest and direct in speaking or behavior -- even when it’s uncomfortable</w:t>
      </w:r>
      <w:r>
        <w:br/>
      </w:r>
      <w:r>
        <w:t xml:space="preserve">    (b) requiring great strength or effort (like that of the mythological Hercules)</w:t>
      </w:r>
      <w:r>
        <w:br/>
      </w:r>
      <w:r>
        <w:t xml:space="preserve">    (c) working against the principles of democracy or representation of the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to forgive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repugnance</w:t>
      </w:r>
      <w:r>
        <w:rPr>
          <w:b/>
          <w:bCs/>
        </w:rPr>
        <w:t xml:space="preserve"> </w:t>
      </w:r>
      <w:r>
        <w:rPr>
          <w:b/>
          <w:bCs/>
        </w:rPr>
        <w:t xml:space="preserve">he'd felt about the female initiation ceremony.</w:t>
      </w:r>
      <w:r>
        <w:br/>
      </w:r>
      <w:r>
        <w:t xml:space="preserve">    (a) strong disgust</w:t>
      </w:r>
      <w:r>
        <w:br/>
      </w:r>
      <w:r>
        <w:t xml:space="preserve">    (b) dissatisfaction</w:t>
      </w:r>
      <w:r>
        <w:br/>
      </w:r>
      <w:r>
        <w:t xml:space="preserve">    (c) discouragement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2026-07-31T16:52:41Z</dcterms:created>
  <dcterms:modified xsi:type="dcterms:W3CDTF">2026-07-31T16:52:41Z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