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a3dd6f84965c7ba69d852d3734021df76a66f25"/>
    <w:p>
      <w:pPr>
        <w:pStyle w:val="Heading1"/>
      </w:pPr>
      <w:r>
        <w:rPr>
          <w:b/>
          <w:bCs/>
        </w:rPr>
        <w:t xml:space="preserve">The Collected Stories of Eudora Welty</w:t>
      </w:r>
      <w:r>
        <w:br/>
      </w:r>
      <w:r>
        <w:rPr>
          <w:i/>
          <w:iCs/>
        </w:rPr>
        <w:t xml:space="preserve">Eudora Welty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Yes'm, she kept her eyes onwhat's that thing makes all the</w:t>
      </w:r>
      <w:r>
        <w:rPr>
          <w:b/>
          <w:bCs/>
        </w:rPr>
        <w:t xml:space="preserve"> </w:t>
      </w:r>
      <w:r>
        <w:rPr>
          <w:b/>
          <w:bCs/>
          <w:u w:val="single"/>
        </w:rPr>
        <w:t xml:space="preserve">commotion</w:t>
      </w:r>
      <w:r>
        <w:rPr>
          <w:b/>
          <w:bCs/>
        </w:rPr>
        <w:t xml:space="preserve">?</w:t>
      </w:r>
      <w:r>
        <w:br/>
      </w:r>
      <w:r>
        <w:t xml:space="preserve">    (a) noisy disturbance</w:t>
      </w:r>
      <w:r>
        <w:br/>
      </w:r>
      <w:r>
        <w:t xml:space="preserve">    (b) size or dimension</w:t>
      </w:r>
      <w:r>
        <w:br/>
      </w:r>
      <w:r>
        <w:t xml:space="preserve">    (c) circular movement</w:t>
      </w:r>
    </w:p>
    <w:p>
      <w:pPr>
        <w:pStyle w:val="Compact"/>
        <w:numPr>
          <w:ilvl w:val="0"/>
          <w:numId w:val="1001"/>
        </w:numPr>
      </w:pPr>
      <w:r>
        <w:rPr>
          <w:b/>
          <w:bCs/>
        </w:rPr>
        <w:t xml:space="preserve">Clyde snatched it roughly and with a grabbing</w:t>
      </w:r>
      <w:r>
        <w:rPr>
          <w:b/>
          <w:bCs/>
        </w:rPr>
        <w:t xml:space="preserve"> </w:t>
      </w:r>
      <w:r>
        <w:rPr>
          <w:b/>
          <w:bCs/>
          <w:u w:val="single"/>
        </w:rPr>
        <w:t xml:space="preserve">disparagement</w:t>
      </w:r>
      <w:r>
        <w:rPr>
          <w:b/>
          <w:bCs/>
        </w:rPr>
        <w:t xml:space="preserve">.</w:t>
      </w:r>
      <w:r>
        <w:br/>
      </w:r>
      <w:r>
        <w:t xml:space="preserve">    (a) the process of controlling (how something turns out)</w:t>
      </w:r>
      <w:r>
        <w:br/>
      </w:r>
      <w:r>
        <w:t xml:space="preserve">    (b) the act of criticizing or making seem less important</w:t>
      </w:r>
      <w:r>
        <w:br/>
      </w:r>
      <w:r>
        <w:t xml:space="preserve">    (c) the taking on or adoption of power or responsibility</w:t>
      </w:r>
    </w:p>
    <w:p>
      <w:pPr>
        <w:pStyle w:val="Compact"/>
        <w:numPr>
          <w:ilvl w:val="0"/>
          <w:numId w:val="1001"/>
        </w:numPr>
      </w:pPr>
      <w:r>
        <w:rPr>
          <w:b/>
          <w:bCs/>
        </w:rPr>
        <w:t xml:space="preserve">I really don't</w:t>
      </w:r>
      <w:r>
        <w:rPr>
          <w:b/>
          <w:bCs/>
        </w:rPr>
        <w:t xml:space="preserve"> </w:t>
      </w:r>
      <w:r>
        <w:rPr>
          <w:b/>
          <w:bCs/>
          <w:u w:val="single"/>
        </w:rPr>
        <w:t xml:space="preserve">recollect</w:t>
      </w:r>
      <w:r>
        <w:rPr>
          <w:b/>
          <w:bCs/>
        </w:rPr>
        <w:t xml:space="preserve"> </w:t>
      </w:r>
      <w:r>
        <w:rPr>
          <w:b/>
          <w:bCs/>
        </w:rPr>
        <w:t xml:space="preserve">the faintest.</w:t>
      </w:r>
      <w:r>
        <w:br/>
      </w:r>
      <w:r>
        <w:t xml:space="preserve">    (a) remember</w:t>
      </w:r>
      <w:r>
        <w:br/>
      </w:r>
      <w:r>
        <w:t xml:space="preserve">    (b) disagree</w:t>
      </w:r>
      <w:r>
        <w:br/>
      </w:r>
      <w:r>
        <w:t xml:space="preserve">    (c) subtract</w:t>
      </w:r>
    </w:p>
    <w:p>
      <w:pPr>
        <w:pStyle w:val="Compact"/>
        <w:numPr>
          <w:ilvl w:val="0"/>
          <w:numId w:val="1001"/>
        </w:numPr>
      </w:pPr>
      <w:r>
        <w:rPr>
          <w:b/>
          <w:bCs/>
        </w:rPr>
        <w:t xml:space="preserve">"Mr. Fletcher and myself are as much in love as the day we married," said Mrs. Fletcher</w:t>
      </w:r>
      <w:r>
        <w:rPr>
          <w:b/>
          <w:bCs/>
        </w:rPr>
        <w:t xml:space="preserve"> </w:t>
      </w:r>
      <w:r>
        <w:rPr>
          <w:b/>
          <w:bCs/>
          <w:u w:val="single"/>
        </w:rPr>
        <w:t xml:space="preserve">belligerently</w:t>
      </w:r>
      <w:r>
        <w:rPr>
          <w:b/>
          <w:bCs/>
        </w:rPr>
        <w:t xml:space="preserve"> </w:t>
      </w:r>
      <w:r>
        <w:rPr>
          <w:b/>
          <w:bCs/>
        </w:rPr>
        <w:t xml:space="preserve">as Leota stuffed cotton into her ears.</w:t>
      </w:r>
      <w:r>
        <w:br/>
      </w:r>
      <w:r>
        <w:t xml:space="preserve">    (a) in a disrespectful or rejecting manner</w:t>
      </w:r>
      <w:r>
        <w:br/>
      </w:r>
      <w:r>
        <w:t xml:space="preserve">    (b) with an attitude of one eager to fight</w:t>
      </w:r>
      <w:r>
        <w:br/>
      </w:r>
      <w:r>
        <w:t xml:space="preserve">    (c) in a manner that is not easily noticed</w:t>
      </w:r>
    </w:p>
    <w:p>
      <w:pPr>
        <w:pStyle w:val="Compact"/>
        <w:numPr>
          <w:ilvl w:val="0"/>
          <w:numId w:val="1001"/>
        </w:numPr>
      </w:pPr>
      <w:r>
        <w:rPr>
          <w:b/>
          <w:bCs/>
        </w:rPr>
        <w:t xml:space="preserve">Every now and then, as though he perceived some</w:t>
      </w:r>
      <w:r>
        <w:rPr>
          <w:b/>
          <w:bCs/>
        </w:rPr>
        <w:t xml:space="preserve"> </w:t>
      </w:r>
      <w:r>
        <w:rPr>
          <w:b/>
          <w:bCs/>
          <w:u w:val="single"/>
        </w:rPr>
        <w:t xml:space="preserve">minute</w:t>
      </w:r>
      <w:r>
        <w:rPr>
          <w:b/>
          <w:bCs/>
        </w:rPr>
        <w:t xml:space="preserve"> </w:t>
      </w:r>
      <w:r>
        <w:rPr>
          <w:b/>
          <w:bCs/>
        </w:rPr>
        <w:t xml:space="preserve">thing, a sudden alert, tantalized look would creep over the little man's face, and he would gaze slowly around him, quite slyly.</w:t>
      </w:r>
      <w:r>
        <w:br/>
      </w:r>
      <w:r>
        <w:t xml:space="preserve">    (a) awake</w:t>
      </w:r>
      <w:r>
        <w:br/>
      </w:r>
      <w:r>
        <w:t xml:space="preserve">    (b) exact</w:t>
      </w:r>
      <w:r>
        <w:br/>
      </w:r>
      <w:r>
        <w:t xml:space="preserve">    (c) small</w:t>
      </w:r>
    </w:p>
    <w:p>
      <w:pPr>
        <w:pStyle w:val="Compact"/>
        <w:numPr>
          <w:ilvl w:val="0"/>
          <w:numId w:val="1001"/>
        </w:numPr>
      </w:pPr>
      <w:r>
        <w:rPr>
          <w:b/>
          <w:bCs/>
        </w:rPr>
        <w:t xml:space="preserve">He stared away as if he saw it</w:t>
      </w:r>
      <w:r>
        <w:rPr>
          <w:b/>
          <w:bCs/>
        </w:rPr>
        <w:t xml:space="preserve"> </w:t>
      </w:r>
      <w:r>
        <w:rPr>
          <w:b/>
          <w:bCs/>
          <w:u w:val="single"/>
        </w:rPr>
        <w:t xml:space="preserve">minutely</w:t>
      </w:r>
      <w:r>
        <w:rPr>
          <w:b/>
          <w:bCs/>
        </w:rPr>
        <w:t xml:space="preserve">, as if he could see a lady in white take a flowered cover off the organ, which was set on a little slant in the shade, dust the keys, and start to pump and play.</w:t>
      </w:r>
      <w:r>
        <w:br/>
      </w:r>
      <w:r>
        <w:t xml:space="preserve">    (a) in a manner that does not change</w:t>
      </w:r>
      <w:r>
        <w:br/>
      </w:r>
      <w:r>
        <w:t xml:space="preserve">    (b) in a detailed manner</w:t>
      </w:r>
      <w:r>
        <w:br/>
      </w:r>
      <w:r>
        <w:t xml:space="preserve">    (c) in a manner that deserves praise</w:t>
      </w:r>
    </w:p>
    <w:p>
      <w:pPr>
        <w:pStyle w:val="Compact"/>
        <w:numPr>
          <w:ilvl w:val="0"/>
          <w:numId w:val="1001"/>
        </w:numPr>
      </w:pPr>
      <w:r>
        <w:rPr>
          <w:b/>
          <w:bCs/>
        </w:rPr>
        <w:t xml:space="preserve">With a</w:t>
      </w:r>
      <w:r>
        <w:rPr>
          <w:b/>
          <w:bCs/>
        </w:rPr>
        <w:t xml:space="preserve"> </w:t>
      </w:r>
      <w:r>
        <w:rPr>
          <w:b/>
          <w:bCs/>
          <w:u w:val="single"/>
        </w:rPr>
        <w:t xml:space="preserve">reproachful</w:t>
      </w:r>
      <w:r>
        <w:rPr>
          <w:b/>
          <w:bCs/>
        </w:rPr>
        <w:t xml:space="preserve"> </w:t>
      </w:r>
      <w:r>
        <w:rPr>
          <w:b/>
          <w:bCs/>
        </w:rPr>
        <w:t xml:space="preserve">look at him the woman reached up and took off her hat.</w:t>
      </w:r>
      <w:r>
        <w:br/>
      </w:r>
      <w:r>
        <w:t xml:space="preserve">    (a) not good at making decisions</w:t>
      </w:r>
      <w:r>
        <w:br/>
      </w:r>
      <w:r>
        <w:t xml:space="preserve">    (b) without boundaries or limits</w:t>
      </w:r>
      <w:r>
        <w:br/>
      </w:r>
      <w:r>
        <w:t xml:space="preserve">    (c) critical (full of criticism)</w:t>
      </w:r>
    </w:p>
    <w:p>
      <w:pPr>
        <w:pStyle w:val="Compact"/>
        <w:numPr>
          <w:ilvl w:val="0"/>
          <w:numId w:val="1001"/>
        </w:numPr>
      </w:pPr>
      <w:r>
        <w:rPr>
          <w:b/>
          <w:bCs/>
        </w:rPr>
        <w:t xml:space="preserve">Words which at first horrified Clytie poured in a full, light stream from her throat, which soon,</w:t>
      </w:r>
      <w:r>
        <w:rPr>
          <w:b/>
          <w:bCs/>
        </w:rPr>
        <w:t xml:space="preserve"> </w:t>
      </w:r>
      <w:r>
        <w:rPr>
          <w:b/>
          <w:bCs/>
          <w:u w:val="single"/>
        </w:rPr>
        <w:t xml:space="preserve">nevertheless</w:t>
      </w:r>
      <w:r>
        <w:rPr>
          <w:b/>
          <w:bCs/>
        </w:rPr>
        <w:t xml:space="preserve">, felt strangely relaxed and rested.</w:t>
      </w:r>
      <w:r>
        <w:br/>
      </w:r>
      <w:r>
        <w:t xml:space="preserve">    (a) therefore (for that reason)</w:t>
      </w:r>
      <w:r>
        <w:br/>
      </w:r>
      <w:r>
        <w:t xml:space="preserve">    (b) despite that (used to connect contrasting ideas)</w:t>
      </w:r>
      <w:r>
        <w:br/>
      </w:r>
      <w:r>
        <w:t xml:space="preserve">    (c) in keeping with or in agreement with what was just stated</w:t>
      </w:r>
    </w:p>
    <w:p>
      <w:pPr>
        <w:pStyle w:val="Compact"/>
        <w:numPr>
          <w:ilvl w:val="0"/>
          <w:numId w:val="1001"/>
        </w:numPr>
      </w:pPr>
      <w:r>
        <w:rPr>
          <w:b/>
          <w:bCs/>
        </w:rPr>
        <w:t xml:space="preserve">Then he saw that he was on the edge of a</w:t>
      </w:r>
      <w:r>
        <w:rPr>
          <w:b/>
          <w:bCs/>
        </w:rPr>
        <w:t xml:space="preserve"> </w:t>
      </w:r>
      <w:r>
        <w:rPr>
          <w:b/>
          <w:bCs/>
          <w:u w:val="single"/>
        </w:rPr>
        <w:t xml:space="preserve">ravine</w:t>
      </w:r>
      <w:r>
        <w:rPr>
          <w:b/>
          <w:bCs/>
        </w:rPr>
        <w:t xml:space="preserve"> </w:t>
      </w:r>
      <w:r>
        <w:rPr>
          <w:b/>
          <w:bCs/>
        </w:rPr>
        <w:t xml:space="preserve">that fell away, a red erosion, and that this was indeed the road's end.</w:t>
      </w:r>
      <w:r>
        <w:br/>
      </w:r>
      <w:r>
        <w:t xml:space="preserve">    (a) deep, narrow, steep-sided valley</w:t>
      </w:r>
      <w:r>
        <w:br/>
      </w:r>
      <w:r>
        <w:t xml:space="preserve">    (b) another battle with the same foe</w:t>
      </w:r>
      <w:r>
        <w:br/>
      </w:r>
      <w:r>
        <w:t xml:space="preserve">    (c) describing someone as antisocial</w:t>
      </w:r>
    </w:p>
    <w:p>
      <w:pPr>
        <w:pStyle w:val="Compact"/>
        <w:numPr>
          <w:ilvl w:val="0"/>
          <w:numId w:val="1001"/>
        </w:numPr>
      </w:pPr>
      <w:r>
        <w:rPr>
          <w:b/>
          <w:bCs/>
        </w:rPr>
        <w:t xml:space="preserve">Bowman averted his head and saw the woman looking</w:t>
      </w:r>
      <w:r>
        <w:rPr>
          <w:b/>
          <w:bCs/>
        </w:rPr>
        <w:t xml:space="preserve"> </w:t>
      </w:r>
      <w:r>
        <w:rPr>
          <w:b/>
          <w:bCs/>
          <w:u w:val="single"/>
        </w:rPr>
        <w:t xml:space="preserve">serenely</w:t>
      </w:r>
      <w:r>
        <w:rPr>
          <w:b/>
          <w:bCs/>
        </w:rPr>
        <w:t xml:space="preserve"> </w:t>
      </w:r>
      <w:r>
        <w:rPr>
          <w:b/>
          <w:bCs/>
        </w:rPr>
        <w:t xml:space="preserve">back at the mule, with only satisfaction in her face.</w:t>
      </w:r>
      <w:r>
        <w:br/>
      </w:r>
      <w:r>
        <w:t xml:space="preserve">    (a) in a manner that is calm and untroubled</w:t>
      </w:r>
      <w:r>
        <w:br/>
      </w:r>
      <w:r>
        <w:t xml:space="preserve">    (b) in a pessimistic or disagreeable manner</w:t>
      </w:r>
      <w:r>
        <w:br/>
      </w:r>
      <w:r>
        <w:t xml:space="preserve">    (c) enthusiastically or with great interest</w:t>
      </w:r>
    </w:p>
    <w:p>
      <w:pPr>
        <w:pStyle w:val="Compact"/>
        <w:numPr>
          <w:ilvl w:val="0"/>
          <w:numId w:val="1001"/>
        </w:numPr>
      </w:pPr>
      <w:r>
        <w:rPr>
          <w:b/>
          <w:bCs/>
        </w:rPr>
        <w:t xml:space="preserve">"It must be the real truth," says the waitress, sucking in her lower lip, her</w:t>
      </w:r>
      <w:r>
        <w:rPr>
          <w:b/>
          <w:bCs/>
        </w:rPr>
        <w:t xml:space="preserve"> </w:t>
      </w:r>
      <w:r>
        <w:rPr>
          <w:b/>
          <w:bCs/>
          <w:u w:val="single"/>
        </w:rPr>
        <w:t xml:space="preserve">luminous</w:t>
      </w:r>
      <w:r>
        <w:rPr>
          <w:b/>
          <w:bCs/>
        </w:rPr>
        <w:t xml:space="preserve"> </w:t>
      </w:r>
      <w:r>
        <w:rPr>
          <w:b/>
          <w:bCs/>
        </w:rPr>
        <w:t xml:space="preserve">eyes turning sadly, seeking the windows.</w:t>
      </w:r>
      <w:r>
        <w:br/>
      </w:r>
      <w:r>
        <w:t xml:space="preserve">    (a) glowing or shining</w:t>
      </w:r>
      <w:r>
        <w:br/>
      </w:r>
      <w:r>
        <w:br/>
      </w:r>
      <w:r>
        <w:t xml:space="preserve">(also used metaphorically to describe beauty or intelligence)</w:t>
      </w:r>
      <w:r>
        <w:br/>
      </w:r>
      <w:r>
        <w:t xml:space="preserve">    (b) able to be persuaded to do something by tempting with pleasure or something desired</w:t>
      </w:r>
      <w:r>
        <w:br/>
      </w:r>
      <w:r>
        <w:t xml:space="preserve">    (c) relating to one-sided information that is purposefully spread to influence opinions</w:t>
      </w:r>
    </w:p>
    <w:p>
      <w:pPr>
        <w:pStyle w:val="Compact"/>
        <w:numPr>
          <w:ilvl w:val="0"/>
          <w:numId w:val="1001"/>
        </w:numPr>
      </w:pPr>
      <w:r>
        <w:rPr>
          <w:b/>
          <w:bCs/>
        </w:rPr>
        <w:t xml:space="preserve">Joel sat quietly, waiting for the full</w:t>
      </w:r>
      <w:r>
        <w:rPr>
          <w:b/>
          <w:bCs/>
        </w:rPr>
        <w:t xml:space="preserve"> </w:t>
      </w:r>
      <w:r>
        <w:rPr>
          <w:b/>
          <w:bCs/>
          <w:u w:val="single"/>
        </w:rPr>
        <w:t xml:space="preserve">revelation</w:t>
      </w:r>
      <w:r>
        <w:rPr>
          <w:b/>
          <w:bCs/>
        </w:rPr>
        <w:t xml:space="preserve"> </w:t>
      </w:r>
      <w:r>
        <w:rPr>
          <w:b/>
          <w:bCs/>
        </w:rPr>
        <w:t xml:space="preserve">of the meetings.</w:t>
      </w:r>
      <w:r>
        <w:br/>
      </w:r>
      <w:r>
        <w:t xml:space="preserve">    (a) a large, elongated gland located behind the stomach that secretes digestive enzymes and insulin</w:t>
      </w:r>
      <w:r>
        <w:br/>
      </w:r>
      <w:r>
        <w:t xml:space="preserve">    (b) of the philosophical &amp; religious system based on the teachings of Laozi (also spelled Taoist)</w:t>
      </w:r>
      <w:r>
        <w:br/>
      </w:r>
      <w:r>
        <w:t xml:space="preserve">    (c) something previously unknown; or making such a thing known</w:t>
      </w:r>
    </w:p>
    <w:p>
      <w:pPr>
        <w:pStyle w:val="Compact"/>
        <w:numPr>
          <w:ilvl w:val="0"/>
          <w:numId w:val="1001"/>
        </w:numPr>
      </w:pPr>
      <w:r>
        <w:rPr>
          <w:b/>
          <w:bCs/>
        </w:rPr>
        <w:t xml:space="preserve">The poor souls that were not saved were darker and more pitiful than those that were, and still there was not any of the radiance he would have hoped to see in such a</w:t>
      </w:r>
      <w:r>
        <w:rPr>
          <w:b/>
          <w:bCs/>
        </w:rPr>
        <w:t xml:space="preserve"> </w:t>
      </w:r>
      <w:r>
        <w:rPr>
          <w:b/>
          <w:bCs/>
          <w:u w:val="single"/>
        </w:rPr>
        <w:t xml:space="preserve">congregation</w:t>
      </w:r>
      <w:r>
        <w:rPr>
          <w:b/>
          <w:bCs/>
        </w:rPr>
        <w:t xml:space="preserve">.</w:t>
      </w:r>
      <w:r>
        <w:br/>
      </w:r>
      <w:r>
        <w:t xml:space="preserve">    (a) a general feeling of not being as good as others</w:t>
      </w:r>
      <w:r>
        <w:br/>
      </w:r>
      <w:r>
        <w:t xml:space="preserve">    (b) people who worship together in the same building</w:t>
      </w:r>
      <w:r>
        <w:br/>
      </w:r>
      <w:r>
        <w:t xml:space="preserve">    (c) the act, process, or instance of telling a story</w:t>
      </w:r>
    </w:p>
    <w:p>
      <w:pPr>
        <w:pStyle w:val="Compact"/>
        <w:numPr>
          <w:ilvl w:val="0"/>
          <w:numId w:val="1001"/>
        </w:numPr>
      </w:pPr>
      <w:r>
        <w:rPr>
          <w:b/>
          <w:bCs/>
        </w:rPr>
        <w:t xml:space="preserve">"We ran away," said Phoebe</w:t>
      </w:r>
      <w:r>
        <w:rPr>
          <w:b/>
          <w:bCs/>
        </w:rPr>
        <w:t xml:space="preserve"> </w:t>
      </w:r>
      <w:r>
        <w:rPr>
          <w:b/>
          <w:bCs/>
          <w:u w:val="single"/>
        </w:rPr>
        <w:t xml:space="preserve">languidly</w:t>
      </w:r>
      <w:r>
        <w:rPr>
          <w:b/>
          <w:bCs/>
        </w:rPr>
        <w:t xml:space="preserve">.</w:t>
      </w:r>
      <w:r>
        <w:br/>
      </w:r>
      <w:r>
        <w:t xml:space="preserve">    (a) always; or (said in exaggeration when meaning) almost always</w:t>
      </w:r>
      <w:r>
        <w:br/>
      </w:r>
      <w:r>
        <w:t xml:space="preserve">    (b) without much energy; or moving slowly or in a relaxed manner</w:t>
      </w:r>
      <w:r>
        <w:br/>
      </w:r>
      <w:r>
        <w:t xml:space="preserve">    (c) in a state similar to sleep where one is unaware of anything</w:t>
      </w:r>
    </w:p>
    <w:p>
      <w:pPr>
        <w:pStyle w:val="Compact"/>
        <w:numPr>
          <w:ilvl w:val="0"/>
          <w:numId w:val="1001"/>
        </w:numPr>
      </w:pPr>
      <w:r>
        <w:rPr>
          <w:b/>
          <w:bCs/>
        </w:rPr>
        <w:t xml:space="preserve">It was written not properly in ink but in</w:t>
      </w:r>
      <w:r>
        <w:rPr>
          <w:b/>
          <w:bCs/>
        </w:rPr>
        <w:t xml:space="preserve"> </w:t>
      </w:r>
      <w:r>
        <w:rPr>
          <w:b/>
          <w:bCs/>
          <w:u w:val="single"/>
        </w:rPr>
        <w:t xml:space="preserve">indelible</w:t>
      </w:r>
      <w:r>
        <w:rPr>
          <w:b/>
          <w:bCs/>
        </w:rPr>
        <w:t xml:space="preserve"> </w:t>
      </w:r>
      <w:r>
        <w:rPr>
          <w:b/>
          <w:bCs/>
        </w:rPr>
        <w:t xml:space="preserve">pencil, and so its message had not been washed away as it might have been.</w:t>
      </w:r>
      <w:r>
        <w:br/>
      </w:r>
      <w:r>
        <w:t xml:space="preserve">    (a) impossible to remove, forget, or erase -- can refer to physical marks or lasting memories</w:t>
      </w:r>
      <w:r>
        <w:br/>
      </w:r>
      <w:r>
        <w:t xml:space="preserve">    (b) one who believes that knowledge is acquired primarily by reason rather than by experience</w:t>
      </w:r>
      <w:r>
        <w:br/>
      </w:r>
      <w:r>
        <w:t xml:space="preserve">    (c) a hollow muscular organ in the pelvic cavity of females which can hold a developing fetus</w:t>
      </w:r>
    </w:p>
    <w:p>
      <w:pPr>
        <w:pStyle w:val="Compact"/>
        <w:numPr>
          <w:ilvl w:val="0"/>
          <w:numId w:val="1001"/>
        </w:numPr>
      </w:pPr>
      <w:r>
        <w:rPr>
          <w:b/>
          <w:bCs/>
        </w:rPr>
        <w:t xml:space="preserve">He had an oddly cheerful look by this time, as if with strange and sad things to come his way his outlook became more</w:t>
      </w:r>
      <w:r>
        <w:rPr>
          <w:b/>
          <w:bCs/>
        </w:rPr>
        <w:t xml:space="preserve"> </w:t>
      </w:r>
      <w:r>
        <w:rPr>
          <w:b/>
          <w:bCs/>
          <w:u w:val="single"/>
        </w:rPr>
        <w:t xml:space="preserve">vivacious</w:t>
      </w:r>
      <w:r>
        <w:rPr>
          <w:b/>
          <w:bCs/>
        </w:rPr>
        <w:t xml:space="preserve">.</w:t>
      </w:r>
      <w:r>
        <w:br/>
      </w:r>
      <w:r>
        <w:t xml:space="preserve">    (a) an argument attributed to one's opponent that is weaker than their actual argument</w:t>
      </w:r>
      <w:r>
        <w:br/>
      </w:r>
      <w:r>
        <w:t xml:space="preserve">    (b) having an engaging liveliness -- when said of a person, typically said of a female</w:t>
      </w:r>
      <w:r>
        <w:br/>
      </w:r>
      <w:r>
        <w:t xml:space="preserve">    (c) the quality of feeling angry or unhappy about having to accept something not liked</w:t>
      </w:r>
    </w:p>
    <w:p>
      <w:pPr>
        <w:pStyle w:val="Compact"/>
        <w:numPr>
          <w:ilvl w:val="0"/>
          <w:numId w:val="1001"/>
        </w:numPr>
      </w:pPr>
      <w:r>
        <w:rPr>
          <w:b/>
          <w:bCs/>
        </w:rPr>
        <w:t xml:space="preserve">JUNE</w:t>
      </w:r>
      <w:r>
        <w:rPr>
          <w:b/>
          <w:bCs/>
        </w:rPr>
        <w:t xml:space="preserve"> </w:t>
      </w:r>
      <w:r>
        <w:rPr>
          <w:b/>
          <w:bCs/>
          <w:u w:val="single"/>
        </w:rPr>
        <w:t xml:space="preserve">RECITAL</w:t>
      </w:r>
      <w:r>
        <w:rPr>
          <w:b/>
          <w:bCs/>
        </w:rPr>
        <w:t xml:space="preserve"> </w:t>
      </w:r>
      <w:r>
        <w:rPr>
          <w:b/>
          <w:bCs/>
        </w:rPr>
        <w:t xml:space="preserve">Loch was in a tempest with his mother.</w:t>
      </w:r>
      <w:r>
        <w:br/>
      </w:r>
      <w:r>
        <w:t xml:space="preserve">    (a) translation</w:t>
      </w:r>
      <w:r>
        <w:br/>
      </w:r>
      <w:r>
        <w:t xml:space="preserve">    (b) storyteller</w:t>
      </w:r>
      <w:r>
        <w:br/>
      </w:r>
      <w:r>
        <w:t xml:space="preserve">    (c) performance</w:t>
      </w:r>
    </w:p>
    <w:p>
      <w:pPr>
        <w:pStyle w:val="Compact"/>
        <w:numPr>
          <w:ilvl w:val="0"/>
          <w:numId w:val="1001"/>
        </w:numPr>
      </w:pPr>
      <w:r>
        <w:rPr>
          <w:b/>
          <w:bCs/>
        </w:rPr>
        <w:t xml:space="preserve">Miss Eckhart had made an exception of Virgie Rainey; she had first respected Virgie Rainey, and now fell humble before her</w:t>
      </w:r>
      <w:r>
        <w:rPr>
          <w:b/>
          <w:bCs/>
        </w:rPr>
        <w:t xml:space="preserve"> </w:t>
      </w:r>
      <w:r>
        <w:rPr>
          <w:b/>
          <w:bCs/>
          <w:u w:val="single"/>
        </w:rPr>
        <w:t xml:space="preserve">impudence</w:t>
      </w:r>
      <w:r>
        <w:rPr>
          <w:b/>
          <w:bCs/>
        </w:rPr>
        <w:t xml:space="preserve">.</w:t>
      </w:r>
      <w:r>
        <w:br/>
      </w:r>
      <w:r>
        <w:t xml:space="preserve">    (a) soccer player who typically play in the middle third of the field and who assists with both defense and offense</w:t>
      </w:r>
      <w:r>
        <w:br/>
      </w:r>
      <w:r>
        <w:t xml:space="preserve">    (b) an artists performance of another artist's work that expresses the performer's feelings or ideas about the work</w:t>
      </w:r>
      <w:r>
        <w:br/>
      </w:r>
      <w:r>
        <w:t xml:space="preserve">    (c) improperly bold or disrespectful -- especially toward someone who is older or considered to be of higher status</w:t>
      </w:r>
    </w:p>
    <w:p>
      <w:pPr>
        <w:pStyle w:val="Compact"/>
        <w:numPr>
          <w:ilvl w:val="0"/>
          <w:numId w:val="1001"/>
        </w:numPr>
      </w:pPr>
      <w:r>
        <w:rPr>
          <w:b/>
          <w:bCs/>
        </w:rPr>
        <w:t xml:space="preserve">Ladies waved and</w:t>
      </w:r>
      <w:r>
        <w:rPr>
          <w:b/>
          <w:bCs/>
        </w:rPr>
        <w:t xml:space="preserve"> </w:t>
      </w:r>
      <w:r>
        <w:rPr>
          <w:b/>
          <w:bCs/>
          <w:u w:val="single"/>
        </w:rPr>
        <w:t xml:space="preserve">beckoned</w:t>
      </w:r>
      <w:r>
        <w:rPr>
          <w:b/>
          <w:bCs/>
        </w:rPr>
        <w:t xml:space="preserve"> </w:t>
      </w:r>
      <w:r>
        <w:rPr>
          <w:b/>
          <w:bCs/>
        </w:rPr>
        <w:t xml:space="preserve">with their fans, conversation opened up.</w:t>
      </w:r>
      <w:r>
        <w:br/>
      </w:r>
      <w:r>
        <w:t xml:space="preserve">    (a) called (to come nearer by using a hand gesture)</w:t>
      </w:r>
      <w:r>
        <w:br/>
      </w:r>
      <w:r>
        <w:t xml:space="preserve">    (b) provided evidence of something -- especially oral evidence in court</w:t>
      </w:r>
      <w:r>
        <w:br/>
      </w:r>
      <w:r>
        <w:t xml:space="preserve">    (c) showed something -- such as demonstrated, expressed, or represented</w:t>
      </w:r>
    </w:p>
    <w:p>
      <w:pPr>
        <w:pStyle w:val="Compact"/>
        <w:numPr>
          <w:ilvl w:val="0"/>
          <w:numId w:val="1001"/>
        </w:numPr>
      </w:pPr>
      <w:r>
        <w:rPr>
          <w:b/>
          <w:bCs/>
        </w:rPr>
        <w:t xml:space="preserve">For a space Mama opened her eyes and</w:t>
      </w:r>
      <w:r>
        <w:rPr>
          <w:b/>
          <w:bCs/>
        </w:rPr>
        <w:t xml:space="preserve"> </w:t>
      </w:r>
      <w:r>
        <w:rPr>
          <w:b/>
          <w:bCs/>
          <w:u w:val="single"/>
        </w:rPr>
        <w:t xml:space="preserve">contemplated</w:t>
      </w:r>
      <w:r>
        <w:rPr>
          <w:b/>
          <w:bCs/>
        </w:rPr>
        <w:t xml:space="preserve"> </w:t>
      </w:r>
      <w:r>
        <w:rPr>
          <w:b/>
          <w:bCs/>
        </w:rPr>
        <w:t xml:space="preserve">her screaming daughter as she would the sunset behind her.</w:t>
      </w:r>
      <w:r>
        <w:br/>
      </w:r>
      <w:r>
        <w:t xml:space="preserve">    (a) wrongly translates</w:t>
      </w:r>
      <w:r>
        <w:br/>
      </w:r>
      <w:r>
        <w:t xml:space="preserve">    (b) consider or ponder</w:t>
      </w:r>
      <w:r>
        <w:br/>
      </w:r>
      <w:r>
        <w:t xml:space="preserve">    (c) restarted (a fire)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2026-07-31T17:53:50Z</dcterms:created>
  <dcterms:modified xsi:type="dcterms:W3CDTF">2026-07-31T17:53:50Z</dcterms:modified>
</cp:coreProperties>
</file>

<file path=docProps/custom.xml><?xml version="1.0" encoding="utf-8"?>
<Properties xmlns="http://schemas.openxmlformats.org/officeDocument/2006/custom-properties" xmlns:vt="http://schemas.openxmlformats.org/officeDocument/2006/docPropsVTypes"/>
</file>