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3715069ddc94faa4031df4b425e11f1d21ac123"/>
    <w:p>
      <w:pPr>
        <w:pStyle w:val="Heading1"/>
      </w:pPr>
      <w:r>
        <w:rPr>
          <w:b/>
          <w:bCs/>
        </w:rPr>
        <w:t xml:space="preserve">The Circle</w:t>
      </w:r>
      <w:r>
        <w:br/>
      </w:r>
      <w:r>
        <w:rPr>
          <w:i/>
          <w:iCs/>
        </w:rPr>
        <w:t xml:space="preserve">Dave Eggers</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Another</w:t>
      </w:r>
      <w:r>
        <w:rPr>
          <w:b/>
          <w:bCs/>
        </w:rPr>
        <w:t xml:space="preserve"> </w:t>
      </w:r>
      <w:r>
        <w:rPr>
          <w:b/>
          <w:bCs/>
          <w:u w:val="single"/>
        </w:rPr>
        <w:t xml:space="preserve">innovation</w:t>
      </w:r>
      <w:r>
        <w:rPr>
          <w:b/>
          <w:bCs/>
        </w:rPr>
        <w:t xml:space="preserve"> </w:t>
      </w:r>
      <w:r>
        <w:rPr>
          <w:b/>
          <w:bCs/>
        </w:rPr>
        <w:t xml:space="preserve">born here.</w:t>
      </w:r>
      <w:r>
        <w:br/>
      </w:r>
      <w:r>
        <w:t xml:space="preserve">    (a) a European country (sometimes called Holland) and that literally means</w:t>
      </w:r>
      <w:r>
        <w:t xml:space="preserve"> </w:t>
      </w:r>
      <w:r>
        <w:rPr>
          <w:i/>
          <w:iCs/>
        </w:rPr>
        <w:t xml:space="preserve">"lower countries"</w:t>
      </w:r>
      <w:r>
        <w:br/>
      </w:r>
      <w:r>
        <w:t xml:space="preserve">    (b) the introduction of something that is new and different; or something that is new and different</w:t>
      </w:r>
      <w:r>
        <w:br/>
      </w:r>
      <w:r>
        <w:t xml:space="preserve">    (c) "spiritually renew" in a Christian ceremony  OR  initiate or purify by a challenging experience</w:t>
      </w:r>
    </w:p>
    <w:p>
      <w:pPr>
        <w:pStyle w:val="Compact"/>
        <w:numPr>
          <w:ilvl w:val="0"/>
          <w:numId w:val="1001"/>
        </w:numPr>
      </w:pPr>
      <w:r>
        <w:rPr>
          <w:b/>
          <w:bCs/>
        </w:rPr>
        <w:t xml:space="preserve">Now she was part of the forty most</w:t>
      </w:r>
      <w:r>
        <w:rPr>
          <w:b/>
          <w:bCs/>
        </w:rPr>
        <w:t xml:space="preserve"> </w:t>
      </w:r>
      <w:r>
        <w:rPr>
          <w:b/>
          <w:bCs/>
          <w:u w:val="single"/>
        </w:rPr>
        <w:t xml:space="preserve">crucial</w:t>
      </w:r>
      <w:r>
        <w:rPr>
          <w:b/>
          <w:bCs/>
        </w:rPr>
        <w:t xml:space="preserve"> </w:t>
      </w:r>
      <w:r>
        <w:rPr>
          <w:b/>
          <w:bCs/>
        </w:rPr>
        <w:t xml:space="preserve">minds at the company—the Gang of 40—privy to its most secret plans and data.</w:t>
      </w:r>
      <w:r>
        <w:br/>
      </w:r>
      <w:r>
        <w:t xml:space="preserve">    (a) very important</w:t>
      </w:r>
      <w:r>
        <w:br/>
      </w:r>
      <w:r>
        <w:t xml:space="preserve">    (b) natural</w:t>
      </w:r>
      <w:r>
        <w:br/>
      </w:r>
      <w:r>
        <w:t xml:space="preserve">    (c) more than is needed</w:t>
      </w:r>
    </w:p>
    <w:p>
      <w:pPr>
        <w:pStyle w:val="Compact"/>
        <w:numPr>
          <w:ilvl w:val="0"/>
          <w:numId w:val="1001"/>
        </w:numPr>
      </w:pPr>
      <w:r>
        <w:rPr>
          <w:b/>
          <w:bCs/>
        </w:rPr>
        <w:t xml:space="preserve">He just loves</w:t>
      </w:r>
      <w:r>
        <w:rPr>
          <w:b/>
          <w:bCs/>
        </w:rPr>
        <w:t xml:space="preserve"> </w:t>
      </w:r>
      <w:r>
        <w:rPr>
          <w:b/>
          <w:bCs/>
          <w:u w:val="single"/>
        </w:rPr>
        <w:t xml:space="preserve">enabling</w:t>
      </w:r>
      <w:r>
        <w:rPr>
          <w:b/>
          <w:bCs/>
        </w:rPr>
        <w:t xml:space="preserve"> </w:t>
      </w:r>
      <w:r>
        <w:rPr>
          <w:b/>
          <w:bCs/>
        </w:rPr>
        <w:t xml:space="preserve">the curiosity of great young minds.</w:t>
      </w:r>
      <w:r>
        <w:br/>
      </w:r>
      <w:r>
        <w:t xml:space="preserve">    (a) moving downward</w:t>
      </w:r>
      <w:r>
        <w:br/>
      </w:r>
      <w:r>
        <w:t xml:space="preserve">    (b) making possible</w:t>
      </w:r>
      <w:r>
        <w:br/>
      </w:r>
      <w:r>
        <w:t xml:space="preserve">    (c) being a sign of</w:t>
      </w:r>
    </w:p>
    <w:p>
      <w:pPr>
        <w:pStyle w:val="Compact"/>
        <w:numPr>
          <w:ilvl w:val="0"/>
          <w:numId w:val="1001"/>
        </w:numPr>
      </w:pPr>
      <w:r>
        <w:rPr>
          <w:b/>
          <w:bCs/>
        </w:rPr>
        <w:t xml:space="preserve">He was the anachronism at the Circle, the flashy CEO, and created conflicted feelings among many of the</w:t>
      </w:r>
      <w:r>
        <w:rPr>
          <w:b/>
          <w:bCs/>
        </w:rPr>
        <w:t xml:space="preserve"> </w:t>
      </w:r>
      <w:r>
        <w:rPr>
          <w:b/>
          <w:bCs/>
          <w:u w:val="single"/>
        </w:rPr>
        <w:t xml:space="preserve">utopian</w:t>
      </w:r>
      <w:r>
        <w:rPr>
          <w:b/>
          <w:bCs/>
        </w:rPr>
        <w:t xml:space="preserve"> </w:t>
      </w:r>
      <w:r>
        <w:rPr>
          <w:b/>
          <w:bCs/>
        </w:rPr>
        <w:t xml:space="preserve">young Circlers.</w:t>
      </w:r>
      <w:r>
        <w:br/>
      </w:r>
      <w:r>
        <w:t xml:space="preserve">    (a) related to an imaginary place thought to be perfect or ideal</w:t>
      </w:r>
      <w:r>
        <w:br/>
      </w:r>
      <w:r>
        <w:t xml:space="preserve">    (b) tile designed to affect noise -- typically to decrease noise</w:t>
      </w:r>
      <w:r>
        <w:br/>
      </w:r>
      <w:r>
        <w:t xml:space="preserve">    (c) the state of not being in danger of suffering from something</w:t>
      </w:r>
    </w:p>
    <w:p>
      <w:pPr>
        <w:pStyle w:val="Compact"/>
        <w:numPr>
          <w:ilvl w:val="0"/>
          <w:numId w:val="1001"/>
        </w:numPr>
      </w:pPr>
      <w:r>
        <w:rPr>
          <w:b/>
          <w:bCs/>
        </w:rPr>
        <w:t xml:space="preserve">Inside, the room was round and lined with books, but the main</w:t>
      </w:r>
      <w:r>
        <w:rPr>
          <w:b/>
          <w:bCs/>
        </w:rPr>
        <w:t xml:space="preserve"> </w:t>
      </w:r>
      <w:r>
        <w:rPr>
          <w:b/>
          <w:bCs/>
          <w:u w:val="single"/>
        </w:rPr>
        <w:t xml:space="preserve">focus</w:t>
      </w:r>
      <w:r>
        <w:rPr>
          <w:b/>
          <w:bCs/>
        </w:rPr>
        <w:t xml:space="preserve"> </w:t>
      </w:r>
      <w:r>
        <w:rPr>
          <w:b/>
          <w:bCs/>
        </w:rPr>
        <w:t xml:space="preserve">was a hole in the middle of the floor, surrounded by a copper barrier; a pole extended down, through the floor and to unknown regions below.</w:t>
      </w:r>
      <w:r>
        <w:br/>
      </w:r>
      <w:r>
        <w:t xml:space="preserve">    (a) where attention is concentrated or directed</w:t>
      </w:r>
      <w:r>
        <w:br/>
      </w:r>
      <w:r>
        <w:t xml:space="preserve">    (b) calculating or judging too high</w:t>
      </w:r>
      <w:r>
        <w:br/>
      </w:r>
      <w:r>
        <w:t xml:space="preserve">    (c) the ability to take on or adopt</w:t>
      </w:r>
    </w:p>
    <w:p>
      <w:pPr>
        <w:pStyle w:val="Compact"/>
        <w:numPr>
          <w:ilvl w:val="0"/>
          <w:numId w:val="1001"/>
        </w:numPr>
      </w:pPr>
      <w:r>
        <w:rPr>
          <w:b/>
          <w:bCs/>
        </w:rPr>
        <w:t xml:space="preserve">Okay, let's</w:t>
      </w:r>
      <w:r>
        <w:rPr>
          <w:b/>
          <w:bCs/>
        </w:rPr>
        <w:t xml:space="preserve"> </w:t>
      </w:r>
      <w:r>
        <w:rPr>
          <w:b/>
          <w:bCs/>
          <w:u w:val="single"/>
        </w:rPr>
        <w:t xml:space="preserve">focus</w:t>
      </w:r>
      <w:r>
        <w:rPr>
          <w:b/>
          <w:bCs/>
        </w:rPr>
        <w:t xml:space="preserve"> </w:t>
      </w:r>
      <w:r>
        <w:rPr>
          <w:b/>
          <w:bCs/>
        </w:rPr>
        <w:t xml:space="preserve">on Thursday at five fifteen.</w:t>
      </w:r>
      <w:r>
        <w:br/>
      </w:r>
      <w:r>
        <w:t xml:space="preserve">    (a) make one's home in; or live in; or stay (in a place)</w:t>
      </w:r>
      <w:r>
        <w:br/>
      </w:r>
      <w:r>
        <w:t xml:space="preserve">    (b) concentrate</w:t>
      </w:r>
      <w:r>
        <w:br/>
      </w:r>
      <w:r>
        <w:t xml:space="preserve">    (c) a real estate loan; or pledging something for a loan</w:t>
      </w:r>
    </w:p>
    <w:p>
      <w:pPr>
        <w:pStyle w:val="Compact"/>
        <w:numPr>
          <w:ilvl w:val="0"/>
          <w:numId w:val="1001"/>
        </w:numPr>
      </w:pPr>
      <w:r>
        <w:rPr>
          <w:b/>
          <w:bCs/>
        </w:rPr>
        <w:t xml:space="preserve">So it's good to ask them, to make sure you get that</w:t>
      </w:r>
      <w:r>
        <w:rPr>
          <w:b/>
          <w:bCs/>
        </w:rPr>
        <w:t xml:space="preserve"> </w:t>
      </w:r>
      <w:r>
        <w:rPr>
          <w:b/>
          <w:bCs/>
          <w:u w:val="single"/>
        </w:rPr>
        <w:t xml:space="preserve">clarity</w:t>
      </w:r>
      <w:r>
        <w:rPr>
          <w:b/>
          <w:bCs/>
        </w:rPr>
        <w:t xml:space="preserve">.</w:t>
      </w:r>
      <w:r>
        <w:br/>
      </w:r>
      <w:r>
        <w:t xml:space="preserve">    (a) seen, expressed, or understood clearly; or a degree of transparency such as the quality of clear water</w:t>
      </w:r>
      <w:r>
        <w:br/>
      </w:r>
      <w:r>
        <w:t xml:space="preserve">    (b) a collection of things on public display  OR  a detailed explanation or background of a specific topic</w:t>
      </w:r>
      <w:r>
        <w:br/>
      </w:r>
      <w:r>
        <w:t xml:space="preserve">    (c) the process of assigning a value on or judging the worth of something; or the result of such a process</w:t>
      </w:r>
    </w:p>
    <w:p>
      <w:pPr>
        <w:pStyle w:val="Compact"/>
        <w:numPr>
          <w:ilvl w:val="0"/>
          <w:numId w:val="1001"/>
        </w:numPr>
      </w:pPr>
      <w:r>
        <w:rPr>
          <w:b/>
          <w:bCs/>
        </w:rPr>
        <w:t xml:space="preserve">Keep an eye on the InnerCircle feed in particular, because that's where you'll hear about staff meetings,</w:t>
      </w:r>
      <w:r>
        <w:rPr>
          <w:b/>
          <w:bCs/>
        </w:rPr>
        <w:t xml:space="preserve"> </w:t>
      </w:r>
      <w:r>
        <w:rPr>
          <w:b/>
          <w:bCs/>
          <w:u w:val="single"/>
        </w:rPr>
        <w:t xml:space="preserve">mandatory</w:t>
      </w:r>
      <w:r>
        <w:rPr>
          <w:b/>
          <w:bCs/>
        </w:rPr>
        <w:t xml:space="preserve"> </w:t>
      </w:r>
      <w:r>
        <w:rPr>
          <w:b/>
          <w:bCs/>
        </w:rPr>
        <w:t xml:space="preserve">gatherings, and any breaking news.</w:t>
      </w:r>
      <w:r>
        <w:br/>
      </w:r>
      <w:r>
        <w:t xml:space="preserve">    (a) required by rule or law</w:t>
      </w:r>
      <w:r>
        <w:br/>
      </w:r>
      <w:r>
        <w:t xml:space="preserve">    (b) a subtle characteristic</w:t>
      </w:r>
      <w:r>
        <w:br/>
      </w:r>
      <w:r>
        <w:t xml:space="preserve">    (c) interaction or interest</w:t>
      </w:r>
    </w:p>
    <w:p>
      <w:pPr>
        <w:pStyle w:val="Compact"/>
        <w:numPr>
          <w:ilvl w:val="0"/>
          <w:numId w:val="1001"/>
        </w:numPr>
      </w:pPr>
      <w:r>
        <w:rPr>
          <w:b/>
          <w:bCs/>
        </w:rPr>
        <w:t xml:space="preserve">But every time you post or comment or attend anything, that gets</w:t>
      </w:r>
      <w:r>
        <w:rPr>
          <w:b/>
          <w:bCs/>
        </w:rPr>
        <w:t xml:space="preserve"> </w:t>
      </w:r>
      <w:r>
        <w:rPr>
          <w:b/>
          <w:bCs/>
          <w:u w:val="single"/>
        </w:rPr>
        <w:t xml:space="preserve">factored</w:t>
      </w:r>
      <w:r>
        <w:rPr>
          <w:b/>
          <w:bCs/>
        </w:rPr>
        <w:t xml:space="preserve"> </w:t>
      </w:r>
      <w:r>
        <w:rPr>
          <w:b/>
          <w:bCs/>
        </w:rPr>
        <w:t xml:space="preserve">in, and you'll see your rank change accordingly.</w:t>
      </w:r>
      <w:r>
        <w:br/>
      </w:r>
      <w:r>
        <w:t xml:space="preserve">    (a) considered (for affect on a result or outcome)</w:t>
      </w:r>
      <w:r>
        <w:br/>
      </w:r>
      <w:r>
        <w:t xml:space="preserve">    (b) held together (connected or united) or wrapped</w:t>
      </w:r>
      <w:r>
        <w:br/>
      </w:r>
      <w:r>
        <w:t xml:space="preserve">    (c) moved to a worse or less prestigious situation</w:t>
      </w:r>
    </w:p>
    <w:p>
      <w:pPr>
        <w:pStyle w:val="Compact"/>
        <w:numPr>
          <w:ilvl w:val="0"/>
          <w:numId w:val="1001"/>
        </w:numPr>
      </w:pPr>
      <w:r>
        <w:rPr>
          <w:b/>
          <w:bCs/>
        </w:rPr>
        <w:t xml:space="preserve">Jennifer's score is the result of comparing her test results, her class rank, her school's relative academic strength and a number of other</w:t>
      </w:r>
      <w:r>
        <w:rPr>
          <w:b/>
          <w:bCs/>
        </w:rPr>
        <w:t xml:space="preserve"> </w:t>
      </w:r>
      <w:r>
        <w:rPr>
          <w:b/>
          <w:bCs/>
          <w:u w:val="single"/>
        </w:rPr>
        <w:t xml:space="preserve">factors</w:t>
      </w:r>
      <w:r>
        <w:rPr>
          <w:b/>
          <w:bCs/>
        </w:rPr>
        <w:t xml:space="preserve">.</w:t>
      </w:r>
      <w:r>
        <w:br/>
      </w:r>
      <w:r>
        <w:t xml:space="preserve">    (a) things that affect a result or outcome</w:t>
      </w:r>
      <w:r>
        <w:br/>
      </w:r>
      <w:r>
        <w:t xml:space="preserve">    (b) theories on the origin of the universe</w:t>
      </w:r>
      <w:r>
        <w:br/>
      </w:r>
      <w:r>
        <w:t xml:space="preserve">    (c) People who are of lower rank or status</w:t>
      </w:r>
    </w:p>
    <w:p>
      <w:pPr>
        <w:pStyle w:val="Compact"/>
        <w:numPr>
          <w:ilvl w:val="0"/>
          <w:numId w:val="1001"/>
        </w:numPr>
      </w:pPr>
      <w:r>
        <w:rPr>
          <w:b/>
          <w:bCs/>
        </w:rPr>
        <w:t xml:space="preserve">It's collated this information and analyzed it for</w:t>
      </w:r>
      <w:r>
        <w:rPr>
          <w:b/>
          <w:bCs/>
        </w:rPr>
        <w:t xml:space="preserve"> </w:t>
      </w:r>
      <w:r>
        <w:rPr>
          <w:b/>
          <w:bCs/>
          <w:u w:val="single"/>
        </w:rPr>
        <w:t xml:space="preserve">relevance</w:t>
      </w:r>
      <w:r>
        <w:rPr>
          <w:b/>
          <w:bCs/>
        </w:rPr>
        <w:t xml:space="preserve">.</w:t>
      </w:r>
      <w:r>
        <w:br/>
      </w:r>
      <w:r>
        <w:t xml:space="preserve">    (a) Palestinian uprising or rebellion against Israeli control</w:t>
      </w:r>
      <w:r>
        <w:br/>
      </w:r>
      <w:r>
        <w:t xml:space="preserve">    (b) the study of dinosaurs and other prehistoric ancient life</w:t>
      </w:r>
      <w:r>
        <w:br/>
      </w:r>
      <w:r>
        <w:t xml:space="preserve">    (c) importance (meaningful relation to the issue in question)</w:t>
      </w:r>
    </w:p>
    <w:p>
      <w:pPr>
        <w:pStyle w:val="Compact"/>
        <w:numPr>
          <w:ilvl w:val="0"/>
          <w:numId w:val="1001"/>
        </w:numPr>
      </w:pPr>
      <w:r>
        <w:rPr>
          <w:b/>
          <w:bCs/>
        </w:rPr>
        <w:t xml:space="preserve">She wasn't angry at the</w:t>
      </w:r>
      <w:r>
        <w:rPr>
          <w:b/>
          <w:bCs/>
        </w:rPr>
        <w:t xml:space="preserve"> </w:t>
      </w:r>
      <w:r>
        <w:rPr>
          <w:b/>
          <w:bCs/>
          <w:u w:val="single"/>
        </w:rPr>
        <w:t xml:space="preserve">revelation</w:t>
      </w:r>
      <w:r>
        <w:rPr>
          <w:b/>
          <w:bCs/>
        </w:rPr>
        <w:t xml:space="preserve"> </w:t>
      </w:r>
      <w:r>
        <w:rPr>
          <w:b/>
          <w:bCs/>
        </w:rPr>
        <w:t xml:space="preserve">of her allergies.</w:t>
      </w:r>
      <w:r>
        <w:br/>
      </w:r>
      <w:r>
        <w:t xml:space="preserve">    (a) of the philosophical &amp; religious system based on the teachings of Laozi (also spelled Taoist)</w:t>
      </w:r>
      <w:r>
        <w:br/>
      </w:r>
      <w:r>
        <w:t xml:space="preserve">    (b) something previously unknown; or making such a thing known</w:t>
      </w:r>
      <w:r>
        <w:br/>
      </w:r>
      <w:r>
        <w:t xml:space="preserve">    (c) a large, elongated gland located behind the stomach that secretes digestive enzymes and insulin</w:t>
      </w:r>
    </w:p>
    <w:p>
      <w:pPr>
        <w:pStyle w:val="Compact"/>
        <w:numPr>
          <w:ilvl w:val="0"/>
          <w:numId w:val="1001"/>
        </w:numPr>
      </w:pPr>
      <w:r>
        <w:rPr>
          <w:b/>
          <w:bCs/>
        </w:rPr>
        <w:t xml:space="preserve">Her temperature was rendered large, in green, 98.6, reminding her of that day's</w:t>
      </w:r>
      <w:r>
        <w:rPr>
          <w:b/>
          <w:bCs/>
        </w:rPr>
        <w:t xml:space="preserve"> </w:t>
      </w:r>
      <w:r>
        <w:rPr>
          <w:b/>
          <w:bCs/>
          <w:u w:val="single"/>
        </w:rPr>
        <w:t xml:space="preserve">aggregate</w:t>
      </w:r>
      <w:r>
        <w:rPr>
          <w:b/>
          <w:bCs/>
        </w:rPr>
        <w:t xml:space="preserve">, 97, which she needed to improve.</w:t>
      </w:r>
      <w:r>
        <w:br/>
      </w:r>
      <w:r>
        <w:t xml:space="preserve">    (a) combined</w:t>
      </w:r>
      <w:r>
        <w:br/>
      </w:r>
      <w:r>
        <w:t xml:space="preserve">    (b) reporter</w:t>
      </w:r>
      <w:r>
        <w:br/>
      </w:r>
      <w:r>
        <w:t xml:space="preserve">    (c) disorder</w:t>
      </w:r>
    </w:p>
    <w:p>
      <w:pPr>
        <w:pStyle w:val="Compact"/>
        <w:numPr>
          <w:ilvl w:val="0"/>
          <w:numId w:val="1001"/>
        </w:numPr>
      </w:pPr>
      <w:r>
        <w:rPr>
          <w:b/>
          <w:bCs/>
        </w:rPr>
        <w:t xml:space="preserve">We believe that the Justice Department will see the Circle for what it is, a</w:t>
      </w:r>
      <w:r>
        <w:rPr>
          <w:b/>
          <w:bCs/>
        </w:rPr>
        <w:t xml:space="preserve"> </w:t>
      </w:r>
      <w:r>
        <w:rPr>
          <w:b/>
          <w:bCs/>
          <w:u w:val="single"/>
        </w:rPr>
        <w:t xml:space="preserve">monopoly</w:t>
      </w:r>
      <w:r>
        <w:rPr>
          <w:b/>
          <w:bCs/>
        </w:rPr>
        <w:t xml:space="preserve"> </w:t>
      </w:r>
      <w:r>
        <w:rPr>
          <w:b/>
          <w:bCs/>
        </w:rPr>
        <w:t xml:space="preserve">in its purest sense, and move to break it up, just as they did with Standard Oil, AT&amp;T and every other demonstrated monopoly in our history.</w:t>
      </w:r>
      <w:r>
        <w:br/>
      </w:r>
      <w:r>
        <w:t xml:space="preserve">    (a) complete control over a product, service, or resource -- usually by a single person, company, or group</w:t>
      </w:r>
      <w:r>
        <w:br/>
      </w:r>
      <w:r>
        <w:t xml:space="preserve">    (b) in a manner that tries to obtain a result through gentle and careful effort -- often gently persuading</w:t>
      </w:r>
      <w:r>
        <w:br/>
      </w:r>
      <w:r>
        <w:t xml:space="preserve">    (c) in the manner of someone who consumes more than they should -- especially eating and drinking too much</w:t>
      </w:r>
    </w:p>
    <w:p>
      <w:pPr>
        <w:pStyle w:val="Compact"/>
        <w:numPr>
          <w:ilvl w:val="0"/>
          <w:numId w:val="1001"/>
        </w:numPr>
      </w:pPr>
      <w:r>
        <w:rPr>
          <w:b/>
          <w:bCs/>
        </w:rPr>
        <w:t xml:space="preserve">We're lucky to have been born and raised in a</w:t>
      </w:r>
      <w:r>
        <w:rPr>
          <w:b/>
          <w:bCs/>
        </w:rPr>
        <w:t xml:space="preserve"> </w:t>
      </w:r>
      <w:r>
        <w:rPr>
          <w:b/>
          <w:bCs/>
          <w:u w:val="single"/>
        </w:rPr>
        <w:t xml:space="preserve">democracy</w:t>
      </w:r>
      <w:r>
        <w:rPr>
          <w:b/>
          <w:bCs/>
        </w:rPr>
        <w:t xml:space="preserve">, but one that is always undergoing improvements.</w:t>
      </w:r>
      <w:r>
        <w:br/>
      </w:r>
      <w:r>
        <w:t xml:space="preserve">    (a) a system of government in which citizens have power with equal votes</w:t>
      </w:r>
      <w:r>
        <w:br/>
      </w:r>
      <w:r>
        <w:t xml:space="preserve">    (b) lack of interest; or the process of stopping interaction or interest</w:t>
      </w:r>
      <w:r>
        <w:br/>
      </w:r>
      <w:r>
        <w:t xml:space="preserve">    (c) relating to logical examination of something to better understand it</w:t>
      </w:r>
    </w:p>
    <w:p>
      <w:pPr>
        <w:pStyle w:val="Compact"/>
        <w:numPr>
          <w:ilvl w:val="0"/>
          <w:numId w:val="1001"/>
        </w:numPr>
      </w:pPr>
      <w:r>
        <w:rPr>
          <w:b/>
          <w:bCs/>
        </w:rPr>
        <w:t xml:space="preserve">My every meeting, movement, my every word, will be available to all my</w:t>
      </w:r>
      <w:r>
        <w:rPr>
          <w:b/>
          <w:bCs/>
        </w:rPr>
        <w:t xml:space="preserve"> </w:t>
      </w:r>
      <w:r>
        <w:rPr>
          <w:b/>
          <w:bCs/>
          <w:u w:val="single"/>
        </w:rPr>
        <w:t xml:space="preserve">constituents</w:t>
      </w:r>
      <w:r>
        <w:rPr>
          <w:b/>
          <w:bCs/>
        </w:rPr>
        <w:t xml:space="preserve"> </w:t>
      </w:r>
      <w:r>
        <w:rPr>
          <w:b/>
          <w:bCs/>
        </w:rPr>
        <w:t xml:space="preserve">and to the world.</w:t>
      </w:r>
      <w:r>
        <w:br/>
      </w:r>
      <w:r>
        <w:t xml:space="preserve">    (a) people (represented by me)</w:t>
      </w:r>
      <w:r>
        <w:br/>
      </w:r>
      <w:r>
        <w:t xml:space="preserve">    (b) hires, reserves, books, or occupies</w:t>
      </w:r>
      <w:r>
        <w:br/>
      </w:r>
      <w:r>
        <w:t xml:space="preserve">    (c) creates, starts, or sets in a place</w:t>
      </w:r>
    </w:p>
    <w:p>
      <w:pPr>
        <w:pStyle w:val="Compact"/>
        <w:numPr>
          <w:ilvl w:val="0"/>
          <w:numId w:val="1001"/>
        </w:numPr>
      </w:pPr>
      <w:r>
        <w:rPr>
          <w:b/>
          <w:bCs/>
        </w:rPr>
        <w:t xml:space="preserve">They've accumulated enough credibility that their followers trust their recommendations</w:t>
      </w:r>
      <w:r>
        <w:rPr>
          <w:b/>
          <w:bCs/>
        </w:rPr>
        <w:t xml:space="preserve"> </w:t>
      </w:r>
      <w:r>
        <w:rPr>
          <w:b/>
          <w:bCs/>
          <w:u w:val="single"/>
        </w:rPr>
        <w:t xml:space="preserve">implicitly</w:t>
      </w:r>
      <w:r>
        <w:rPr>
          <w:b/>
          <w:bCs/>
        </w:rPr>
        <w:t xml:space="preserve">, and are deeply thankful for the surety in their shopping.</w:t>
      </w:r>
      <w:r>
        <w:br/>
      </w:r>
      <w:r>
        <w:t xml:space="preserve">    (a) not exactly or accurately</w:t>
      </w:r>
      <w:r>
        <w:br/>
      </w:r>
      <w:r>
        <w:t xml:space="preserve">    (b) in a manner like a "monk"</w:t>
      </w:r>
      <w:r>
        <w:br/>
      </w:r>
      <w:r>
        <w:t xml:space="preserve">    (c) without question or doubt</w:t>
      </w:r>
    </w:p>
    <w:p>
      <w:pPr>
        <w:pStyle w:val="Compact"/>
        <w:numPr>
          <w:ilvl w:val="0"/>
          <w:numId w:val="1001"/>
        </w:numPr>
      </w:pPr>
      <w:r>
        <w:rPr>
          <w:b/>
          <w:bCs/>
        </w:rPr>
        <w:t xml:space="preserve">She didn't need to explain herself, or the future of the world, to the Circlers, who</w:t>
      </w:r>
      <w:r>
        <w:rPr>
          <w:b/>
          <w:bCs/>
        </w:rPr>
        <w:t xml:space="preserve"> </w:t>
      </w:r>
      <w:r>
        <w:rPr>
          <w:b/>
          <w:bCs/>
          <w:u w:val="single"/>
        </w:rPr>
        <w:t xml:space="preserve">implicitly</w:t>
      </w:r>
      <w:r>
        <w:rPr>
          <w:b/>
          <w:bCs/>
        </w:rPr>
        <w:t xml:space="preserve"> </w:t>
      </w:r>
      <w:r>
        <w:rPr>
          <w:b/>
          <w:bCs/>
        </w:rPr>
        <w:t xml:space="preserve">understood her and the planet and the way it had to be and soon would be.</w:t>
      </w:r>
      <w:r>
        <w:br/>
      </w:r>
      <w:r>
        <w:t xml:space="preserve">    (a) inherently (automatically as a result of who they were)</w:t>
      </w:r>
      <w:r>
        <w:br/>
      </w:r>
      <w:r>
        <w:t xml:space="preserve">    (b) in a manner that is not attractive or desirable</w:t>
      </w:r>
      <w:r>
        <w:br/>
      </w:r>
      <w:r>
        <w:t xml:space="preserve">    (c) in an excessively unhappy and unsociable manner</w:t>
      </w:r>
    </w:p>
    <w:p>
      <w:pPr>
        <w:pStyle w:val="Compact"/>
        <w:numPr>
          <w:ilvl w:val="0"/>
          <w:numId w:val="1001"/>
        </w:numPr>
      </w:pPr>
      <w:r>
        <w:rPr>
          <w:b/>
          <w:bCs/>
        </w:rPr>
        <w:t xml:space="preserve">At three she had to give a tour of the Napoleonic Era, where they were modeling the elimination of physical money—the trackability of internet currency would eliminate huge swaths of crime overnight—and at four, she was supposed to</w:t>
      </w:r>
      <w:r>
        <w:rPr>
          <w:b/>
          <w:bCs/>
        </w:rPr>
        <w:t xml:space="preserve"> </w:t>
      </w:r>
      <w:r>
        <w:rPr>
          <w:b/>
          <w:bCs/>
          <w:u w:val="single"/>
        </w:rPr>
        <w:t xml:space="preserve">highlight</w:t>
      </w:r>
      <w:r>
        <w:rPr>
          <w:b/>
          <w:bCs/>
        </w:rPr>
        <w:t xml:space="preserve"> </w:t>
      </w:r>
      <w:r>
        <w:rPr>
          <w:b/>
          <w:bCs/>
        </w:rPr>
        <w:t xml:space="preserve">the new musicians' residences on campus—twenty-two fully equipped apartments where musicians, especially those who couldn't count on making a living through sales of their music, could live for free and play regularly for the Circlers.</w:t>
      </w:r>
      <w:r>
        <w:br/>
      </w:r>
      <w:r>
        <w:t xml:space="preserve">    (a) exchange, convert, or pay off</w:t>
      </w:r>
      <w:r>
        <w:br/>
      </w:r>
      <w:r>
        <w:t xml:space="preserve">    (b) emphasize (call attention to)</w:t>
      </w:r>
      <w:r>
        <w:br/>
      </w:r>
      <w:r>
        <w:t xml:space="preserve">    (c) an involuntary vomiting spasm</w:t>
      </w:r>
    </w:p>
    <w:p>
      <w:pPr>
        <w:pStyle w:val="Compact"/>
        <w:numPr>
          <w:ilvl w:val="0"/>
          <w:numId w:val="1001"/>
        </w:numPr>
      </w:pPr>
      <w:r>
        <w:rPr>
          <w:b/>
          <w:bCs/>
        </w:rPr>
        <w:t xml:space="preserve">Jared had told her about a new level of</w:t>
      </w:r>
      <w:r>
        <w:rPr>
          <w:b/>
          <w:bCs/>
        </w:rPr>
        <w:t xml:space="preserve"> </w:t>
      </w:r>
      <w:r>
        <w:rPr>
          <w:b/>
          <w:bCs/>
          <w:u w:val="single"/>
        </w:rPr>
        <w:t xml:space="preserve">reciprocation</w:t>
      </w:r>
      <w:r>
        <w:rPr>
          <w:b/>
          <w:bCs/>
        </w:rPr>
        <w:t xml:space="preserve"> </w:t>
      </w:r>
      <w:r>
        <w:rPr>
          <w:b/>
          <w:bCs/>
        </w:rPr>
        <w:t xml:space="preserve">encouraged among the CE staff.</w:t>
      </w:r>
      <w:r>
        <w:br/>
      </w:r>
      <w:r>
        <w:t xml:space="preserve">    (a) danger</w:t>
      </w:r>
      <w:r>
        <w:br/>
      </w:r>
      <w:r>
        <w:t xml:space="preserve">    (b) return</w:t>
      </w:r>
      <w:r>
        <w:br/>
      </w:r>
      <w:r>
        <w:t xml:space="preserve">    (c) useful</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2026-07-31T19:49:03Z</dcterms:created>
  <dcterms:modified xsi:type="dcterms:W3CDTF">2026-07-31T19:49:03Z</dcterms:modified>
</cp:coreProperties>
</file>

<file path=docProps/custom.xml><?xml version="1.0" encoding="utf-8"?>
<Properties xmlns="http://schemas.openxmlformats.org/officeDocument/2006/custom-properties" xmlns:vt="http://schemas.openxmlformats.org/officeDocument/2006/docPropsVTypes"/>
</file>