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eb3073e0046eade88a072bce7ad2b794723b5b"/>
    <w:p>
      <w:pPr>
        <w:pStyle w:val="Heading1"/>
      </w:pPr>
      <w:r>
        <w:rPr>
          <w:b/>
          <w:bCs/>
        </w:rPr>
        <w:t xml:space="preserve">The Chrysanthemums</w:t>
      </w:r>
      <w:r>
        <w:br/>
      </w:r>
      <w:r>
        <w:rPr>
          <w:i/>
          <w:iCs/>
        </w:rPr>
        <w:t xml:space="preserve">John Steinbeck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rows of articles, and the triumphantly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definitive</w:t>
      </w:r>
      <w:r>
        <w:rPr>
          <w:b/>
          <w:bCs/>
        </w:rPr>
        <w:t xml:space="preserve"> </w:t>
      </w:r>
      <w:r>
        <w:rPr>
          <w:b/>
          <w:bCs/>
        </w:rPr>
        <w:t xml:space="preserve">"Fixed" below.</w:t>
      </w:r>
      <w:r>
        <w:br/>
      </w:r>
      <w:r>
        <w:t xml:space="preserve">    (a) best possible, final, or definite (beyond question)</w:t>
      </w:r>
      <w:r>
        <w:br/>
      </w:r>
      <w:r>
        <w:t xml:space="preserve">    (b) increasing reason or general desire to do something</w:t>
      </w:r>
      <w:r>
        <w:br/>
      </w:r>
      <w:r>
        <w:t xml:space="preserve">    (c) the state of being unaware of one's mental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all three stopped, and with stiff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quivering</w:t>
      </w:r>
      <w:r>
        <w:rPr>
          <w:b/>
          <w:bCs/>
        </w:rPr>
        <w:t xml:space="preserve"> </w:t>
      </w:r>
      <w:r>
        <w:rPr>
          <w:b/>
          <w:bCs/>
        </w:rPr>
        <w:t xml:space="preserve">tails, with taut straight legs, with ambassadorial dignity, they slowly circled, sniffing daintily.</w:t>
      </w:r>
      <w:r>
        <w:br/>
      </w:r>
      <w:r>
        <w:t xml:space="preserve">    (a) not working or not operating</w:t>
      </w:r>
      <w:r>
        <w:br/>
      </w:r>
      <w:r>
        <w:t xml:space="preserve">    (b) calculates or judges too low</w:t>
      </w:r>
      <w:r>
        <w:br/>
      </w:r>
      <w:r>
        <w:t xml:space="preserve">    (c) to shake or tremble slightly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all three stopped, and with stiff and quivering tails,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straight legs, with ambassadorial dignity, they slowly circled, sniffing daintily.</w:t>
      </w:r>
      <w:r>
        <w:br/>
      </w:r>
      <w:r>
        <w:t xml:space="preserve">    (a) pulled or drawn tight;</w:t>
      </w:r>
      <w:r>
        <w:br/>
      </w:r>
      <w:r>
        <w:t xml:space="preserve">or: subjected to great tension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the state or degree of being pessimistic or disagreeable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laughter had disappeared from his face and eyes the moment his laughing voice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ceased</w:t>
      </w:r>
      <w:r>
        <w:rPr>
          <w:b/>
          <w:bCs/>
        </w:rPr>
        <w:t xml:space="preserve">.</w:t>
      </w:r>
      <w:r>
        <w:br/>
      </w:r>
      <w:r>
        <w:t xml:space="preserve">    (a) not taken on or adopted</w:t>
      </w:r>
      <w:r>
        <w:br/>
      </w:r>
      <w:r>
        <w:t xml:space="preserve">    (b) stopped or discontinued</w:t>
      </w:r>
      <w:r>
        <w:br/>
      </w:r>
      <w:r>
        <w:t xml:space="preserve">    (c) did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touched the under edge of her man's hat, searching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fugitive</w:t>
      </w:r>
      <w:r>
        <w:rPr>
          <w:b/>
          <w:bCs/>
        </w:rPr>
        <w:t xml:space="preserve"> </w:t>
      </w:r>
      <w:r>
        <w:rPr>
          <w:b/>
          <w:bCs/>
        </w:rPr>
        <w:t xml:space="preserve">hairs.</w:t>
      </w:r>
      <w:r>
        <w:br/>
      </w:r>
      <w:r>
        <w:t xml:space="preserve">    (a) the state of doing something unintentionally</w:t>
      </w:r>
      <w:r>
        <w:br/>
      </w:r>
      <w:r>
        <w:t xml:space="preserve">    (b) someone hiding from law enforcement officers</w:t>
      </w:r>
      <w:r>
        <w:br/>
      </w:r>
      <w:r>
        <w:t xml:space="preserve">    (c) the state or degree of agreeing or approving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Take a pot," he continued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earnestly</w:t>
      </w:r>
      <w:r>
        <w:rPr>
          <w:b/>
          <w:bCs/>
        </w:rPr>
        <w:t xml:space="preserve">, "a bent pot, or a pot with a hole.</w:t>
      </w:r>
      <w:r>
        <w:br/>
      </w:r>
      <w:r>
        <w:t xml:space="preserve">    (a) sincerely or seriously</w:t>
      </w:r>
      <w:r>
        <w:br/>
      </w:r>
      <w:r>
        <w:t xml:space="preserve">    (b) finally; or in the end</w:t>
      </w:r>
      <w:r>
        <w:br/>
      </w:r>
      <w:r>
        <w:t xml:space="preserve">    (c) in a self-aware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"It's a good bitter smell,"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"not nasty at all."</w:t>
      </w:r>
      <w:r>
        <w:br/>
      </w:r>
      <w:r>
        <w:t xml:space="preserve">    (a) said indirectly</w:t>
      </w:r>
      <w:r>
        <w:br/>
      </w:r>
      <w:r>
        <w:t xml:space="preserve">    (b) quickly replied</w:t>
      </w:r>
      <w:r>
        <w:br/>
      </w:r>
      <w:r>
        <w:t xml:space="preserve">    (c) greatly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stopped and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perplexed</w:t>
      </w:r>
      <w:r>
        <w:rPr>
          <w:b/>
          <w:bCs/>
        </w:rPr>
        <w:t xml:space="preserve">.</w:t>
      </w:r>
      <w:r>
        <w:br/>
      </w:r>
      <w:r>
        <w:t xml:space="preserve">    (a) excessively excited</w:t>
      </w:r>
      <w:r>
        <w:br/>
      </w:r>
      <w:r>
        <w:t xml:space="preserve">    (b) nervous or confused</w:t>
      </w:r>
      <w:r>
        <w:br/>
      </w:r>
      <w:r>
        <w:t xml:space="preserve">    (c) confused or puzzled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crouched low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fawning</w:t>
      </w:r>
      <w:r>
        <w:rPr>
          <w:b/>
          <w:bCs/>
        </w:rPr>
        <w:t xml:space="preserve"> </w:t>
      </w:r>
      <w:r>
        <w:rPr>
          <w:b/>
          <w:bCs/>
        </w:rPr>
        <w:t xml:space="preserve">dog.</w:t>
      </w:r>
      <w:r>
        <w:br/>
      </w:r>
      <w:r>
        <w:t xml:space="preserve">    (a) showing excessive flattery or affection</w:t>
      </w:r>
      <w:r>
        <w:br/>
      </w:r>
      <w:r>
        <w:t xml:space="preserve">    (b) making different; or showing difference</w:t>
      </w:r>
      <w:r>
        <w:br/>
      </w:r>
      <w:r>
        <w:t xml:space="preserve">    (c) adjusting a lens to make an image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confused</w:t>
      </w:r>
      <w:r>
        <w:br/>
      </w:r>
      <w:r>
        <w:t xml:space="preserve">    (b) collided</w:t>
      </w:r>
      <w:r>
        <w:br/>
      </w:r>
      <w:r>
        <w:t xml:space="preserve">    (c) restored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2026-07-31T18:54:35Z</dcterms:created>
  <dcterms:modified xsi:type="dcterms:W3CDTF">2026-07-31T18:54:35Z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