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53a054ee8808ece10a99f689c718ea6147200c"/>
    <w:p>
      <w:pPr>
        <w:pStyle w:val="Heading1"/>
      </w:pPr>
      <w:r>
        <w:rPr>
          <w:b/>
          <w:bCs/>
        </w:rPr>
        <w:t xml:space="preserve">The Chosen</w:t>
      </w:r>
      <w:r>
        <w:br/>
      </w:r>
      <w:r>
        <w:rPr>
          <w:i/>
          <w:iCs/>
        </w:rPr>
        <w:t xml:space="preserve">Chaim Potok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of the stores were run by gentiles, but some were owned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Orthodox</w:t>
      </w:r>
      <w:r>
        <w:rPr>
          <w:b/>
          <w:bCs/>
        </w:rPr>
        <w:t xml:space="preserve"> </w:t>
      </w:r>
      <w:r>
        <w:rPr>
          <w:b/>
          <w:bCs/>
        </w:rPr>
        <w:t xml:space="preserve">Jews, members of the Hasidic sects in the area.</w:t>
      </w:r>
      <w:r>
        <w:br/>
      </w:r>
      <w:r>
        <w:t xml:space="preserve">    (a) the state of being a concept or idea not associated with any specific instance</w:t>
      </w:r>
      <w:r>
        <w:br/>
      </w:r>
      <w:r>
        <w:t xml:space="preserve">    (b) normal (describing thinking or behavior as commonly or traditionally accepted)</w:t>
      </w:r>
      <w:r>
        <w:br/>
      </w:r>
      <w:r>
        <w:t xml:space="preserve">    (c) acceptance of what happens without trying to take control or reacting strongly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lying in the bed with his head on the pillow, his palms flat under his head and his elbows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jutting</w:t>
      </w:r>
      <w:r>
        <w:rPr>
          <w:b/>
          <w:bCs/>
        </w:rPr>
        <w:t xml:space="preserve"> </w:t>
      </w:r>
      <w:r>
        <w:rPr>
          <w:b/>
          <w:bCs/>
        </w:rPr>
        <w:t xml:space="preserve">upward.</w:t>
      </w:r>
      <w:r>
        <w:br/>
      </w:r>
      <w:r>
        <w:t xml:space="preserve">    (a) expresses strong hatred or loathing for</w:t>
      </w:r>
      <w:r>
        <w:br/>
      </w:r>
      <w:r>
        <w:t xml:space="preserve">    (b) expressed strong hatred or loathing for</w:t>
      </w:r>
      <w:r>
        <w:br/>
      </w:r>
      <w:r>
        <w:t xml:space="preserve">    (c) to stick out; or a part that sticks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sat there now, wearing his small, black skullcap and pecking at the typewriter with his index fingers, a thin, frail man in his fifties, with gray hair,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gaunt</w:t>
      </w:r>
      <w:r>
        <w:rPr>
          <w:b/>
          <w:bCs/>
        </w:rPr>
        <w:t xml:space="preserve"> </w:t>
      </w:r>
      <w:r>
        <w:rPr>
          <w:b/>
          <w:bCs/>
        </w:rPr>
        <w:t xml:space="preserve">cheeks, and spectacles.</w:t>
      </w:r>
      <w:r>
        <w:br/>
      </w:r>
      <w:r>
        <w:t xml:space="preserve">    (a) able to qualify for regular payments that permit having an income without working</w:t>
      </w:r>
      <w:r>
        <w:br/>
      </w:r>
      <w:r>
        <w:t xml:space="preserve">    (b) not having the characteristic of or relating to bouncing back light/heat/sound...</w:t>
      </w:r>
      <w:r>
        <w:br/>
      </w:r>
      <w:r>
        <w:t xml:space="preserve">    (c) very thin and bony -- often from hunger or as though having been worn to the bone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Nothing happened for a long time, because the Cossacks, like the Polish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peasants</w:t>
      </w:r>
      <w:r>
        <w:rPr>
          <w:b/>
          <w:bCs/>
        </w:rPr>
        <w:t xml:space="preserve">, were afraid of the Polish nobles.</w:t>
      </w:r>
      <w:r>
        <w:br/>
      </w:r>
      <w:r>
        <w:t xml:space="preserve">    (a) organisms in the early stages of growth prior to birth, hatching, or sprouting; in humans organisms during the first eight weeks of development (prior to the fetal stage)</w:t>
      </w:r>
      <w:r>
        <w:br/>
      </w:r>
      <w:r>
        <w:t xml:space="preserve">    (b) used historically or possibly in relation to a very poor country:  people of low income, education, and social standing -- especially those who raise crops or livestock</w:t>
      </w:r>
      <w:r>
        <w:br/>
      </w:r>
      <w:r>
        <w:t xml:space="preserve">    (c) members of an artistic movement pioneered by Pablo Picasso and Georges Braque that featured surfaces of geometrical planes to depict three-dimensional organic forms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Secular</w:t>
      </w:r>
      <w:r>
        <w:rPr>
          <w:b/>
          <w:bCs/>
        </w:rPr>
        <w:t xml:space="preserve"> </w:t>
      </w:r>
      <w:r>
        <w:rPr>
          <w:b/>
          <w:bCs/>
        </w:rPr>
        <w:t xml:space="preserve">literature was forbidden, and the Hasidim lived shut off from the rest of the world.</w:t>
      </w:r>
      <w:r>
        <w:br/>
      </w:r>
      <w:r>
        <w:t xml:space="preserve">    (a) not important</w:t>
      </w:r>
      <w:r>
        <w:br/>
      </w:r>
      <w:r>
        <w:t xml:space="preserve">    (b) not religious</w:t>
      </w:r>
      <w:r>
        <w:br/>
      </w:r>
      <w:r>
        <w:t xml:space="preserve">    (c) inappropriate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synagogue</w:t>
      </w:r>
      <w:r>
        <w:rPr>
          <w:b/>
          <w:bCs/>
        </w:rPr>
        <w:t xml:space="preserve"> </w:t>
      </w:r>
      <w:r>
        <w:rPr>
          <w:b/>
          <w:bCs/>
        </w:rPr>
        <w:t xml:space="preserve">had been burned to the ground.</w:t>
      </w:r>
      <w:r>
        <w:br/>
      </w:r>
      <w:r>
        <w:t xml:space="preserve">    (a) a place where members of the Jewish faith worship</w:t>
      </w:r>
      <w:r>
        <w:br/>
      </w:r>
      <w:r>
        <w:t xml:space="preserve">    (b) a particular way of seeing or thinking about things</w:t>
      </w:r>
      <w:r>
        <w:br/>
      </w:r>
      <w:r>
        <w:t xml:space="preserve">    (c) collection of star systems held together by gravity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whisper moved through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, followed by the rustle of pages as prayer books were opened.</w:t>
      </w:r>
      <w:r>
        <w:br/>
      </w:r>
      <w:r>
        <w:t xml:space="preserve">    (a) a general feeling of not being as good as others</w:t>
      </w:r>
      <w:r>
        <w:br/>
      </w:r>
      <w:r>
        <w:t xml:space="preserve">    (b) the act, process, or instance of telling a story</w:t>
      </w:r>
      <w:r>
        <w:br/>
      </w:r>
      <w:r>
        <w:t xml:space="preserve">    (c) people who worship together in the same building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asked what a certain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medieval</w:t>
      </w:r>
      <w:r>
        <w:rPr>
          <w:b/>
          <w:bCs/>
        </w:rPr>
        <w:t xml:space="preserve"> </w:t>
      </w:r>
      <w:r>
        <w:rPr>
          <w:b/>
          <w:bCs/>
        </w:rPr>
        <w:t xml:space="preserve">commentator had remarked about that statement, and Danny answered.</w:t>
      </w:r>
      <w:r>
        <w:br/>
      </w:r>
      <w:r>
        <w:t xml:space="preserve">    (a) the quality or degree of being straightforward or clear (sometimes indicating that truth is not worded carefully to spare feelings or gain advantage)</w:t>
      </w:r>
      <w:r>
        <w:br/>
      </w:r>
      <w:r>
        <w:t xml:space="preserve">    (b) relating to or belonging to the Middle Ages</w:t>
      </w:r>
      <w:r>
        <w:br/>
      </w:r>
      <w:r>
        <w:br/>
      </w:r>
      <w:r>
        <w:t xml:space="preserve">(the period of European history between the fall of the Roman Empire and the beginning of the Renaissance -- roughly 500–1500 AD)</w:t>
      </w:r>
      <w:r>
        <w:br/>
      </w:r>
      <w:r>
        <w:t xml:space="preserve">    (c) the degree to which a performance of or to someone else's work lends itself to the expression of personal artistic ideas or feelings by the performer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chose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aspect of the answer and asked who had dealt with it in an altogether different way, and Danny answered.</w:t>
      </w:r>
      <w:r>
        <w:br/>
      </w:r>
      <w:r>
        <w:t xml:space="preserve">    (a) exact</w:t>
      </w:r>
      <w:r>
        <w:br/>
      </w:r>
      <w:r>
        <w:t xml:space="preserve">    (b) awake</w:t>
      </w:r>
      <w:r>
        <w:br/>
      </w:r>
      <w:r>
        <w:t xml:space="preserve">    (c) minor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meeting had started pleasantly enough with the usual reading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minutes</w:t>
      </w:r>
      <w:r>
        <w:rPr>
          <w:b/>
          <w:bCs/>
        </w:rPr>
        <w:t xml:space="preserve"> </w:t>
      </w:r>
      <w:r>
        <w:rPr>
          <w:b/>
          <w:bCs/>
        </w:rPr>
        <w:t xml:space="preserve">and committee reports, when Davey Cantor burst into the room, looking as though he was crying, and shouted! breathlessly that someone had just told him President Roosevelt was dead.</w:t>
      </w:r>
      <w:r>
        <w:br/>
      </w:r>
      <w:r>
        <w:t xml:space="preserve">    (a) formal notes</w:t>
      </w:r>
      <w:r>
        <w:br/>
      </w:r>
      <w:r>
        <w:t xml:space="preserve">    (b) things not easily set on fire</w:t>
      </w:r>
      <w:r>
        <w:br/>
      </w:r>
      <w:r>
        <w:t xml:space="preserve">    (c) results or predictable values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sounded unhappy, and there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somber</w:t>
      </w:r>
      <w:r>
        <w:rPr>
          <w:b/>
          <w:bCs/>
        </w:rPr>
        <w:t xml:space="preserve"> </w:t>
      </w:r>
      <w:r>
        <w:rPr>
          <w:b/>
          <w:bCs/>
        </w:rPr>
        <w:t xml:space="preserve">look on his face.</w:t>
      </w:r>
      <w:r>
        <w:br/>
      </w:r>
      <w:r>
        <w:t xml:space="preserve">    (a) serious (without humour or fun--perhaps sad)</w:t>
      </w:r>
      <w:r>
        <w:br/>
      </w:r>
      <w:r>
        <w:t xml:space="preserve">    (b) increasing reason or general desire to do something</w:t>
      </w:r>
      <w:r>
        <w:br/>
      </w:r>
      <w:r>
        <w:t xml:space="preserve">    (c) the state of being unaware of one's mental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allusions</w:t>
      </w:r>
      <w:r>
        <w:rPr>
          <w:b/>
          <w:bCs/>
        </w:rPr>
        <w:t xml:space="preserve"> </w:t>
      </w:r>
      <w:r>
        <w:rPr>
          <w:b/>
          <w:bCs/>
        </w:rPr>
        <w:t xml:space="preserve">in passages that Danny and his father overlooked, and I resolved a contradiction with an appeal to grammar.</w:t>
      </w:r>
      <w:r>
        <w:br/>
      </w:r>
      <w:r>
        <w:t xml:space="preserve">    (a) outward appearances</w:t>
      </w:r>
      <w:r>
        <w:br/>
      </w:r>
      <w:r>
        <w:t xml:space="preserve">    (b) agreements to marry</w:t>
      </w:r>
      <w:r>
        <w:br/>
      </w:r>
      <w:r>
        <w:t xml:space="preserve">    (c) indirect references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Instead, I heard him sigh a little, then offer a passage from the Baba Bathra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contradicted</w:t>
      </w:r>
      <w:r>
        <w:rPr>
          <w:b/>
          <w:bCs/>
        </w:rPr>
        <w:t xml:space="preserve"> </w:t>
      </w:r>
      <w:r>
        <w:rPr>
          <w:b/>
          <w:bCs/>
        </w:rPr>
        <w:t xml:space="preserve">Danny's explanation.</w:t>
      </w:r>
      <w:r>
        <w:br/>
      </w:r>
      <w:r>
        <w:t xml:space="preserve">    (a) separated</w:t>
      </w:r>
      <w:r>
        <w:br/>
      </w:r>
      <w:r>
        <w:t xml:space="preserve">    (b) satisfied</w:t>
      </w:r>
      <w:r>
        <w:br/>
      </w:r>
      <w:r>
        <w:t xml:space="preserve">    (c) disagreed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father,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recuperating</w:t>
      </w:r>
      <w:r>
        <w:rPr>
          <w:b/>
          <w:bCs/>
        </w:rPr>
        <w:t xml:space="preserve"> </w:t>
      </w:r>
      <w:r>
        <w:rPr>
          <w:b/>
          <w:bCs/>
        </w:rPr>
        <w:t xml:space="preserve">slowly and looking worn and weary, sat in his bed propped on pillows, and read the newspaper stories of the horrors that had occurred in those camps.</w:t>
      </w:r>
      <w:r>
        <w:br/>
      </w:r>
      <w:r>
        <w:t xml:space="preserve">    (a) subsequent (happening later)</w:t>
      </w:r>
      <w:r>
        <w:br/>
      </w:r>
      <w:r>
        <w:t xml:space="preserve">    (b) gradually adding or removing</w:t>
      </w:r>
      <w:r>
        <w:br/>
      </w:r>
      <w:r>
        <w:t xml:space="preserve">    (c) regaining health or strength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interested solely in confirming highly dubious theoretical hypotheses ... and make no attempt 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refutation</w:t>
      </w:r>
      <w:r>
        <w:br/>
      </w:r>
      <w:r>
        <w:t xml:space="preserve">    (a) evidence or argument that something is false</w:t>
      </w:r>
      <w:r>
        <w:br/>
      </w:r>
      <w:r>
        <w:t xml:space="preserve">    (b) found a condition or substance to be present</w:t>
      </w:r>
      <w:r>
        <w:br/>
      </w:r>
      <w:r>
        <w:t xml:space="preserve">    (c) Nazi organization for children aged 10 to 18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Inductive logic, Freud, experimental psychology, mathematizing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hypotheses</w:t>
      </w:r>
      <w:r>
        <w:rPr>
          <w:b/>
          <w:bCs/>
        </w:rPr>
        <w:t xml:space="preserve">, scientific study of the Talmud.</w:t>
      </w:r>
      <w:r>
        <w:br/>
      </w:r>
      <w:r>
        <w:t xml:space="preserve">    (a) the quality of being insincere, pretended, or designed to impress</w:t>
      </w:r>
      <w:r>
        <w:br/>
      </w:r>
      <w:r>
        <w:t xml:space="preserve">    (b) ideas or explanations that are seemingly reasonable, but unproven</w:t>
      </w:r>
      <w:r>
        <w:br/>
      </w:r>
      <w:r>
        <w:t xml:space="preserve">    (c) constrains in some way -- such as ties up, requires, or obligates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—and invariably these arguments revolved around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hypothetical</w:t>
      </w:r>
      <w:r>
        <w:rPr>
          <w:b/>
          <w:bCs/>
        </w:rPr>
        <w:t xml:space="preserve"> </w:t>
      </w:r>
      <w:r>
        <w:rPr>
          <w:b/>
          <w:bCs/>
        </w:rPr>
        <w:t xml:space="preserve">question: On what side would an American Jew fight should America ever declare war against a Jewish state?</w:t>
      </w:r>
      <w:r>
        <w:br/>
      </w:r>
      <w:r>
        <w:t xml:space="preserve">    (a) nervousness or discomfort felt by someone due to concern about what others will think of them</w:t>
      </w:r>
      <w:r>
        <w:br/>
      </w:r>
      <w:r>
        <w:t xml:space="preserve">    (b) of something temporarily treated as true to advance a discussion or to further investigation</w:t>
      </w:r>
      <w:r>
        <w:br/>
      </w:r>
      <w:r>
        <w:t xml:space="preserve">    (c) relating to the threadlike structures in the cell nucleus that carry genes in a linear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broken up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passage</w:t>
      </w:r>
      <w:r>
        <w:rPr>
          <w:b/>
          <w:bCs/>
        </w:rPr>
        <w:t xml:space="preserve"> </w:t>
      </w:r>
      <w:r>
        <w:rPr>
          <w:b/>
          <w:bCs/>
        </w:rPr>
        <w:t xml:space="preserve">into its thought units as I had studied it, so I knew precisely at what points I would stop reading and begin my explanations.</w:t>
      </w:r>
      <w:r>
        <w:br/>
      </w:r>
      <w:r>
        <w:t xml:space="preserve">    (a) a short part of a longer written work</w:t>
      </w:r>
      <w:r>
        <w:br/>
      </w:r>
      <w:r>
        <w:t xml:space="preserve">    (b) dense, rainy forest with many species</w:t>
      </w:r>
      <w:r>
        <w:br/>
      </w:r>
      <w:r>
        <w:t xml:space="preserve">    (c) the act of stopping a battle or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would go into the attempt of the late medieval commentary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reconcile</w:t>
      </w:r>
      <w:r>
        <w:rPr>
          <w:b/>
          <w:bCs/>
        </w:rPr>
        <w:t xml:space="preserve"> </w:t>
      </w:r>
      <w:r>
        <w:rPr>
          <w:b/>
          <w:bCs/>
        </w:rPr>
        <w:t xml:space="preserve">the diverse explanations of the commentaries.</w:t>
      </w:r>
      <w:r>
        <w:br/>
      </w:r>
      <w:r>
        <w:t xml:space="preserve">    (a) surprise -- often so much so that one doesn't know what to say or do</w:t>
      </w:r>
      <w:r>
        <w:br/>
      </w:r>
      <w:r>
        <w:t xml:space="preserve">    (b) bring into agreement</w:t>
      </w:r>
      <w:r>
        <w:br/>
      </w:r>
      <w:r>
        <w:t xml:space="preserve">    (c) an appropriate size, amount, or degree in relation to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destroys our self-pride, our arrogance,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indifference</w:t>
      </w:r>
      <w:r>
        <w:rPr>
          <w:b/>
          <w:bCs/>
        </w:rPr>
        <w:t xml:space="preserve"> </w:t>
      </w:r>
      <w:r>
        <w:rPr>
          <w:b/>
          <w:bCs/>
        </w:rPr>
        <w:t xml:space="preserve">toward others.</w:t>
      </w:r>
      <w:r>
        <w:br/>
      </w:r>
      <w:r>
        <w:t xml:space="preserve">    (a) lack of concern and interest</w:t>
      </w:r>
      <w:r>
        <w:br/>
      </w:r>
      <w:r>
        <w:t xml:space="preserve">    (b) chaotic disorder</w:t>
      </w:r>
      <w:r>
        <w:br/>
      </w:r>
      <w:r>
        <w:t xml:space="preserve">    (c) risky investment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2026-07-31T17:02:11Z</dcterms:created>
  <dcterms:modified xsi:type="dcterms:W3CDTF">2026-07-31T17:02:11Z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