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ee6940b388063d59343f14edb38a7eb1eff4548"/>
    <w:p>
      <w:pPr>
        <w:pStyle w:val="Heading1"/>
      </w:pPr>
      <w:r>
        <w:rPr>
          <w:b/>
          <w:bCs/>
        </w:rPr>
        <w:t xml:space="preserve">The Chosen</w:t>
      </w:r>
      <w:r>
        <w:br/>
      </w:r>
      <w:r>
        <w:rPr>
          <w:i/>
          <w:iCs/>
        </w:rPr>
        <w:t xml:space="preserve">Chaim Potok</w:t>
      </w:r>
      <w:r>
        <w:br/>
      </w:r>
      <w:r>
        <w:rPr>
          <w:b/>
          <w:bCs/>
        </w:rPr>
        <w:t xml:space="preserve">Extra Credit 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During my two years with the team, I had become quite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adept</w:t>
      </w:r>
      <w:r>
        <w:rPr>
          <w:b/>
          <w:bCs/>
        </w:rPr>
        <w:t xml:space="preserve"> </w:t>
      </w:r>
      <w:r>
        <w:rPr>
          <w:b/>
          <w:bCs/>
        </w:rPr>
        <w:t xml:space="preserve">at second base and had also developed a swift underhand pitch that would tempt a batter into a swing but would drop into a curve at the last moment and slide just below the flaying bat for a strike.</w:t>
      </w:r>
      <w:r>
        <w:br/>
      </w:r>
      <w:r>
        <w:t xml:space="preserve">    (a) pleasing</w:t>
      </w:r>
      <w:r>
        <w:br/>
      </w:r>
      <w:r>
        <w:t xml:space="preserve">    (b) absolute</w:t>
      </w:r>
      <w:r>
        <w:br/>
      </w:r>
      <w:r>
        <w:t xml:space="preserve">    (c) skillful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Mr. Galanter always began a ball game by putting me at second base and would use me as a pitcher only in very tight moments, because, as he put it once, "My baseball philosophy is grounded on the defensive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solidarity</w:t>
      </w:r>
      <w:r>
        <w:rPr>
          <w:b/>
          <w:bCs/>
        </w:rPr>
        <w:t xml:space="preserve"> </w:t>
      </w:r>
      <w:r>
        <w:rPr>
          <w:b/>
          <w:bCs/>
        </w:rPr>
        <w:t xml:space="preserve">of the infield."</w:t>
      </w:r>
      <w:r>
        <w:br/>
      </w:r>
      <w:r>
        <w:t xml:space="preserve">    (a) a state of agreement and support -- especially for political action</w:t>
      </w:r>
      <w:r>
        <w:br/>
      </w:r>
      <w:r>
        <w:t xml:space="preserve">    (b) supporters of Oliver Cromwell and his side in the English Civil War</w:t>
      </w:r>
      <w:r>
        <w:br/>
      </w:r>
      <w:r>
        <w:t xml:space="preserve">    (c) people of the second most populous denomination of Islam (over 10%)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word had meant, originally, a Jew educated in Judaism who denied basic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tenets</w:t>
      </w:r>
      <w:r>
        <w:rPr>
          <w:b/>
          <w:bCs/>
        </w:rPr>
        <w:t xml:space="preserve"> </w:t>
      </w:r>
      <w:r>
        <w:rPr>
          <w:b/>
          <w:bCs/>
        </w:rPr>
        <w:t xml:space="preserve">of his faith, like the existence of God, the revelation, the resurrection of the dead.</w:t>
      </w:r>
      <w:r>
        <w:br/>
      </w:r>
      <w:r>
        <w:t xml:space="preserve">    (a) ceilings designed to affect noise -- typically to decrease noise</w:t>
      </w:r>
      <w:r>
        <w:br/>
      </w:r>
      <w:r>
        <w:t xml:space="preserve">    (b) important beliefs that are part of a larger framework of beliefs</w:t>
      </w:r>
      <w:r>
        <w:br/>
      </w:r>
      <w:r>
        <w:t xml:space="preserve">    (c) instances of having found a condition or substance to be present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Well, they try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deduce</w:t>
      </w:r>
      <w:r>
        <w:rPr>
          <w:b/>
          <w:bCs/>
        </w:rPr>
        <w:t xml:space="preserve"> </w:t>
      </w:r>
      <w:r>
        <w:rPr>
          <w:b/>
          <w:bCs/>
        </w:rPr>
        <w:t xml:space="preserve">all of mathematics from simple logical principles and show that mathematics is really based on logic.</w:t>
      </w:r>
      <w:r>
        <w:br/>
      </w:r>
      <w:r>
        <w:t xml:space="preserve">    (a) conclude by reasoning</w:t>
      </w:r>
      <w:r>
        <w:br/>
      </w:r>
      <w:r>
        <w:t xml:space="preserve">    (b) decrease in intensity</w:t>
      </w:r>
      <w:r>
        <w:br/>
      </w:r>
      <w:r>
        <w:t xml:space="preserve">    (c) almost, but not exact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upper-class nobles would not engage in work and instead managed to survive by what they could squeeze out of the labor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serfs</w:t>
      </w:r>
      <w:r>
        <w:rPr>
          <w:b/>
          <w:bCs/>
        </w:rPr>
        <w:t xml:space="preserve">.</w:t>
      </w:r>
      <w:r>
        <w:br/>
      </w:r>
      <w:r>
        <w:t xml:space="preserve">    (a) supporters of dramatic change -- sometimes people fighting for overthrow of a government</w:t>
      </w:r>
      <w:r>
        <w:br/>
      </w:r>
      <w:r>
        <w:t xml:space="preserve">    (b) workplaces where people do scientific or medical research, or produce drugs or chemicals</w:t>
      </w:r>
      <w:r>
        <w:br/>
      </w:r>
      <w:r>
        <w:t xml:space="preserve">    (c) Middle Ages Europe:  people bound to the land and owned with the land by the feudal lord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Poland became a kind of Jewish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Utopia</w:t>
      </w:r>
      <w:r>
        <w:rPr>
          <w:b/>
          <w:bCs/>
        </w:rPr>
        <w:t xml:space="preserve">.</w:t>
      </w:r>
      <w:r>
        <w:br/>
      </w:r>
      <w:r>
        <w:t xml:space="preserve">    (a) the process of controlling (how something turns out)</w:t>
      </w:r>
      <w:r>
        <w:br/>
      </w:r>
      <w:r>
        <w:t xml:space="preserve">    (b) the taking on or adoption of power or responsibility</w:t>
      </w:r>
      <w:r>
        <w:br/>
      </w:r>
      <w:r>
        <w:t xml:space="preserve">    (c) an imaginary place considered to be perfect or ideal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...and a number of younger men lounged near the door, talking loudly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gesticulating</w:t>
      </w:r>
      <w:r>
        <w:rPr>
          <w:b/>
          <w:bCs/>
        </w:rPr>
        <w:t xml:space="preserve"> </w:t>
      </w:r>
      <w:r>
        <w:rPr>
          <w:b/>
          <w:bCs/>
        </w:rPr>
        <w:t xml:space="preserve">with their hands.</w:t>
      </w:r>
      <w:r>
        <w:br/>
      </w:r>
      <w:r>
        <w:t xml:space="preserve">    (a) surgically interrupting nerve tracts to and from the frontal lobe of the brain</w:t>
      </w:r>
      <w:r>
        <w:br/>
      </w:r>
      <w:r>
        <w:t xml:space="preserve">    (b) releasing from slavery or servitude; or (metaphorically) from social restraints</w:t>
      </w:r>
      <w:r>
        <w:br/>
      </w:r>
      <w:r>
        <w:t xml:space="preserve">    (c) making gestures (hand or body movements) while speaking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Rabbi Joshua son of Levi teaches us, 'Whoever does not labor in the Torah is said to be under the divine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censure</w:t>
      </w:r>
      <w:r>
        <w:rPr>
          <w:b/>
          <w:bCs/>
        </w:rPr>
        <w:t xml:space="preserve">.'</w:t>
      </w:r>
      <w:r>
        <w:br/>
      </w:r>
      <w:r>
        <w:t xml:space="preserve">    (a) being a boundary or limit</w:t>
      </w:r>
      <w:r>
        <w:br/>
      </w:r>
      <w:r>
        <w:t xml:space="preserve">    (b) criticism</w:t>
      </w:r>
      <w:r>
        <w:br/>
      </w:r>
      <w:r>
        <w:t xml:space="preserve">    (c) find, search, or research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Samson Raphael Hirsch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Seminary</w:t>
      </w:r>
      <w:r>
        <w:rPr>
          <w:b/>
          <w:bCs/>
        </w:rPr>
        <w:t xml:space="preserve"> </w:t>
      </w:r>
      <w:r>
        <w:rPr>
          <w:b/>
          <w:bCs/>
        </w:rPr>
        <w:t xml:space="preserve">and College was the only yeshiva in the United States that offered a secular college education.</w:t>
      </w:r>
      <w:r>
        <w:br/>
      </w:r>
      <w:r>
        <w:t xml:space="preserve">    (a) a drug that calms or puts to sleep; or describing something as calming</w:t>
      </w:r>
      <w:r>
        <w:br/>
      </w:r>
      <w:r>
        <w:t xml:space="preserve">    (b) a school for training clerics -- usually ministers, priests, or rabbis</w:t>
      </w:r>
      <w:r>
        <w:br/>
      </w:r>
      <w:r>
        <w:t xml:space="preserve">    (c) the reason for doing something; or the level of desire to do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By these means alone could they hope for pardon from their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iniquities</w:t>
      </w:r>
      <w:r>
        <w:rPr>
          <w:b/>
          <w:bCs/>
        </w:rPr>
        <w:t xml:space="preserve">.</w:t>
      </w:r>
      <w:r>
        <w:br/>
      </w:r>
      <w:r>
        <w:t xml:space="preserve">    (a) sins (immoral acts)</w:t>
      </w:r>
      <w:r>
        <w:br/>
      </w:r>
      <w:r>
        <w:t xml:space="preserve">    (b) basic rules or beliefs</w:t>
      </w:r>
      <w:r>
        <w:br/>
      </w:r>
      <w:r>
        <w:t xml:space="preserve">    (c) subtle characteristics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had been examined by a big doctor that morning, and the doctor had said he would be all right, but that he would have to be careful, no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strenuous</w:t>
      </w:r>
      <w:r>
        <w:rPr>
          <w:b/>
          <w:bCs/>
        </w:rPr>
        <w:t xml:space="preserve"> </w:t>
      </w:r>
      <w:r>
        <w:rPr>
          <w:b/>
          <w:bCs/>
        </w:rPr>
        <w:t xml:space="preserve">studying or exercising.</w:t>
      </w:r>
      <w:r>
        <w:br/>
      </w:r>
      <w:r>
        <w:t xml:space="preserve">    (a) improper, awkward, or unfavorable</w:t>
      </w:r>
      <w:r>
        <w:br/>
      </w:r>
      <w:r>
        <w:t xml:space="preserve">    (b) difficult (requiring much effort)</w:t>
      </w:r>
      <w:r>
        <w:br/>
      </w:r>
      <w:r>
        <w:t xml:space="preserve">    (c) able to be stopped from happening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sister was almost as tall as I, with dark,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vivacious</w:t>
      </w:r>
      <w:r>
        <w:rPr>
          <w:b/>
          <w:bCs/>
        </w:rPr>
        <w:t xml:space="preserve"> </w:t>
      </w:r>
      <w:r>
        <w:rPr>
          <w:b/>
          <w:bCs/>
        </w:rPr>
        <w:t xml:space="preserve">eyes and a face almost exactly like Danny's, except that the sculptured lines were a good deal softer.</w:t>
      </w:r>
      <w:r>
        <w:br/>
      </w:r>
      <w:r>
        <w:t xml:space="preserve">    (a) an argument attributed to one's opponent that is weaker than their actual argument</w:t>
      </w:r>
      <w:r>
        <w:br/>
      </w:r>
      <w:r>
        <w:t xml:space="preserve">    (b) the quality of feeling angry or unhappy about having to accept something not liked</w:t>
      </w:r>
      <w:r>
        <w:br/>
      </w:r>
      <w:r>
        <w:t xml:space="preserve">    (c) engaging and lively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former involves covering as much material as possible, without attempting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wrest</w:t>
      </w:r>
      <w:r>
        <w:rPr>
          <w:b/>
          <w:bCs/>
        </w:rPr>
        <w:t xml:space="preserve"> </w:t>
      </w:r>
      <w:r>
        <w:rPr>
          <w:b/>
          <w:bCs/>
        </w:rPr>
        <w:t xml:space="preserve">from it all its implications and intricacies; the latter involves confining oneself to one single area until it is exhaustively covered, and then going on to new material.</w:t>
      </w:r>
      <w:r>
        <w:br/>
      </w:r>
      <w:r>
        <w:t xml:space="preserve">    (a) a quick look or partial understanding</w:t>
      </w:r>
      <w:r>
        <w:br/>
      </w:r>
      <w:r>
        <w:t xml:space="preserve">    (b) protect something or keep it as it is</w:t>
      </w:r>
      <w:r>
        <w:br/>
      </w:r>
      <w:r>
        <w:t xml:space="preserve">    (c) obtain with difficult effort or force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told Reb Saunders everything, how Danny had met my father, why my father was suggesting books for him to read, what he was reading, how my father was helping him—</w:t>
      </w:r>
      <w:r>
        <w:rPr>
          <w:b/>
          <w:bCs/>
          <w:u w:val="single"/>
        </w:rPr>
        <w:t xml:space="preserve">omitting</w:t>
      </w:r>
      <w:r>
        <w:rPr>
          <w:b/>
          <w:bCs/>
        </w:rPr>
        <w:t xml:space="preserve"> </w:t>
      </w:r>
      <w:r>
        <w:rPr>
          <w:b/>
          <w:bCs/>
        </w:rPr>
        <w:t xml:space="preserve">that Danny was studying German, that he planned to read.</w:t>
      </w:r>
      <w:r>
        <w:br/>
      </w:r>
      <w:r>
        <w:t xml:space="preserve">    (a) commending or praising publicly</w:t>
      </w:r>
      <w:r>
        <w:br/>
      </w:r>
      <w:r>
        <w:t xml:space="preserve">    (b) to exclude or neglect something</w:t>
      </w:r>
      <w:r>
        <w:br/>
      </w:r>
      <w:r>
        <w:t xml:space="preserve">    (c) telling someone about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What followers of a genius aren't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dogmatic</w:t>
      </w:r>
      <w:r>
        <w:rPr>
          <w:b/>
          <w:bCs/>
        </w:rPr>
        <w:t xml:space="preserve">, for heaven's sake?</w:t>
      </w:r>
      <w:r>
        <w:br/>
      </w:r>
      <w:r>
        <w:t xml:space="preserve">    (a) prone to stating opinions as absolute truth</w:t>
      </w:r>
      <w:r>
        <w:br/>
      </w:r>
      <w:r>
        <w:t xml:space="preserve">    (b) computer code that performs a specific task</w:t>
      </w:r>
      <w:r>
        <w:br/>
      </w:r>
      <w:r>
        <w:t xml:space="preserve">    (c) relating to where attention is concentrated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told me that he wasn't objecting to Freud's conclusions as much as to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methodology</w:t>
      </w:r>
      <w:r>
        <w:rPr>
          <w:b/>
          <w:bCs/>
        </w:rPr>
        <w:t xml:space="preserve">.</w:t>
      </w:r>
      <w:r>
        <w:br/>
      </w:r>
      <w:r>
        <w:t xml:space="preserve">    (a) a long uninterrupted speech</w:t>
      </w:r>
      <w:r>
        <w:br/>
      </w:r>
      <w:r>
        <w:t xml:space="preserve">    (b) result or predictable value</w:t>
      </w:r>
      <w:r>
        <w:br/>
      </w:r>
      <w:r>
        <w:t xml:space="preserve">    (c) system (of doing something)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By the end of March, however, the leaflets had become inflammatory in tone, threatening excommunication to all in the neighborhood who displayed allegiance to Zionism, even at one point threatening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boycott</w:t>
      </w:r>
      <w:r>
        <w:rPr>
          <w:b/>
          <w:bCs/>
        </w:rPr>
        <w:t xml:space="preserve"> </w:t>
      </w:r>
      <w:r>
        <w:rPr>
          <w:b/>
          <w:bCs/>
        </w:rPr>
        <w:t xml:space="preserve">neighborhood stores owned by Jews who contributed to, participated in, or were sympathetic with Zionist activities.</w:t>
      </w:r>
      <w:r>
        <w:br/>
      </w:r>
      <w:r>
        <w:t xml:space="preserve">    (a) to refuse to buy things (from someone); or to refuse to participate in an activity (with someone) in order to express disapproval</w:t>
      </w:r>
      <w:r>
        <w:br/>
      </w:r>
      <w:r>
        <w:t xml:space="preserve">    (b) the act of hiding something by making it blend in with its surroundings; or hiding the truth; or something that hides or deceives</w:t>
      </w:r>
      <w:r>
        <w:br/>
      </w:r>
      <w:r>
        <w:t xml:space="preserve">    (c) present something to treat as true in order to advance a discussion or to further investigation even though it might not be true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leaflets denounced the United Nations vote, ordered Jews to ignore it, called the state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desecration</w:t>
      </w:r>
      <w:r>
        <w:rPr>
          <w:b/>
          <w:bCs/>
        </w:rPr>
        <w:t xml:space="preserve"> </w:t>
      </w:r>
      <w:r>
        <w:rPr>
          <w:b/>
          <w:bCs/>
        </w:rPr>
        <w:t xml:space="preserve">of the name of God,</w:t>
      </w:r>
      <w:r>
        <w:br/>
      </w:r>
      <w:r>
        <w:t xml:space="preserve">    (a) a particular way of seeing or thinking about things</w:t>
      </w:r>
      <w:r>
        <w:br/>
      </w:r>
      <w:r>
        <w:t xml:space="preserve">    (b) collection of star systems held together by gravity</w:t>
      </w:r>
      <w:r>
        <w:br/>
      </w:r>
      <w:r>
        <w:t xml:space="preserve">    (c) violation of the sacred character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was suddenly a little frightened at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disparaging</w:t>
      </w:r>
      <w:r>
        <w:rPr>
          <w:b/>
          <w:bCs/>
        </w:rPr>
        <w:t xml:space="preserve"> </w:t>
      </w:r>
      <w:r>
        <w:rPr>
          <w:b/>
          <w:bCs/>
        </w:rPr>
        <w:t xml:space="preserve">way I had uttered the word pilpul.</w:t>
      </w:r>
      <w:r>
        <w:br/>
      </w:r>
      <w:r>
        <w:t xml:space="preserve">    (a) controlling (how something will turn out)</w:t>
      </w:r>
      <w:r>
        <w:br/>
      </w:r>
      <w:r>
        <w:t xml:space="preserve">    (b) critical or making seem less important</w:t>
      </w:r>
      <w:r>
        <w:br/>
      </w:r>
      <w:r>
        <w:t xml:space="preserve">    (c) moving into position to work; or starting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no one dared to challenge Reb Saunders'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tacit</w:t>
      </w:r>
      <w:r>
        <w:rPr>
          <w:b/>
          <w:bCs/>
        </w:rPr>
        <w:t xml:space="preserve"> </w:t>
      </w:r>
      <w:r>
        <w:rPr>
          <w:b/>
          <w:bCs/>
        </w:rPr>
        <w:t xml:space="preserve">transference of power to his younger son.</w:t>
      </w:r>
      <w:r>
        <w:br/>
      </w:r>
      <w:r>
        <w:t xml:space="preserve">    (a) certain</w:t>
      </w:r>
      <w:r>
        <w:br/>
      </w:r>
      <w:r>
        <w:t xml:space="preserve">    (b) outside</w:t>
      </w:r>
      <w:r>
        <w:br/>
      </w:r>
      <w:r>
        <w:t xml:space="preserve">    (c) implied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2026-07-31T17:02:11Z</dcterms:created>
  <dcterms:modified xsi:type="dcterms:W3CDTF">2026-07-31T17:02:11Z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