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c925a0b1f6bf458ad4a25793ff2d64212ec317"/>
    <w:p>
      <w:pPr>
        <w:pStyle w:val="Heading1"/>
      </w:pPr>
      <w:r>
        <w:rPr>
          <w:b/>
          <w:bCs/>
        </w:rPr>
        <w:t xml:space="preserve">The Choice</w:t>
      </w:r>
      <w:r>
        <w:br/>
      </w:r>
      <w:r>
        <w:rPr>
          <w:i/>
          <w:iCs/>
        </w:rPr>
        <w:t xml:space="preserve">Nicholas Sparks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also more than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neurotic</w:t>
      </w:r>
      <w:r>
        <w:rPr>
          <w:b/>
          <w:bCs/>
        </w:rPr>
        <w:t xml:space="preserve">, Travis thought.</w:t>
      </w:r>
      <w:r>
        <w:br/>
      </w:r>
      <w:r>
        <w:t xml:space="preserve">    (a) mildly mentally disturbed -- usually worrying too much about something; or someone with such symptoms</w:t>
      </w:r>
      <w:r>
        <w:br/>
      </w:r>
      <w:r>
        <w:t xml:space="preserve">    (b) something (typically a statement) that disagrees with itself; or (more rarely) the act of disagreeing</w:t>
      </w:r>
      <w:r>
        <w:br/>
      </w:r>
      <w:r>
        <w:t xml:space="preserve">    (c) something made of the brownish metal with the same name -- such as a sculpture or a third place medal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Travis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pondered</w:t>
      </w:r>
      <w:r>
        <w:rPr>
          <w:b/>
          <w:bCs/>
        </w:rPr>
        <w:t xml:space="preserve"> </w:t>
      </w:r>
      <w:r>
        <w:rPr>
          <w:b/>
          <w:bCs/>
        </w:rPr>
        <w:t xml:space="preserve">the question.</w:t>
      </w:r>
      <w:r>
        <w:br/>
      </w:r>
      <w:r>
        <w:t xml:space="preserve">    (a) was overly unhappy and unsociable</w:t>
      </w:r>
      <w:r>
        <w:br/>
      </w:r>
      <w:r>
        <w:t xml:space="preserve">    (b) not limited or without boundaries</w:t>
      </w:r>
      <w:r>
        <w:br/>
      </w:r>
      <w:r>
        <w:t xml:space="preserve">    (c) thought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felt a surge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</w:t>
      </w:r>
      <w:r>
        <w:rPr>
          <w:b/>
          <w:bCs/>
        </w:rPr>
        <w:t xml:space="preserve"> </w:t>
      </w:r>
      <w:r>
        <w:rPr>
          <w:b/>
          <w:bCs/>
        </w:rPr>
        <w:t xml:space="preserve">for her and found himself nodding, just to let her know he was paying attention.</w:t>
      </w:r>
      <w:r>
        <w:br/>
      </w:r>
      <w:r>
        <w:t xml:space="preserve">    (a) the process of controlling (how something turns out)</w:t>
      </w:r>
      <w:r>
        <w:br/>
      </w:r>
      <w:r>
        <w:t xml:space="preserve">    (b) sympathy for another's suffering and wanting to help</w:t>
      </w:r>
      <w:r>
        <w:br/>
      </w:r>
      <w:r>
        <w:t xml:space="preserve">    (c) the taking on or adoption of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tirade</w:t>
      </w:r>
      <w:r>
        <w:rPr>
          <w:b/>
          <w:bCs/>
        </w:rPr>
        <w:t xml:space="preserve"> </w:t>
      </w:r>
      <w:r>
        <w:rPr>
          <w:b/>
          <w:bCs/>
        </w:rPr>
        <w:t xml:space="preserve">finally wound down, she ended up staring at the ground, spent.</w:t>
      </w:r>
      <w:r>
        <w:br/>
      </w:r>
      <w:r>
        <w:t xml:space="preserve">    (a) something made from parts</w:t>
      </w:r>
      <w:r>
        <w:br/>
      </w:r>
      <w:r>
        <w:t xml:space="preserve">    (b) something that stands out</w:t>
      </w:r>
      <w:r>
        <w:br/>
      </w:r>
      <w:r>
        <w:t xml:space="preserve">    (c) speech of angry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Stephanie leaned back,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 </w:t>
      </w:r>
      <w:r>
        <w:rPr>
          <w:b/>
          <w:bCs/>
        </w:rPr>
        <w:t xml:space="preserve">her brother.</w:t>
      </w:r>
      <w:r>
        <w:br/>
      </w:r>
      <w:r>
        <w:t xml:space="preserve">    (a) moving back and forth; or being unsure or weak</w:t>
      </w:r>
      <w:r>
        <w:br/>
      </w:r>
      <w:r>
        <w:t xml:space="preserve">    (b) thinking carefully and making a judgment about</w:t>
      </w:r>
      <w:r>
        <w:br/>
      </w:r>
      <w:r>
        <w:t xml:space="preserve">    (c) returning to an undesirable previous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Life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perpetual</w:t>
      </w:r>
      <w:r>
        <w:rPr>
          <w:b/>
          <w:bCs/>
        </w:rPr>
        <w:t xml:space="preserve"> </w:t>
      </w:r>
      <w:r>
        <w:rPr>
          <w:b/>
          <w:bCs/>
        </w:rPr>
        <w:t xml:space="preserve">student is so much harder than actually earning a living.</w:t>
      </w:r>
      <w:r>
        <w:br/>
      </w:r>
      <w:r>
        <w:t xml:space="preserve">    (a) about things beyond the physical world, such as existence, reality, or the soul</w:t>
      </w:r>
      <w:r>
        <w:br/>
      </w:r>
      <w:r>
        <w:t xml:space="preserve">    (b)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(c) continuing forever without change; or occurring so frequently it seems constant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shaping up to be one of those days when Gabby wondered why she'd decided to work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pediatric</w:t>
      </w:r>
      <w:r>
        <w:rPr>
          <w:b/>
          <w:bCs/>
        </w:rPr>
        <w:t xml:space="preserve"> </w:t>
      </w:r>
      <w:r>
        <w:rPr>
          <w:b/>
          <w:bCs/>
        </w:rPr>
        <w:t xml:space="preserve">office.</w:t>
      </w:r>
      <w:r>
        <w:br/>
      </w:r>
      <w:r>
        <w:t xml:space="preserve">    (a) someone who believes in doing things the way they have generally been done in the past</w:t>
      </w:r>
      <w:r>
        <w:br/>
      </w:r>
      <w:r>
        <w:t xml:space="preserve">    (b) related to the branch of medicine concerned with the treatment of infants and children</w:t>
      </w:r>
      <w:r>
        <w:br/>
      </w:r>
      <w:r>
        <w:t xml:space="preserve">    (c) psychoanalysis:  that part of the unconscious mind with primitive, instinctual desires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Dr. Furman struck her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oblivious</w:t>
      </w:r>
      <w:r>
        <w:rPr>
          <w:b/>
          <w:bCs/>
        </w:rPr>
        <w:t xml:space="preserve">, Dr. Melton struck her as a flirt, but it was an opportunity to be nearer to Kevin.</w:t>
      </w:r>
      <w:r>
        <w:br/>
      </w:r>
      <w:r>
        <w:t xml:space="preserve">    (a) related to</w:t>
      </w:r>
      <w:r>
        <w:br/>
      </w:r>
      <w:r>
        <w:t xml:space="preserve">    (b) very large</w:t>
      </w:r>
      <w:r>
        <w:br/>
      </w:r>
      <w:r>
        <w:t xml:space="preserve">    (c) unaware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he's old man Cason's, but I'm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about that.</w:t>
      </w:r>
      <w:r>
        <w:br/>
      </w:r>
      <w:r>
        <w:t xml:space="preserve">    (a) certain</w:t>
      </w:r>
      <w:r>
        <w:br/>
      </w:r>
      <w:r>
        <w:t xml:space="preserve">    (b) outside</w:t>
      </w:r>
      <w:r>
        <w:br/>
      </w:r>
      <w:r>
        <w:t xml:space="preserve">    (c) various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only saving grace—the only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thing to come out of the whole experience—was that she'd apologized in his office.</w:t>
      </w:r>
      <w:r>
        <w:br/>
      </w:r>
      <w:r>
        <w:t xml:space="preserve">    (a) impossible to find</w:t>
      </w:r>
      <w:r>
        <w:br/>
      </w:r>
      <w:r>
        <w:t xml:space="preserve">    (b) good</w:t>
      </w:r>
      <w:r>
        <w:br/>
      </w:r>
      <w:r>
        <w:t xml:space="preserve">    (c) not representative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intuition</w:t>
      </w:r>
      <w:r>
        <w:rPr>
          <w:b/>
          <w:bCs/>
        </w:rPr>
        <w:t xml:space="preserve"> </w:t>
      </w:r>
      <w:r>
        <w:rPr>
          <w:b/>
          <w:bCs/>
        </w:rPr>
        <w:t xml:space="preserve">has been warning me about something I don't quite understand but shouldn't be underestimated.... "About you," she said, ignoring the little voice.</w:t>
      </w:r>
      <w:r>
        <w:br/>
      </w:r>
      <w:r>
        <w:t xml:space="preserve">    (a) the ability to known instinctively rather than through reasoning; or the thing that is known in such a way</w:t>
      </w:r>
      <w:r>
        <w:br/>
      </w:r>
      <w:r>
        <w:t xml:space="preserve">    (b) someone with a potentially life-threatening psychological eating disorder that prevents eating enough food</w:t>
      </w:r>
      <w:r>
        <w:br/>
      </w:r>
      <w:r>
        <w:t xml:space="preserve">    (c) the redirection energy from a negative (unacceptable) impulse or urge into a positive or acceptable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didn't bother to hide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skepticism</w:t>
      </w:r>
      <w:r>
        <w:rPr>
          <w:b/>
          <w:bCs/>
        </w:rPr>
        <w:t xml:space="preserve">.</w:t>
      </w:r>
      <w:r>
        <w:br/>
      </w:r>
      <w:r>
        <w:t xml:space="preserve">    (a) doubt (that something is true)</w:t>
      </w:r>
      <w:r>
        <w:br/>
      </w:r>
      <w:r>
        <w:t xml:space="preserve">    (b) concern with practical matters</w:t>
      </w:r>
      <w:r>
        <w:br/>
      </w:r>
      <w:r>
        <w:t xml:space="preserve">    (c) between daylight and darkness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 not, she thought, while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simultaneously</w:t>
      </w:r>
      <w:r>
        <w:rPr>
          <w:b/>
          <w:bCs/>
        </w:rPr>
        <w:t xml:space="preserve"> </w:t>
      </w:r>
      <w:r>
        <w:rPr>
          <w:b/>
          <w:bCs/>
        </w:rPr>
        <w:t xml:space="preserve">thinking, Of course it did.</w:t>
      </w:r>
      <w:r>
        <w:br/>
      </w:r>
      <w:r>
        <w:t xml:space="preserve">    (a) at the same time</w:t>
      </w:r>
      <w:r>
        <w:br/>
      </w:r>
      <w:r>
        <w:t xml:space="preserve">    (b) done with excess</w:t>
      </w:r>
      <w:r>
        <w:br/>
      </w:r>
      <w:r>
        <w:t xml:space="preserve">    (c) done while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was chattering as they reached the platform, talking about the fish or dolphins they'd seen, but Gabby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 </w:t>
      </w:r>
      <w:r>
        <w:rPr>
          <w:b/>
          <w:bCs/>
        </w:rPr>
        <w:t xml:space="preserve">felt herself growing nervous as her turn approached.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in spite of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Gabby expected Stephanie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</w:t>
      </w:r>
      <w:r>
        <w:rPr>
          <w:b/>
          <w:bCs/>
        </w:rPr>
        <w:t xml:space="preserve">, but instead, Stephanie simply shrugged and lay back on her towel, as if she'd never said anything at all.</w:t>
      </w:r>
      <w:r>
        <w:br/>
      </w:r>
      <w:r>
        <w:t xml:space="preserve">    (a) continue</w:t>
      </w:r>
      <w:r>
        <w:br/>
      </w:r>
      <w:r>
        <w:t xml:space="preserve">    (b) subtract</w:t>
      </w:r>
      <w:r>
        <w:br/>
      </w:r>
      <w:r>
        <w:t xml:space="preserve">    (c) disagree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inferred</w:t>
      </w:r>
      <w:r>
        <w:rPr>
          <w:b/>
          <w:bCs/>
        </w:rPr>
        <w:t xml:space="preserve"> </w:t>
      </w:r>
      <w:r>
        <w:rPr>
          <w:b/>
          <w:bCs/>
        </w:rPr>
        <w:t xml:space="preserve">that from what I was saying?</w:t>
      </w:r>
      <w:r>
        <w:br/>
      </w:r>
      <w:r>
        <w:t xml:space="preserve">    (a) concluded or guessed by reasoning</w:t>
      </w:r>
      <w:r>
        <w:br/>
      </w:r>
      <w:r>
        <w:t xml:space="preserve">    (b) was overly unhappy and unsociable</w:t>
      </w:r>
      <w:r>
        <w:br/>
      </w:r>
      <w:r>
        <w:t xml:space="preserve">    (c) not limited or without boundaries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Gabby nodded, watching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lethargically</w:t>
      </w:r>
      <w:r>
        <w:rPr>
          <w:b/>
          <w:bCs/>
        </w:rPr>
        <w:t xml:space="preserve"> </w:t>
      </w:r>
      <w:r>
        <w:rPr>
          <w:b/>
          <w:bCs/>
        </w:rPr>
        <w:t xml:space="preserve">as Stephanie leaned over the deck railing.</w:t>
      </w:r>
      <w:r>
        <w:br/>
      </w:r>
      <w:r>
        <w:t xml:space="preserve">    (a) with certainty</w:t>
      </w:r>
      <w:r>
        <w:br/>
      </w:r>
      <w:r>
        <w:t xml:space="preserve">    (b) without regret</w:t>
      </w:r>
      <w:r>
        <w:br/>
      </w:r>
      <w:r>
        <w:t xml:space="preserve">    (c) without energy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she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alluded</w:t>
      </w:r>
      <w:r>
        <w:rPr>
          <w:b/>
          <w:bCs/>
        </w:rPr>
        <w:t xml:space="preserve"> </w:t>
      </w:r>
      <w:r>
        <w:rPr>
          <w:b/>
          <w:bCs/>
        </w:rPr>
        <w:t xml:space="preserve">to some problems at the pediatrician's office during their first weekend together, she hadn't been specific.</w:t>
      </w:r>
      <w:r>
        <w:br/>
      </w:r>
      <w:r>
        <w:t xml:space="preserve">    (a) indirectly referenced</w:t>
      </w:r>
      <w:r>
        <w:br/>
      </w:r>
      <w:r>
        <w:t xml:space="preserve">    (b) marked important text</w:t>
      </w:r>
      <w:r>
        <w:br/>
      </w:r>
      <w:r>
        <w:t xml:space="preserve">    (c) gained advantage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Travis didn't know whom to believe, but he chose to live his days on the side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optimists</w:t>
      </w:r>
      <w:r>
        <w:rPr>
          <w:b/>
          <w:bCs/>
        </w:rPr>
        <w:t xml:space="preserve">.</w:t>
      </w:r>
      <w:r>
        <w:br/>
      </w:r>
      <w:r>
        <w:t xml:space="preserve">    (a) bases with a pH of greater than 7 (so they will dissolve in water)</w:t>
      </w:r>
      <w:r>
        <w:br/>
      </w:r>
      <w:r>
        <w:t xml:space="preserve">    (b) DNA sequences or units of heredity that influence biological traits</w:t>
      </w:r>
      <w:r>
        <w:br/>
      </w:r>
      <w:r>
        <w:t xml:space="preserve">    (c) people who expect the best; or who focus on the good part of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Later, he had to meet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neurologist</w:t>
      </w:r>
      <w:r>
        <w:rPr>
          <w:b/>
          <w:bCs/>
        </w:rPr>
        <w:t xml:space="preserve"> </w:t>
      </w:r>
      <w:r>
        <w:rPr>
          <w:b/>
          <w:bCs/>
        </w:rPr>
        <w:t xml:space="preserve">and the hospital administrator.</w:t>
      </w:r>
      <w:r>
        <w:br/>
      </w:r>
      <w:r>
        <w:t xml:space="preserve">    (a) someone who believes that all knowledge is derived from experience</w:t>
      </w:r>
      <w:r>
        <w:br/>
      </w:r>
      <w:r>
        <w:t xml:space="preserve">    (b) a place where conditions are kept as they were to protect wildlife</w:t>
      </w:r>
      <w:r>
        <w:br/>
      </w:r>
      <w:r>
        <w:t xml:space="preserve">    (c) physician that deals with the nervous system (including the brain)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2026-07-31T19:51:42Z</dcterms:created>
  <dcterms:modified xsi:type="dcterms:W3CDTF">2026-07-31T19:51:42Z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