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39a35e3405ab9cab67e7c9013ca32e506c5e52"/>
    <w:p>
      <w:pPr>
        <w:pStyle w:val="Heading1"/>
      </w:pPr>
      <w:r>
        <w:rPr>
          <w:b/>
          <w:bCs/>
        </w:rPr>
        <w:t xml:space="preserve">The Chocolate War</w:t>
      </w:r>
      <w:r>
        <w:br/>
      </w:r>
      <w:r>
        <w:rPr>
          <w:i/>
          <w:iCs/>
        </w:rPr>
        <w:t xml:space="preserve">Robert Cormier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Obie smiled in delicious</w:t>
      </w:r>
      <w:r>
        <w:rPr>
          <w:b/>
          <w:bCs/>
        </w:rPr>
        <w:t xml:space="preserve"> </w:t>
      </w:r>
      <w:r>
        <w:rPr>
          <w:b/>
          <w:bCs/>
          <w:u w:val="single"/>
        </w:rPr>
        <w:t xml:space="preserve">malice</w:t>
      </w:r>
      <w:r>
        <w:rPr>
          <w:b/>
          <w:bCs/>
        </w:rPr>
        <w:t xml:space="preserve">.</w:t>
      </w:r>
      <w:r>
        <w:br/>
      </w:r>
      <w:r>
        <w:t xml:space="preserve">    (a) the desire to hurt others or see them suffer</w:t>
      </w:r>
      <w:r>
        <w:br/>
      </w:r>
      <w:r>
        <w:t xml:space="preserve">    (b) the quality of lacking exactness or accuracy</w:t>
      </w:r>
      <w:r>
        <w:br/>
      </w:r>
      <w:r>
        <w:t xml:space="preserve">    (c) not adjusting a lens to create a clear image</w:t>
      </w:r>
    </w:p>
    <w:p>
      <w:pPr>
        <w:pStyle w:val="Compact"/>
        <w:numPr>
          <w:ilvl w:val="0"/>
          <w:numId w:val="1001"/>
        </w:numPr>
      </w:pPr>
      <w:r>
        <w:rPr>
          <w:b/>
          <w:bCs/>
        </w:rPr>
        <w:t xml:space="preserve">Archie became absolutely still, afraid that the rapid beating of his heart might betray his sudden knowledge, the proof of what he'd always suspected, not only of Brother Leon but most grownups, most adults: they were</w:t>
      </w:r>
      <w:r>
        <w:rPr>
          <w:b/>
          <w:bCs/>
        </w:rPr>
        <w:t xml:space="preserve"> </w:t>
      </w:r>
      <w:r>
        <w:rPr>
          <w:b/>
          <w:bCs/>
          <w:u w:val="single"/>
        </w:rPr>
        <w:t xml:space="preserve">vulnerable</w:t>
      </w:r>
      <w:r>
        <w:rPr>
          <w:b/>
          <w:bCs/>
        </w:rPr>
        <w:t xml:space="preserve">, running scared, open to invasion.</w:t>
      </w:r>
      <w:r>
        <w:br/>
      </w:r>
      <w:r>
        <w:t xml:space="preserve">    (a) suffering from too few red blood cells</w:t>
      </w:r>
      <w:r>
        <w:br/>
      </w:r>
      <w:r>
        <w:br/>
      </w:r>
      <w:r>
        <w:t xml:space="preserve">or (less commonly):  lacking vitality</w:t>
      </w:r>
      <w:r>
        <w:br/>
      </w:r>
      <w:r>
        <w:t xml:space="preserve">    (b) easily hurt or in need of help; or easily influenced or subject to temptation</w:t>
      </w:r>
      <w:r>
        <w:br/>
      </w:r>
      <w:r>
        <w:t xml:space="preserve">    (c) having the characteristic of or relating to bouncing back light/heat/sound...</w:t>
      </w:r>
    </w:p>
    <w:p>
      <w:pPr>
        <w:pStyle w:val="Compact"/>
        <w:numPr>
          <w:ilvl w:val="0"/>
          <w:numId w:val="1001"/>
        </w:numPr>
      </w:pPr>
      <w:r>
        <w:rPr>
          <w:b/>
          <w:bCs/>
        </w:rPr>
        <w:t xml:space="preserve">Archie knew what it was and recognized it, although it</w:t>
      </w:r>
      <w:r>
        <w:rPr>
          <w:b/>
          <w:bCs/>
        </w:rPr>
        <w:t xml:space="preserve"> </w:t>
      </w:r>
      <w:r>
        <w:rPr>
          <w:b/>
          <w:bCs/>
          <w:u w:val="single"/>
        </w:rPr>
        <w:t xml:space="preserve">eluded</w:t>
      </w:r>
      <w:r>
        <w:rPr>
          <w:b/>
          <w:bCs/>
        </w:rPr>
        <w:t xml:space="preserve"> </w:t>
      </w:r>
      <w:r>
        <w:rPr>
          <w:b/>
          <w:bCs/>
        </w:rPr>
        <w:t xml:space="preserve">a definition.</w:t>
      </w:r>
      <w:r>
        <w:br/>
      </w:r>
      <w:r>
        <w:t xml:space="preserve">    (a) caused to happen or occurred as a consequence</w:t>
      </w:r>
      <w:r>
        <w:br/>
      </w:r>
      <w:r>
        <w:t xml:space="preserve">    (b) donated a portion of one's income to a church</w:t>
      </w:r>
      <w:r>
        <w:br/>
      </w:r>
      <w:r>
        <w:t xml:space="preserve">    (c) was unachievable to give</w:t>
      </w:r>
    </w:p>
    <w:p>
      <w:pPr>
        <w:pStyle w:val="Compact"/>
        <w:numPr>
          <w:ilvl w:val="0"/>
          <w:numId w:val="1001"/>
        </w:numPr>
      </w:pPr>
      <w:r>
        <w:rPr>
          <w:b/>
          <w:bCs/>
        </w:rPr>
        <w:t xml:space="preserve">He continued to fade, fade, easy, easy, stalling until he could spot The Goober, tall and rangy, downfield where he'd be waiting if he had managed to</w:t>
      </w:r>
      <w:r>
        <w:rPr>
          <w:b/>
          <w:bCs/>
        </w:rPr>
        <w:t xml:space="preserve"> </w:t>
      </w:r>
      <w:r>
        <w:rPr>
          <w:b/>
          <w:bCs/>
          <w:u w:val="single"/>
        </w:rPr>
        <w:t xml:space="preserve">elude</w:t>
      </w:r>
      <w:r>
        <w:rPr>
          <w:b/>
          <w:bCs/>
        </w:rPr>
        <w:t xml:space="preserve"> </w:t>
      </w:r>
      <w:r>
        <w:rPr>
          <w:b/>
          <w:bCs/>
        </w:rPr>
        <w:t xml:space="preserve">the safety-man.</w:t>
      </w:r>
      <w:r>
        <w:br/>
      </w:r>
      <w:r>
        <w:t xml:space="preserve">    (a) abundant or plentiful</w:t>
      </w:r>
      <w:r>
        <w:br/>
      </w:r>
      <w:r>
        <w:t xml:space="preserve">    (b) decrease in intensity</w:t>
      </w:r>
      <w:r>
        <w:br/>
      </w:r>
      <w:r>
        <w:t xml:space="preserve">    (c) avoid (get away from)</w:t>
      </w:r>
    </w:p>
    <w:p>
      <w:pPr>
        <w:pStyle w:val="Compact"/>
        <w:numPr>
          <w:ilvl w:val="0"/>
          <w:numId w:val="1001"/>
        </w:numPr>
      </w:pPr>
      <w:r>
        <w:rPr>
          <w:b/>
          <w:bCs/>
        </w:rPr>
        <w:t xml:space="preserve">Sometimes Archie</w:t>
      </w:r>
      <w:r>
        <w:rPr>
          <w:b/>
          <w:bCs/>
        </w:rPr>
        <w:t xml:space="preserve"> </w:t>
      </w:r>
      <w:r>
        <w:rPr>
          <w:b/>
          <w:bCs/>
          <w:u w:val="single"/>
        </w:rPr>
        <w:t xml:space="preserve">resented</w:t>
      </w:r>
      <w:r>
        <w:rPr>
          <w:b/>
          <w:bCs/>
        </w:rPr>
        <w:t xml:space="preserve"> </w:t>
      </w:r>
      <w:r>
        <w:rPr>
          <w:b/>
          <w:bCs/>
        </w:rPr>
        <w:t xml:space="preserve">them.</w:t>
      </w:r>
      <w:r>
        <w:br/>
      </w:r>
      <w:r>
        <w:t xml:space="preserve">    (a) felt angry or unhappy about having to accept something not liked</w:t>
      </w:r>
      <w:r>
        <w:br/>
      </w:r>
      <w:r>
        <w:t xml:space="preserve">    (b) to break a close association between two organizations or people</w:t>
      </w:r>
      <w:r>
        <w:br/>
      </w:r>
      <w:r>
        <w:t xml:space="preserve">    (c) wandered from a direct or straight course -- especially verbally</w:t>
      </w:r>
    </w:p>
    <w:p>
      <w:pPr>
        <w:pStyle w:val="Compact"/>
        <w:numPr>
          <w:ilvl w:val="0"/>
          <w:numId w:val="1001"/>
        </w:numPr>
      </w:pPr>
      <w:r>
        <w:rPr>
          <w:b/>
          <w:bCs/>
        </w:rPr>
        <w:t xml:space="preserve">He found that people had a fear of being embarrassed or</w:t>
      </w:r>
      <w:r>
        <w:rPr>
          <w:b/>
          <w:bCs/>
        </w:rPr>
        <w:t xml:space="preserve"> </w:t>
      </w:r>
      <w:r>
        <w:rPr>
          <w:b/>
          <w:bCs/>
          <w:u w:val="single"/>
        </w:rPr>
        <w:t xml:space="preserve">humiliated</w:t>
      </w:r>
      <w:r>
        <w:rPr>
          <w:b/>
          <w:bCs/>
        </w:rPr>
        <w:t xml:space="preserve">, of being singled out for special attention.</w:t>
      </w:r>
      <w:r>
        <w:br/>
      </w:r>
      <w:r>
        <w:t xml:space="preserve">    (a) caused great mental or physical suffering</w:t>
      </w:r>
      <w:r>
        <w:br/>
      </w:r>
      <w:r>
        <w:t xml:space="preserve">    (b) extremely embarrassed (decreased dignity)</w:t>
      </w:r>
      <w:r>
        <w:br/>
      </w:r>
      <w:r>
        <w:t xml:space="preserve">    (c) not altered in an unnatural or untrue way</w:t>
      </w:r>
    </w:p>
    <w:p>
      <w:pPr>
        <w:pStyle w:val="Compact"/>
        <w:numPr>
          <w:ilvl w:val="0"/>
          <w:numId w:val="1001"/>
        </w:numPr>
      </w:pPr>
      <w:r>
        <w:rPr>
          <w:b/>
          <w:bCs/>
        </w:rPr>
        <w:t xml:space="preserve">But for a moment there, Jerry had seen his father acting the part of a physician—wise and professional and</w:t>
      </w:r>
      <w:r>
        <w:rPr>
          <w:b/>
          <w:bCs/>
        </w:rPr>
        <w:t xml:space="preserve"> </w:t>
      </w:r>
      <w:r>
        <w:rPr>
          <w:b/>
          <w:bCs/>
          <w:u w:val="single"/>
        </w:rPr>
        <w:t xml:space="preserve">compassionate</w:t>
      </w:r>
      <w:r>
        <w:rPr>
          <w:b/>
          <w:bCs/>
        </w:rPr>
        <w:t xml:space="preserve">.</w:t>
      </w:r>
      <w:r>
        <w:br/>
      </w:r>
      <w:r>
        <w:t xml:space="preserve">    (a) feeling or showing sympathy for another's suffering</w:t>
      </w:r>
      <w:r>
        <w:br/>
      </w:r>
      <w:r>
        <w:t xml:space="preserve">    (b) to support by providing money or other economic aid</w:t>
      </w:r>
      <w:r>
        <w:br/>
      </w:r>
      <w:r>
        <w:t xml:space="preserve">    (c) did not find a condition or substance to be present</w:t>
      </w:r>
    </w:p>
    <w:p>
      <w:pPr>
        <w:pStyle w:val="Compact"/>
        <w:numPr>
          <w:ilvl w:val="0"/>
          <w:numId w:val="1001"/>
        </w:numPr>
      </w:pPr>
      <w:r>
        <w:rPr>
          <w:b/>
          <w:bCs/>
        </w:rPr>
        <w:t xml:space="preserve">Leon accepted this small hint of</w:t>
      </w:r>
      <w:r>
        <w:rPr>
          <w:b/>
          <w:bCs/>
        </w:rPr>
        <w:t xml:space="preserve"> </w:t>
      </w:r>
      <w:r>
        <w:rPr>
          <w:b/>
          <w:bCs/>
          <w:u w:val="single"/>
        </w:rPr>
        <w:t xml:space="preserve">mockery</w:t>
      </w:r>
      <w:r>
        <w:rPr>
          <w:b/>
          <w:bCs/>
        </w:rPr>
        <w:t xml:space="preserve"> </w:t>
      </w:r>
      <w:r>
        <w:rPr>
          <w:b/>
          <w:bCs/>
        </w:rPr>
        <w:t xml:space="preserve">from Johnson because he was in such a good mood.</w:t>
      </w:r>
      <w:r>
        <w:br/>
      </w:r>
      <w:r>
        <w:t xml:space="preserve">    (a) small quantity or indication</w:t>
      </w:r>
      <w:r>
        <w:br/>
      </w:r>
      <w:r>
        <w:t xml:space="preserve">    (b) ridicule</w:t>
      </w:r>
      <w:r>
        <w:br/>
      </w:r>
      <w:r>
        <w:t xml:space="preserve">    (c) reason (for doing something)</w:t>
      </w:r>
    </w:p>
    <w:p>
      <w:pPr>
        <w:pStyle w:val="Compact"/>
        <w:numPr>
          <w:ilvl w:val="0"/>
          <w:numId w:val="1001"/>
        </w:numPr>
      </w:pPr>
      <w:r>
        <w:rPr>
          <w:b/>
          <w:bCs/>
        </w:rPr>
        <w:t xml:space="preserve">He swallowed, shaking his head in</w:t>
      </w:r>
      <w:r>
        <w:rPr>
          <w:b/>
          <w:bCs/>
        </w:rPr>
        <w:t xml:space="preserve"> </w:t>
      </w:r>
      <w:r>
        <w:rPr>
          <w:b/>
          <w:bCs/>
          <w:u w:val="single"/>
        </w:rPr>
        <w:t xml:space="preserve">mock</w:t>
      </w:r>
      <w:r>
        <w:rPr>
          <w:b/>
          <w:bCs/>
        </w:rPr>
        <w:t xml:space="preserve"> </w:t>
      </w:r>
      <w:r>
        <w:rPr>
          <w:b/>
          <w:bCs/>
        </w:rPr>
        <w:t xml:space="preserve">puzzlement.</w:t>
      </w:r>
      <w:r>
        <w:br/>
      </w:r>
      <w:r>
        <w:t xml:space="preserve">    (a) allowing</w:t>
      </w:r>
      <w:r>
        <w:br/>
      </w:r>
      <w:r>
        <w:t xml:space="preserve">    (b) pretend (not real)</w:t>
      </w:r>
      <w:r>
        <w:br/>
      </w:r>
      <w:r>
        <w:t xml:space="preserve">    (c) not real</w:t>
      </w:r>
    </w:p>
    <w:p>
      <w:pPr>
        <w:pStyle w:val="Compact"/>
        <w:numPr>
          <w:ilvl w:val="0"/>
          <w:numId w:val="1001"/>
        </w:numPr>
      </w:pPr>
      <w:r>
        <w:rPr>
          <w:b/>
          <w:bCs/>
        </w:rPr>
        <w:t xml:space="preserve">Brian shrugged, tabulating his own totals once more to be sure that Brother Leon wouldn't blame him for any</w:t>
      </w:r>
      <w:r>
        <w:rPr>
          <w:b/>
          <w:bCs/>
        </w:rPr>
        <w:t xml:space="preserve"> </w:t>
      </w:r>
      <w:r>
        <w:rPr>
          <w:b/>
          <w:bCs/>
          <w:u w:val="single"/>
        </w:rPr>
        <w:t xml:space="preserve">discrepancies</w:t>
      </w:r>
      <w:r>
        <w:rPr>
          <w:b/>
          <w:bCs/>
        </w:rPr>
        <w:t xml:space="preserve">.</w:t>
      </w:r>
      <w:r>
        <w:br/>
      </w:r>
      <w:r>
        <w:t xml:space="preserve">    (a) subtle, but fatal weaknesses where otherwise there is obvious strength</w:t>
      </w:r>
      <w:r>
        <w:br/>
      </w:r>
      <w:r>
        <w:t xml:space="preserve">    (b) people bound to serve another without pay -- such as a slaves or serfs</w:t>
      </w:r>
      <w:r>
        <w:br/>
      </w:r>
      <w:r>
        <w:t xml:space="preserve">    (c) disagreement -- especially an unexpected difference between two things</w:t>
      </w:r>
    </w:p>
    <w:p>
      <w:pPr>
        <w:pStyle w:val="Compact"/>
        <w:numPr>
          <w:ilvl w:val="0"/>
          <w:numId w:val="1001"/>
        </w:numPr>
      </w:pPr>
      <w:r>
        <w:rPr>
          <w:b/>
          <w:bCs/>
        </w:rPr>
        <w:t xml:space="preserve">Archie was at the doorway,</w:t>
      </w:r>
      <w:r>
        <w:rPr>
          <w:b/>
          <w:bCs/>
        </w:rPr>
        <w:t xml:space="preserve"> </w:t>
      </w:r>
      <w:r>
        <w:rPr>
          <w:b/>
          <w:bCs/>
          <w:u w:val="single"/>
        </w:rPr>
        <w:t xml:space="preserve">poised</w:t>
      </w:r>
      <w:r>
        <w:rPr>
          <w:b/>
          <w:bCs/>
        </w:rPr>
        <w:t xml:space="preserve"> </w:t>
      </w:r>
      <w:r>
        <w:rPr>
          <w:b/>
          <w:bCs/>
        </w:rPr>
        <w:t xml:space="preserve">to flee if Janza made a move.</w:t>
      </w:r>
      <w:r>
        <w:br/>
      </w:r>
      <w:r>
        <w:t xml:space="preserve">    (a) without a personal preference; or without any tendency to move in a particular direction</w:t>
      </w:r>
      <w:r>
        <w:br/>
      </w:r>
      <w:r>
        <w:t xml:space="preserve">    (b) removed or suppressed something considered obscene, immoral, or politically unacceptable</w:t>
      </w:r>
      <w:r>
        <w:br/>
      </w:r>
      <w:r>
        <w:t xml:space="preserve">    (c) prepared (ready)</w:t>
      </w:r>
    </w:p>
    <w:p>
      <w:pPr>
        <w:pStyle w:val="Compact"/>
        <w:numPr>
          <w:ilvl w:val="0"/>
          <w:numId w:val="1001"/>
        </w:numPr>
      </w:pPr>
      <w:r>
        <w:rPr>
          <w:b/>
          <w:bCs/>
        </w:rPr>
        <w:t xml:space="preserve">One of those exams where the wrong,</w:t>
      </w:r>
      <w:r>
        <w:rPr>
          <w:b/>
          <w:bCs/>
        </w:rPr>
        <w:t xml:space="preserve"> </w:t>
      </w:r>
      <w:r>
        <w:rPr>
          <w:b/>
          <w:bCs/>
          <w:u w:val="single"/>
        </w:rPr>
        <w:t xml:space="preserve">subtle</w:t>
      </w:r>
      <w:r>
        <w:rPr>
          <w:b/>
          <w:bCs/>
        </w:rPr>
        <w:t xml:space="preserve"> </w:t>
      </w:r>
      <w:r>
        <w:rPr>
          <w:b/>
          <w:bCs/>
        </w:rPr>
        <w:t xml:space="preserve">interpretation of the facts made the difference between pass and fail.</w:t>
      </w:r>
      <w:r>
        <w:br/>
      </w:r>
      <w:r>
        <w:t xml:space="preserve">    (a) difficult to understand (requiring finely tuned sensitivity and relevant knowledge)</w:t>
      </w:r>
      <w:r>
        <w:br/>
      </w:r>
      <w:r>
        <w:t xml:space="preserve">    (b) (adjective) of low quality, or of lower quality or rank than something else  OR  (more rarely as a noun) a person of lower rank or status</w:t>
      </w:r>
      <w:r>
        <w:br/>
      </w:r>
      <w:r>
        <w:t xml:space="preserve">    (c) of an organism in the early stages of development prior to birth, hatching, or sprouting  OR  of anything in an early stage of development</w:t>
      </w:r>
    </w:p>
    <w:p>
      <w:pPr>
        <w:pStyle w:val="Compact"/>
        <w:numPr>
          <w:ilvl w:val="0"/>
          <w:numId w:val="1001"/>
        </w:numPr>
      </w:pPr>
      <w:r>
        <w:rPr>
          <w:b/>
          <w:bCs/>
        </w:rPr>
        <w:t xml:space="preserve">Frowning, biting the pencil, he</w:t>
      </w:r>
      <w:r>
        <w:rPr>
          <w:b/>
          <w:bCs/>
        </w:rPr>
        <w:t xml:space="preserve"> </w:t>
      </w:r>
      <w:r>
        <w:rPr>
          <w:b/>
          <w:bCs/>
          <w:u w:val="single"/>
        </w:rPr>
        <w:t xml:space="preserve">pondered</w:t>
      </w:r>
      <w:r>
        <w:rPr>
          <w:b/>
          <w:bCs/>
        </w:rPr>
        <w:t xml:space="preserve"> </w:t>
      </w:r>
      <w:r>
        <w:rPr>
          <w:b/>
          <w:bCs/>
        </w:rPr>
        <w:t xml:space="preserve">the results of his arithmetic--sales were dropping at an alarming rate.</w:t>
      </w:r>
      <w:r>
        <w:br/>
      </w:r>
      <w:r>
        <w:t xml:space="preserve">    (a) not limited or without boundaries</w:t>
      </w:r>
      <w:r>
        <w:br/>
      </w:r>
      <w:r>
        <w:t xml:space="preserve">    (b) was overly unhappy and unsociable</w:t>
      </w:r>
      <w:r>
        <w:br/>
      </w:r>
      <w:r>
        <w:t xml:space="preserve">    (c) thought deeply or carefully about</w:t>
      </w:r>
    </w:p>
    <w:p>
      <w:pPr>
        <w:pStyle w:val="Compact"/>
        <w:numPr>
          <w:ilvl w:val="0"/>
          <w:numId w:val="1001"/>
        </w:numPr>
      </w:pPr>
      <w:r>
        <w:rPr>
          <w:b/>
          <w:bCs/>
        </w:rPr>
        <w:t xml:space="preserve">He thought</w:t>
      </w:r>
      <w:r>
        <w:rPr>
          <w:b/>
          <w:bCs/>
        </w:rPr>
        <w:t xml:space="preserve"> </w:t>
      </w:r>
      <w:r>
        <w:rPr>
          <w:b/>
          <w:bCs/>
          <w:u w:val="single"/>
        </w:rPr>
        <w:t xml:space="preserve">wistfully</w:t>
      </w:r>
      <w:r>
        <w:rPr>
          <w:b/>
          <w:bCs/>
        </w:rPr>
        <w:t xml:space="preserve"> </w:t>
      </w:r>
      <w:r>
        <w:rPr>
          <w:b/>
          <w:bCs/>
        </w:rPr>
        <w:t xml:space="preserve">of the guys out on the football field in the sweet fresh wind, tossing the ball around before practice began.</w:t>
      </w:r>
      <w:r>
        <w:br/>
      </w:r>
      <w:r>
        <w:t xml:space="preserve">    (a) following as a result of something</w:t>
      </w:r>
      <w:r>
        <w:br/>
      </w:r>
      <w:r>
        <w:t xml:space="preserve">    (b) in a manner that involves betrayal</w:t>
      </w:r>
      <w:r>
        <w:br/>
      </w:r>
      <w:r>
        <w:t xml:space="preserve">    (c) with longing or unfulfilled desire</w:t>
      </w:r>
    </w:p>
    <w:p>
      <w:pPr>
        <w:pStyle w:val="Compact"/>
        <w:numPr>
          <w:ilvl w:val="0"/>
          <w:numId w:val="1001"/>
        </w:numPr>
      </w:pPr>
      <w:r>
        <w:rPr>
          <w:b/>
          <w:bCs/>
        </w:rPr>
        <w:t xml:space="preserve">The</w:t>
      </w:r>
      <w:r>
        <w:rPr>
          <w:b/>
          <w:bCs/>
        </w:rPr>
        <w:t xml:space="preserve"> </w:t>
      </w:r>
      <w:r>
        <w:rPr>
          <w:b/>
          <w:bCs/>
          <w:u w:val="single"/>
        </w:rPr>
        <w:t xml:space="preserve">taunt</w:t>
      </w:r>
      <w:r>
        <w:rPr>
          <w:b/>
          <w:bCs/>
        </w:rPr>
        <w:t xml:space="preserve">, the beginning of the old cat-and-mouse game.</w:t>
      </w:r>
      <w:r>
        <w:br/>
      </w:r>
      <w:r>
        <w:t xml:space="preserve">    (a) American football:  a defensive maneuver to swiftly tackle the quarterback by pursuing him with one or more defenders who normally remain behind the line of scrimmage</w:t>
      </w:r>
      <w:r>
        <w:br/>
      </w:r>
      <w:r>
        <w:t xml:space="preserve">    (b) treat in a manner that demonstrates a sense of superiority, but is supposed to seem kind  OR  the actions of a patron (to support someone or something; or to be a customer)</w:t>
      </w:r>
      <w:r>
        <w:br/>
      </w:r>
      <w:r>
        <w:t xml:space="preserve">    (c) mean teasing (intentionally angering, challenging, or upsetting)</w:t>
      </w:r>
    </w:p>
    <w:p>
      <w:pPr>
        <w:pStyle w:val="Compact"/>
        <w:numPr>
          <w:ilvl w:val="0"/>
          <w:numId w:val="1001"/>
        </w:numPr>
      </w:pPr>
      <w:r>
        <w:rPr>
          <w:b/>
          <w:bCs/>
        </w:rPr>
        <w:t xml:space="preserve">"Kiss me," Janza said, puckering his lips</w:t>
      </w:r>
      <w:r>
        <w:rPr>
          <w:b/>
          <w:bCs/>
        </w:rPr>
        <w:t xml:space="preserve"> </w:t>
      </w:r>
      <w:r>
        <w:rPr>
          <w:b/>
          <w:bCs/>
          <w:u w:val="single"/>
        </w:rPr>
        <w:t xml:space="preserve">grotesquely</w:t>
      </w:r>
      <w:r>
        <w:rPr>
          <w:b/>
          <w:bCs/>
        </w:rPr>
        <w:t xml:space="preserve">.</w:t>
      </w:r>
      <w:r>
        <w:br/>
      </w:r>
      <w:r>
        <w:t xml:space="preserve">    (a) in a gross, distorted and unnatural way</w:t>
      </w:r>
      <w:r>
        <w:br/>
      </w:r>
      <w:r>
        <w:t xml:space="preserve">    (b) in a manner that uses a scale where each step is a multiple of the prior step rather than a fixed addition to it</w:t>
      </w:r>
      <w:r>
        <w:br/>
      </w:r>
      <w:r>
        <w:t xml:space="preserve">    (c) in a manner influenced by personal belief, feelings, or preferences (rather than being based purely upon fact)</w:t>
      </w:r>
    </w:p>
    <w:p>
      <w:pPr>
        <w:pStyle w:val="Compact"/>
        <w:numPr>
          <w:ilvl w:val="0"/>
          <w:numId w:val="1001"/>
        </w:numPr>
      </w:pPr>
      <w:r>
        <w:rPr>
          <w:b/>
          <w:bCs/>
        </w:rPr>
        <w:t xml:space="preserve">He had disguised the event as a football rally, strictly for students, without the</w:t>
      </w:r>
      <w:r>
        <w:rPr>
          <w:b/>
          <w:bCs/>
        </w:rPr>
        <w:t xml:space="preserve"> </w:t>
      </w:r>
      <w:r>
        <w:rPr>
          <w:b/>
          <w:bCs/>
          <w:u w:val="single"/>
        </w:rPr>
        <w:t xml:space="preserve">inhibition</w:t>
      </w:r>
      <w:r>
        <w:rPr>
          <w:b/>
          <w:bCs/>
        </w:rPr>
        <w:t xml:space="preserve"> </w:t>
      </w:r>
      <w:r>
        <w:rPr>
          <w:b/>
          <w:bCs/>
        </w:rPr>
        <w:t xml:space="preserve">of the teachers being present.</w:t>
      </w:r>
      <w:r>
        <w:br/>
      </w:r>
      <w:r>
        <w:t xml:space="preserve">    (a) male, female, or any of many trans categories</w:t>
      </w:r>
      <w:r>
        <w:br/>
      </w:r>
      <w:r>
        <w:t xml:space="preserve">    (b) an official charge (of having broken the law)</w:t>
      </w:r>
      <w:r>
        <w:br/>
      </w:r>
      <w:r>
        <w:t xml:space="preserve">    (c) restraint</w:t>
      </w:r>
    </w:p>
    <w:p>
      <w:pPr>
        <w:pStyle w:val="Compact"/>
        <w:numPr>
          <w:ilvl w:val="0"/>
          <w:numId w:val="1001"/>
        </w:numPr>
      </w:pPr>
      <w:r>
        <w:rPr>
          <w:b/>
          <w:bCs/>
        </w:rPr>
        <w:t xml:space="preserve">Now, surveying his handiwork, the crowded bleachers, the frantic comings and goings as the raffle tickets were bought and sold and the directions scrawled on the tickets, Archie</w:t>
      </w:r>
      <w:r>
        <w:rPr>
          <w:b/>
          <w:bCs/>
        </w:rPr>
        <w:t xml:space="preserve"> </w:t>
      </w:r>
      <w:r>
        <w:rPr>
          <w:b/>
          <w:bCs/>
          <w:u w:val="single"/>
        </w:rPr>
        <w:t xml:space="preserve">exulted</w:t>
      </w:r>
      <w:r>
        <w:rPr>
          <w:b/>
          <w:bCs/>
        </w:rPr>
        <w:t xml:space="preserve"> </w:t>
      </w:r>
      <w:r>
        <w:rPr>
          <w:b/>
          <w:bCs/>
        </w:rPr>
        <w:t xml:space="preserve">quietly.</w:t>
      </w:r>
      <w:r>
        <w:br/>
      </w:r>
      <w:r>
        <w:t xml:space="preserve">    (a) felt extreme happiness or satisfaction</w:t>
      </w:r>
      <w:r>
        <w:br/>
      </w:r>
      <w:r>
        <w:t xml:space="preserve">    (b) held together (connected or united) or wrapped</w:t>
      </w:r>
      <w:r>
        <w:br/>
      </w:r>
      <w:r>
        <w:t xml:space="preserve">    (c) considered (for affect on a result or outcome)</w:t>
      </w:r>
    </w:p>
    <w:p>
      <w:pPr>
        <w:pStyle w:val="Compact"/>
        <w:numPr>
          <w:ilvl w:val="0"/>
          <w:numId w:val="1001"/>
        </w:numPr>
      </w:pPr>
      <w:r>
        <w:rPr>
          <w:b/>
          <w:bCs/>
        </w:rPr>
        <w:t xml:space="preserve">I'm not giving up, Jerry had pledged, listening to Archie's</w:t>
      </w:r>
      <w:r>
        <w:rPr>
          <w:b/>
          <w:bCs/>
        </w:rPr>
        <w:t xml:space="preserve"> </w:t>
      </w:r>
      <w:r>
        <w:rPr>
          <w:b/>
          <w:bCs/>
          <w:u w:val="single"/>
        </w:rPr>
        <w:t xml:space="preserve">goading</w:t>
      </w:r>
      <w:r>
        <w:rPr>
          <w:b/>
          <w:bCs/>
        </w:rPr>
        <w:t xml:space="preserve"> </w:t>
      </w:r>
      <w:r>
        <w:rPr>
          <w:b/>
          <w:bCs/>
        </w:rPr>
        <w:t xml:space="preserve">voice.</w:t>
      </w:r>
      <w:r>
        <w:br/>
      </w:r>
      <w:r>
        <w:t xml:space="preserve">    (a) prodding or encouraging</w:t>
      </w:r>
      <w:r>
        <w:br/>
      </w:r>
      <w:r>
        <w:t xml:space="preserve">    (b) taking on or adopting</w:t>
      </w:r>
      <w:r>
        <w:br/>
      </w:r>
      <w:r>
        <w:t xml:space="preserve">    (c) suggesting indirectly</w:t>
      </w:r>
    </w:p>
    <w:p>
      <w:pPr>
        <w:pStyle w:val="Compact"/>
        <w:numPr>
          <w:ilvl w:val="0"/>
          <w:numId w:val="1001"/>
        </w:numPr>
      </w:pPr>
      <w:r>
        <w:rPr>
          <w:b/>
          <w:bCs/>
        </w:rPr>
        <w:t xml:space="preserve">He shook his head, quick vision-clearing shakings and</w:t>
      </w:r>
      <w:r>
        <w:rPr>
          <w:b/>
          <w:bCs/>
        </w:rPr>
        <w:t xml:space="preserve"> </w:t>
      </w:r>
      <w:r>
        <w:rPr>
          <w:b/>
          <w:bCs/>
          <w:u w:val="single"/>
        </w:rPr>
        <w:t xml:space="preserve">established</w:t>
      </w:r>
      <w:r>
        <w:rPr>
          <w:b/>
          <w:bCs/>
        </w:rPr>
        <w:t xml:space="preserve"> </w:t>
      </w:r>
      <w:r>
        <w:rPr>
          <w:b/>
          <w:bCs/>
        </w:rPr>
        <w:t xml:space="preserve">himself in the world once more.</w:t>
      </w:r>
      <w:r>
        <w:br/>
      </w:r>
      <w:r>
        <w:t xml:space="preserve">    (a) not having a relationship whereby a change in one thing helps predict a change in another</w:t>
      </w:r>
      <w:r>
        <w:br/>
      </w:r>
      <w:r>
        <w:t xml:space="preserve">    (b) persuaded someone to want something (often sex or love) by tempting with something desired</w:t>
      </w:r>
      <w:r>
        <w:br/>
      </w:r>
      <w:r>
        <w:t xml:space="preserve">    (c) settled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2026-07-31T16:53:12Z</dcterms:created>
  <dcterms:modified xsi:type="dcterms:W3CDTF">2026-07-31T16:53:12Z</dcterms:modified>
</cp:coreProperties>
</file>

<file path=docProps/custom.xml><?xml version="1.0" encoding="utf-8"?>
<Properties xmlns="http://schemas.openxmlformats.org/officeDocument/2006/custom-properties" xmlns:vt="http://schemas.openxmlformats.org/officeDocument/2006/docPropsVTypes"/>
</file>