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32de2b9d096d3dd22d83c9c29aea09ea6f03e0"/>
    <w:p>
      <w:pPr>
        <w:pStyle w:val="Heading1"/>
      </w:pPr>
      <w:r>
        <w:rPr>
          <w:b/>
          <w:bCs/>
        </w:rPr>
        <w:t xml:space="preserve">The Cherry Orchard</w:t>
      </w:r>
      <w:r>
        <w:br/>
      </w:r>
      <w:r>
        <w:rPr>
          <w:i/>
          <w:iCs/>
        </w:rPr>
        <w:t xml:space="preserve">Anton Chekhov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openly oppose</w:t>
      </w:r>
      <w:r>
        <w:br/>
      </w:r>
      <w:r>
        <w:t xml:space="preserve">    (b) successfully gain</w:t>
      </w:r>
      <w:r>
        <w:br/>
      </w:r>
      <w:r>
        <w:t xml:space="preserve">    (c) carefully describe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honest</w:t>
      </w:r>
      <w:r>
        <w:br/>
      </w:r>
      <w:r>
        <w:t xml:space="preserve">    (b) expert</w:t>
      </w:r>
      <w:r>
        <w:br/>
      </w:r>
      <w:r>
        <w:t xml:space="preserve">    (c) tactful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test results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conclusive</w:t>
      </w:r>
      <w:r>
        <w:rPr>
          <w:b/>
          <w:bCs/>
        </w:rPr>
        <w:t xml:space="preserve">, proving the medicine was effective.</w:t>
      </w:r>
      <w:r>
        <w:br/>
      </w:r>
      <w:r>
        <w:t xml:space="preserve">    (a) early (and uncertain)</w:t>
      </w:r>
      <w:r>
        <w:br/>
      </w:r>
      <w:r>
        <w:t xml:space="preserve">    (b) possible (but unproven)</w:t>
      </w:r>
      <w:r>
        <w:br/>
      </w:r>
      <w:r>
        <w:t xml:space="preserve">    (c) definite (leaving no doubt)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Creativity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.</w:t>
      </w:r>
      <w:r>
        <w:br/>
      </w:r>
      <w:r>
        <w:t xml:space="preserve">    (a) risky or dangerous</w:t>
      </w:r>
      <w:r>
        <w:br/>
      </w:r>
      <w:r>
        <w:t xml:space="preserve">    (b) useful</w:t>
      </w:r>
      <w:r>
        <w:br/>
      </w:r>
      <w:r>
        <w:t xml:space="preserve">    (c) developed or grown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attract</w:t>
      </w:r>
      <w:r>
        <w:br/>
      </w:r>
      <w:r>
        <w:t xml:space="preserve">    (b) lie to or mislead</w:t>
      </w:r>
      <w:r>
        <w:br/>
      </w:r>
      <w:r>
        <w:t xml:space="preserve">    (c) entertain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con artist used clever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deception</w:t>
      </w:r>
      <w:r>
        <w:rPr>
          <w:b/>
          <w:bCs/>
        </w:rPr>
        <w:t xml:space="preserve"> </w:t>
      </w:r>
      <w:r>
        <w:rPr>
          <w:b/>
          <w:bCs/>
        </w:rPr>
        <w:t xml:space="preserve">to trick wealthy investors.</w:t>
      </w:r>
      <w:r>
        <w:br/>
      </w:r>
      <w:r>
        <w:t xml:space="preserve">    (a) kindness</w:t>
      </w:r>
      <w:r>
        <w:br/>
      </w:r>
      <w:r>
        <w:t xml:space="preserve">    (b) praise</w:t>
      </w:r>
      <w:r>
        <w:br/>
      </w:r>
      <w:r>
        <w:t xml:space="preserve">    (c) trickery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law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emancipated</w:t>
      </w:r>
      <w:r>
        <w:rPr>
          <w:b/>
          <w:bCs/>
        </w:rPr>
        <w:t xml:space="preserve"> </w:t>
      </w:r>
      <w:r>
        <w:rPr>
          <w:b/>
          <w:bCs/>
        </w:rPr>
        <w:t xml:space="preserve">thousands of laborers from forced servitude.</w:t>
      </w:r>
      <w:r>
        <w:br/>
      </w:r>
      <w:r>
        <w:t xml:space="preserve">    (a) freed from bondage</w:t>
      </w:r>
      <w:r>
        <w:br/>
      </w:r>
      <w:r>
        <w:t xml:space="preserve">    (b) trained as servants</w:t>
      </w:r>
      <w:r>
        <w:br/>
      </w:r>
      <w:r>
        <w:t xml:space="preserve">    (c) punished harshly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her behavior does not improve, she could face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expulsion</w:t>
      </w:r>
      <w:r>
        <w:rPr>
          <w:b/>
          <w:bCs/>
        </w:rPr>
        <w:t xml:space="preserve"> </w:t>
      </w:r>
      <w:r>
        <w:rPr>
          <w:b/>
          <w:bCs/>
        </w:rPr>
        <w:t xml:space="preserve">from school.</w:t>
      </w:r>
      <w:r>
        <w:br/>
      </w:r>
      <w:r>
        <w:t xml:space="preserve">    (a) serious punishment</w:t>
      </w:r>
      <w:r>
        <w:br/>
      </w:r>
      <w:r>
        <w:t xml:space="preserve">    (b) being forcing to leave</w:t>
      </w:r>
      <w:r>
        <w:br/>
      </w:r>
      <w:r>
        <w:t xml:space="preserve">    (c) having to repeat a grade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night sky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</w:t>
      </w:r>
      <w:r>
        <w:rPr>
          <w:b/>
          <w:bCs/>
        </w:rPr>
        <w:t xml:space="preserve"> </w:t>
      </w:r>
      <w:r>
        <w:rPr>
          <w:b/>
          <w:bCs/>
        </w:rPr>
        <w:t xml:space="preserve">as we gazed at countless stars.</w:t>
      </w:r>
      <w:r>
        <w:br/>
      </w:r>
      <w:r>
        <w:t xml:space="preserve">    (a) silent</w:t>
      </w:r>
      <w:r>
        <w:br/>
      </w:r>
      <w:r>
        <w:t xml:space="preserve">    (b) blurry</w:t>
      </w:r>
      <w:r>
        <w:br/>
      </w:r>
      <w:r>
        <w:t xml:space="preserve">    (c) endless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story</w:t>
      </w:r>
      <w:r>
        <w:br/>
      </w:r>
      <w:r>
        <w:t xml:space="preserve">    (b) statement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site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mortgage</w:t>
      </w:r>
      <w:r>
        <w:rPr>
          <w:b/>
          <w:bCs/>
        </w:rPr>
        <w:t xml:space="preserve"> </w:t>
      </w:r>
      <w:r>
        <w:rPr>
          <w:b/>
          <w:bCs/>
        </w:rPr>
        <w:t xml:space="preserve">payment calculator that calculates the loan payment based on the interest rate and length of the loan.</w:t>
      </w:r>
      <w:r>
        <w:br/>
      </w:r>
      <w:r>
        <w:t xml:space="preserve">    (a) unsecured loan</w:t>
      </w:r>
      <w:r>
        <w:br/>
      </w:r>
      <w:r>
        <w:t xml:space="preserve">    (b) real estate loan</w:t>
      </w:r>
      <w:r>
        <w:br/>
      </w:r>
      <w:r>
        <w:t xml:space="preserve">    (c) credit card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artist's studio was filled with brushes, paints, canvases, and other creative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paraphernalia</w:t>
      </w:r>
      <w:r>
        <w:rPr>
          <w:b/>
          <w:bCs/>
        </w:rPr>
        <w:t xml:space="preserve">.</w:t>
      </w:r>
      <w:r>
        <w:br/>
      </w:r>
      <w:r>
        <w:t xml:space="preserve">    (a) items that need to be kept indoors</w:t>
      </w:r>
      <w:r>
        <w:br/>
      </w:r>
      <w:r>
        <w:t xml:space="preserve">    (b) items that accompany a given activity</w:t>
      </w:r>
      <w:r>
        <w:br/>
      </w:r>
      <w:r>
        <w:t xml:space="preserve">    (c) items that are hard to obtain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1932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revolt in Su County, China stopped collection of the poppy tax.</w:t>
      </w:r>
      <w:r>
        <w:br/>
      </w:r>
      <w:r>
        <w:t xml:space="preserve">    (a) young person</w:t>
      </w:r>
      <w:r>
        <w:br/>
      </w:r>
      <w:r>
        <w:t xml:space="preserve">    (b) city dweller</w:t>
      </w:r>
      <w:r>
        <w:br/>
      </w:r>
      <w:r>
        <w:t xml:space="preserve">    (c) poor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record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petty</w:t>
      </w:r>
      <w:r>
        <w:rPr>
          <w:b/>
          <w:bCs/>
        </w:rPr>
        <w:t xml:space="preserve"> </w:t>
      </w:r>
      <w:r>
        <w:rPr>
          <w:b/>
          <w:bCs/>
        </w:rPr>
        <w:t xml:space="preserve">theft.</w:t>
      </w:r>
      <w:r>
        <w:br/>
      </w:r>
      <w:r>
        <w:t xml:space="preserve">    (a) small (less important)</w:t>
      </w:r>
      <w:r>
        <w:br/>
      </w:r>
      <w:r>
        <w:t xml:space="preserve">    (b) important or severe</w:t>
      </w:r>
      <w:r>
        <w:br/>
      </w:r>
      <w:r>
        <w:t xml:space="preserve">    (c) extreme (intense)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 </w:t>
      </w:r>
      <w:r>
        <w:rPr>
          <w:b/>
          <w:bCs/>
        </w:rPr>
        <w:t xml:space="preserve">yourself for things beyond your control.</w:t>
      </w:r>
      <w:r>
        <w:br/>
      </w:r>
      <w:r>
        <w:t xml:space="preserve">    (a) accept honor for</w:t>
      </w:r>
      <w:r>
        <w:br/>
      </w:r>
      <w:r>
        <w:t xml:space="preserve">    (b) criticize</w:t>
      </w:r>
      <w:r>
        <w:br/>
      </w:r>
      <w:r>
        <w:t xml:space="preserve">    (c) congratulate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About 10% of Americans between the ages of 65 and 75 suffer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senility</w:t>
      </w:r>
      <w:r>
        <w:rPr>
          <w:b/>
          <w:bCs/>
        </w:rPr>
        <w:t xml:space="preserve">.</w:t>
      </w:r>
      <w:r>
        <w:br/>
      </w:r>
      <w:r>
        <w:t xml:space="preserve">    (a) a poor sense of smell</w:t>
      </w:r>
      <w:r>
        <w:br/>
      </w:r>
      <w:r>
        <w:t xml:space="preserve">    (b) mental weakness caused by old age</w:t>
      </w:r>
      <w:r>
        <w:br/>
      </w:r>
      <w:r>
        <w:t xml:space="preserve">    (c) loneliness most days of the week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serf</w:t>
      </w:r>
      <w:r>
        <w:rPr>
          <w:b/>
          <w:bCs/>
        </w:rPr>
        <w:t xml:space="preserve"> </w:t>
      </w:r>
      <w:r>
        <w:rPr>
          <w:b/>
          <w:bCs/>
        </w:rPr>
        <w:t xml:space="preserve">worked the lord's fields from dawn until dusk for little reward.</w:t>
      </w:r>
      <w:r>
        <w:br/>
      </w:r>
      <w:r>
        <w:t xml:space="preserve">    (a) bound peasant</w:t>
      </w:r>
      <w:r>
        <w:br/>
      </w:r>
      <w:r>
        <w:t xml:space="preserve">    (b) trained knight</w:t>
      </w:r>
      <w:r>
        <w:br/>
      </w:r>
      <w:r>
        <w:t xml:space="preserve">    (c) wandering hermit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Landscaping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strenuous</w:t>
      </w:r>
      <w:r>
        <w:rPr>
          <w:b/>
          <w:bCs/>
        </w:rPr>
        <w:t xml:space="preserve"> </w:t>
      </w:r>
      <w:r>
        <w:rPr>
          <w:b/>
          <w:bCs/>
        </w:rPr>
        <w:t xml:space="preserve">work in the Texas summer.</w:t>
      </w:r>
      <w:r>
        <w:br/>
      </w:r>
      <w:r>
        <w:t xml:space="preserve">    (a) hot</w:t>
      </w:r>
      <w:r>
        <w:br/>
      </w:r>
      <w:r>
        <w:t xml:space="preserve">    (b) difficult</w:t>
      </w:r>
      <w:r>
        <w:br/>
      </w:r>
      <w:r>
        <w:t xml:space="preserve">    (c) dangerous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means well, but she lacks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</w:t>
      </w:r>
      <w:r>
        <w:rPr>
          <w:b/>
          <w:bCs/>
        </w:rPr>
        <w:t xml:space="preserve">.</w:t>
      </w:r>
      <w:r>
        <w:br/>
      </w:r>
      <w:r>
        <w:t xml:space="preserve">    (a) sensitivity</w:t>
      </w:r>
      <w:r>
        <w:br/>
      </w:r>
      <w:r>
        <w:t xml:space="preserve">    (b) a plan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vulgar</w:t>
      </w:r>
      <w:r>
        <w:rPr>
          <w:b/>
          <w:bCs/>
        </w:rPr>
        <w:t xml:space="preserve"> </w:t>
      </w:r>
      <w:r>
        <w:rPr>
          <w:b/>
          <w:bCs/>
        </w:rPr>
        <w:t xml:space="preserve">jokes embarrassed everyone at the formal dinner party.</w:t>
      </w:r>
      <w:r>
        <w:br/>
      </w:r>
      <w:r>
        <w:t xml:space="preserve">    (a) clever</w:t>
      </w:r>
      <w:r>
        <w:br/>
      </w:r>
      <w:r>
        <w:t xml:space="preserve">    (b) crude</w:t>
      </w:r>
      <w:r>
        <w:br/>
      </w:r>
      <w:r>
        <w:t xml:space="preserve">    (c) stale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2026-07-31T15:10:11Z</dcterms:created>
  <dcterms:modified xsi:type="dcterms:W3CDTF">2026-07-31T15:10:11Z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