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cde9f8b74c9b95c1b895280f3bf7dbbcba9d6f"/>
    <w:p>
      <w:pPr>
        <w:pStyle w:val="Heading1"/>
      </w:pPr>
      <w:r>
        <w:rPr>
          <w:b/>
          <w:bCs/>
        </w:rPr>
        <w:t xml:space="preserve">The Cherry Orchard</w:t>
      </w:r>
      <w:r>
        <w:br/>
      </w:r>
      <w:r>
        <w:rPr>
          <w:i/>
          <w:iCs/>
        </w:rPr>
        <w:t xml:space="preserve">Anton Chekhov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calm and thoughtful</w:t>
      </w:r>
      <w:r>
        <w:br/>
      </w:r>
      <w:r>
        <w:t xml:space="preserve">    (b) gloomy (sad)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spoke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soft</w:t>
      </w:r>
      <w:r>
        <w:br/>
      </w:r>
      <w:r>
        <w:t xml:space="preserve">    (b) silly</w:t>
      </w:r>
      <w:r>
        <w:br/>
      </w:r>
      <w:r>
        <w:t xml:space="preserve">    (c) enthusiastic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vicious cycle in which worry leads to decreased spending and decreased spending leads to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saving</w:t>
      </w:r>
      <w:r>
        <w:br/>
      </w:r>
      <w:r>
        <w:t xml:space="preserve">    (b) worry</w:t>
      </w:r>
      <w:r>
        <w:br/>
      </w:r>
      <w:r>
        <w:t xml:space="preserve">    (c) 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Apparently</w:t>
      </w:r>
      <w:r>
        <w:rPr>
          <w:b/>
          <w:bCs/>
        </w:rPr>
        <w:t xml:space="preserve">, she was upset.</w:t>
      </w:r>
      <w:r>
        <w:br/>
      </w:r>
      <w:r>
        <w:t xml:space="preserve">    (a) it appears that</w:t>
      </w:r>
      <w:r>
        <w:br/>
      </w:r>
      <w:r>
        <w:t xml:space="preserve">    (b) as a parent</w:t>
      </w:r>
      <w:r>
        <w:br/>
      </w:r>
      <w:r>
        <w:t xml:space="preserve">    (c) at that moment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 </w:t>
      </w:r>
      <w:r>
        <w:rPr>
          <w:b/>
          <w:bCs/>
        </w:rPr>
        <w:t xml:space="preserve">for young children.</w:t>
      </w:r>
      <w:r>
        <w:br/>
      </w:r>
      <w:r>
        <w:t xml:space="preserve">    (a) funny</w:t>
      </w:r>
      <w:r>
        <w:br/>
      </w:r>
      <w:r>
        <w:t xml:space="preserve">    (b) good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quiet; our breathing was the only 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room.</w:t>
      </w:r>
      <w:r>
        <w:br/>
      </w:r>
      <w:r>
        <w:t xml:space="preserve">    (a) that was comforting</w:t>
      </w:r>
      <w:r>
        <w:br/>
      </w:r>
      <w:r>
        <w:t xml:space="preserve">    (b) capable of being heard</w:t>
      </w:r>
      <w:r>
        <w:br/>
      </w:r>
      <w:r>
        <w:t xml:space="preserve">    (c) making too much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stop</w:t>
      </w:r>
      <w:r>
        <w:br/>
      </w:r>
      <w:r>
        <w:t xml:space="preserve">    (b) permit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regard respectfully</w:t>
      </w:r>
      <w:r>
        <w:br/>
      </w:r>
      <w:r>
        <w:t xml:space="preserve">    (b) fully understand</w:t>
      </w:r>
      <w:r>
        <w:br/>
      </w:r>
      <w:r>
        <w:t xml:space="preserve">    (c) respond adequately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descended</w:t>
      </w:r>
      <w:r>
        <w:rPr>
          <w:b/>
          <w:bCs/>
        </w:rPr>
        <w:t xml:space="preserve"> </w:t>
      </w:r>
      <w:r>
        <w:rPr>
          <w:b/>
          <w:bCs/>
        </w:rPr>
        <w:t xml:space="preserve">from Armenian immigrants.</w:t>
      </w:r>
      <w:r>
        <w:br/>
      </w:r>
      <w:r>
        <w:t xml:space="preserve">    (a) disputed with (disagreed with)</w:t>
      </w:r>
      <w:r>
        <w:br/>
      </w:r>
      <w:r>
        <w:t xml:space="preserve">    (b) came from (had as ancestors)</w:t>
      </w:r>
      <w:r>
        <w:br/>
      </w:r>
      <w:r>
        <w:t xml:space="preserve">    (c) accompanied (traveled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hopelessness</w:t>
      </w:r>
      <w:r>
        <w:br/>
      </w:r>
      <w:r>
        <w:t xml:space="preserve">    (b) poverty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asked</w:t>
      </w:r>
      <w:r>
        <w:br/>
      </w:r>
      <w:r>
        <w:t xml:space="preserve">    (b) understood</w:t>
      </w:r>
      <w:r>
        <w:br/>
      </w:r>
      <w:r>
        <w:t xml:space="preserve">    (c) ordered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 </w:t>
      </w:r>
      <w:r>
        <w:rPr>
          <w:b/>
          <w:bCs/>
        </w:rPr>
        <w:t xml:space="preserve">brain networks guide our judgments.</w:t>
      </w:r>
      <w:r>
        <w:br/>
      </w:r>
      <w:r>
        <w:t xml:space="preserve">    (a) different</w:t>
      </w:r>
      <w:r>
        <w:br/>
      </w:r>
      <w:r>
        <w:t xml:space="preserve">    (b) similar</w:t>
      </w:r>
      <w:r>
        <w:br/>
      </w:r>
      <w:r>
        <w:t xml:space="preserve">    (c) identical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threatened</w:t>
      </w:r>
      <w:r>
        <w:br/>
      </w:r>
      <w:r>
        <w:t xml:space="preserve">    (b) bribed (with gifts)</w:t>
      </w:r>
      <w:r>
        <w:br/>
      </w:r>
      <w:r>
        <w:t xml:space="preserve">    (c) asked earnestly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without interest</w:t>
      </w:r>
      <w:r>
        <w:br/>
      </w:r>
      <w:r>
        <w:t xml:space="preserve">    (b) with fear</w:t>
      </w:r>
      <w:r>
        <w:br/>
      </w:r>
      <w:r>
        <w:t xml:space="preserve">    (c) with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insistent</w:t>
      </w:r>
      <w:r>
        <w:rPr>
          <w:b/>
          <w:bCs/>
        </w:rPr>
        <w:t xml:space="preserve"> </w:t>
      </w:r>
      <w:r>
        <w:rPr>
          <w:b/>
          <w:bCs/>
        </w:rPr>
        <w:t xml:space="preserve">request for more time on the project.</w:t>
      </w:r>
      <w:r>
        <w:br/>
      </w:r>
      <w:r>
        <w:t xml:space="preserve">    (a) shy and hesitant</w:t>
      </w:r>
      <w:r>
        <w:br/>
      </w:r>
      <w:r>
        <w:t xml:space="preserve">    (b) unclear and brief</w:t>
      </w:r>
      <w:r>
        <w:br/>
      </w:r>
      <w:r>
        <w:t xml:space="preserve">    (c) firmly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mystic</w:t>
      </w:r>
      <w:r>
        <w:rPr>
          <w:b/>
          <w:bCs/>
        </w:rPr>
        <w:t xml:space="preserve"> </w:t>
      </w:r>
      <w:r>
        <w:rPr>
          <w:b/>
          <w:bCs/>
        </w:rPr>
        <w:t xml:space="preserve">spent years in a remote cave seeking spiritual insight.</w:t>
      </w:r>
      <w:r>
        <w:br/>
      </w:r>
      <w:r>
        <w:t xml:space="preserve">    (a) trained warrior</w:t>
      </w:r>
      <w:r>
        <w:br/>
      </w:r>
      <w:r>
        <w:t xml:space="preserve">    (b) wealthy merchant</w:t>
      </w:r>
      <w:r>
        <w:br/>
      </w:r>
      <w:r>
        <w:t xml:space="preserve">    (c) spiritual seeker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Nietzsche</w:t>
      </w:r>
      <w:r>
        <w:rPr>
          <w:b/>
          <w:bCs/>
        </w:rPr>
        <w:t xml:space="preserve"> </w:t>
      </w:r>
      <w:r>
        <w:rPr>
          <w:b/>
          <w:bCs/>
        </w:rPr>
        <w:t xml:space="preserve">is remembered for saying, "God is dead."</w:t>
      </w:r>
      <w:r>
        <w:br/>
      </w:r>
      <w:r>
        <w:t xml:space="preserve">    (a) name between 1924 &amp; 1991 for Saint Petersburg -- the 2nd largest city in Russia</w:t>
      </w:r>
      <w:r>
        <w:br/>
      </w:r>
      <w:r>
        <w:t xml:space="preserve">    (b) influential German philosopher remembered for his rejection of Christian values</w:t>
      </w:r>
      <w:r>
        <w:br/>
      </w:r>
      <w:r>
        <w:t xml:space="preserve">    (c) sharing of bread and wine to remember Jesus' death (also called Holy Communion)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Pledge of Allegiance.</w:t>
      </w:r>
      <w:r>
        <w:br/>
      </w:r>
      <w:r>
        <w:t xml:space="preserve">    (a) said aloud</w:t>
      </w:r>
      <w:r>
        <w:br/>
      </w:r>
      <w:r>
        <w:t xml:space="preserve">    (b) memorized</w:t>
      </w:r>
      <w:r>
        <w:br/>
      </w:r>
      <w:r>
        <w:t xml:space="preserve">    (c) listened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been a terrible season, but the team has a shot 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if they can beat their cross-town rival.</w:t>
      </w:r>
      <w:r>
        <w:br/>
      </w:r>
      <w:r>
        <w:t xml:space="preserve">    (a) earning a good report</w:t>
      </w:r>
      <w:r>
        <w:br/>
      </w:r>
      <w:r>
        <w:t xml:space="preserve">    (b) preventing disaster</w:t>
      </w:r>
      <w:r>
        <w:br/>
      </w:r>
      <w:r>
        <w:t xml:space="preserve">    (c) making up for bad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vexing</w:t>
      </w:r>
      <w:r>
        <w:rPr>
          <w:b/>
          <w:bCs/>
        </w:rPr>
        <w:t xml:space="preserve"> </w:t>
      </w:r>
      <w:r>
        <w:rPr>
          <w:b/>
          <w:bCs/>
        </w:rPr>
        <w:t xml:space="preserve">puzzle kept her up late into the night.</w:t>
      </w:r>
      <w:r>
        <w:br/>
      </w:r>
      <w:r>
        <w:t xml:space="preserve">    (a) soothing</w:t>
      </w:r>
      <w:r>
        <w:br/>
      </w:r>
      <w:r>
        <w:t xml:space="preserve">    (b) amusing</w:t>
      </w:r>
      <w:r>
        <w:br/>
      </w:r>
      <w:r>
        <w:t xml:space="preserve">    (c) annoying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2026-07-31T15:10:12Z</dcterms:created>
  <dcterms:modified xsi:type="dcterms:W3CDTF">2026-07-31T15:10:12Z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