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cfa8fc20f2f5220b45d8e0ea6121d08f3a7eb5"/>
    <w:p>
      <w:pPr>
        <w:pStyle w:val="Heading1"/>
      </w:pPr>
      <w:r>
        <w:rPr>
          <w:b/>
          <w:bCs/>
        </w:rPr>
        <w:t xml:space="preserve">The Cherry Orchard</w:t>
      </w:r>
      <w:r>
        <w:br/>
      </w:r>
      <w:r>
        <w:rPr>
          <w:i/>
          <w:iCs/>
        </w:rPr>
        <w:t xml:space="preserve">Anton Chekhov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father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serf</w:t>
      </w:r>
      <w:r>
        <w:rPr>
          <w:b/>
          <w:bCs/>
        </w:rPr>
        <w:t xml:space="preserve"> </w:t>
      </w:r>
      <w:r>
        <w:rPr>
          <w:b/>
          <w:bCs/>
        </w:rPr>
        <w:t xml:space="preserve">of your grandfather and your own father, but you—you more than anybody else—did so much for me once upon a time that I've forgotten everything and love you as if you belonged to my family ...and even more.</w:t>
      </w:r>
      <w:r>
        <w:br/>
      </w:r>
      <w:r>
        <w:t xml:space="preserve">    (a) a person who uses seemingly believable, but invalid arguments that display ingenuity in reasoning</w:t>
      </w:r>
      <w:r>
        <w:br/>
      </w:r>
      <w:r>
        <w:t xml:space="preserve">    (b) a person who tries to flatter or please someone in authority in order to gain personal advantage</w:t>
      </w:r>
      <w:r>
        <w:br/>
      </w:r>
      <w:r>
        <w:t xml:space="preserve">    (c) Middle Ages Europe:  a person who is bound to the land and owned with the land by the feudal lord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he'll begin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</w:t>
      </w:r>
      <w:r>
        <w:rPr>
          <w:b/>
          <w:bCs/>
        </w:rPr>
        <w:t xml:space="preserve"> </w:t>
      </w:r>
      <w:r>
        <w:rPr>
          <w:b/>
          <w:bCs/>
        </w:rPr>
        <w:t xml:space="preserve">his patch of land, and then your cherry orchard will be happy, rich, splendid.</w:t>
      </w:r>
      <w:r>
        <w:br/>
      </w:r>
      <w:r>
        <w:t xml:space="preserve">    (a) make land suitable for growing plants</w:t>
      </w:r>
      <w:r>
        <w:br/>
      </w:r>
      <w:r>
        <w:t xml:space="preserve">    (b) return to an undesirable previous condition</w:t>
      </w:r>
      <w:r>
        <w:br/>
      </w:r>
      <w:r>
        <w:t xml:space="preserve">    (c) cancel or annul a formal ruling or contract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VARYA. He's been mumbling away for three years. We're used to that.</w:t>
      </w:r>
      <w:r>
        <w:br/>
      </w:r>
      <w:r>
        <w:rPr>
          <w:b/>
          <w:bCs/>
        </w:rPr>
        <w:t xml:space="preserve">YASHA.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Senile</w:t>
      </w:r>
      <w:r>
        <w:rPr>
          <w:b/>
          <w:bCs/>
        </w:rPr>
        <w:t xml:space="preserve"> </w:t>
      </w:r>
      <w:r>
        <w:rPr>
          <w:b/>
          <w:bCs/>
        </w:rPr>
        <w:t xml:space="preserve">decay.</w:t>
      </w:r>
      <w:r>
        <w:br/>
      </w:r>
      <w:r>
        <w:t xml:space="preserve">    (a) mental weakness caused by old age; or describing a medical condition as caused by old age</w:t>
      </w:r>
      <w:r>
        <w:br/>
      </w:r>
      <w:r>
        <w:t xml:space="preserve">    (b) in the dark (figuratively) due to a lack of knowledge, advantages, or moral understanding</w:t>
      </w:r>
      <w:r>
        <w:br/>
      </w:r>
      <w:r>
        <w:t xml:space="preserve">    (c) relating to a government, country, or ruling family of a country ruled by a king of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Two hundred and forty roubles ... to pay the interest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mortgage</w:t>
      </w:r>
      <w:r>
        <w:rPr>
          <w:b/>
          <w:bCs/>
        </w:rPr>
        <w:t xml:space="preserve">.</w:t>
      </w:r>
      <w:r>
        <w:br/>
      </w:r>
      <w:r>
        <w:t xml:space="preserve">    (a) a real estate loan; or pledging something for a loan</w:t>
      </w:r>
      <w:r>
        <w:br/>
      </w:r>
      <w:r>
        <w:t xml:space="preserve">    (b) to concentrate, look at; or the act of concentration</w:t>
      </w:r>
      <w:r>
        <w:br/>
      </w:r>
      <w:r>
        <w:t xml:space="preserve">    (c) enter another's property without right or permission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</w:t>
      </w:r>
      <w:r>
        <w:rPr>
          <w:b/>
          <w:bCs/>
          <w:u w:val="single"/>
        </w:rPr>
        <w:t xml:space="preserve">Reproachfully</w:t>
      </w:r>
      <w:r>
        <w:rPr>
          <w:b/>
          <w:bCs/>
        </w:rPr>
        <w:t xml:space="preserve">] Leonid Andreyevitch, don't you fear God</w:t>
      </w:r>
      <w:r>
        <w:br/>
      </w:r>
      <w:r>
        <w:t xml:space="preserve">    (a) in a manner that criticizes</w:t>
      </w:r>
      <w:r>
        <w:br/>
      </w:r>
      <w:r>
        <w:t xml:space="preserve">    (b) in a strongly biased manner</w:t>
      </w:r>
      <w:r>
        <w:br/>
      </w:r>
      <w:r>
        <w:t xml:space="preserve">    (c) in a manner that challenges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already getting ready to marry me before your father was born....[Laughs] And when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Emancipation</w:t>
      </w:r>
      <w:r>
        <w:rPr>
          <w:b/>
          <w:bCs/>
        </w:rPr>
        <w:t xml:space="preserve"> </w:t>
      </w:r>
      <w:r>
        <w:rPr>
          <w:b/>
          <w:bCs/>
        </w:rPr>
        <w:t xml:space="preserve">came I was already first valet.</w:t>
      </w:r>
      <w:r>
        <w:br/>
      </w:r>
      <w:r>
        <w:t xml:space="preserve">    (a) a sexually transmitted disease that, if treated early, can be completely cured with antibiotics</w:t>
      </w:r>
      <w:r>
        <w:br/>
      </w:r>
      <w:r>
        <w:t xml:space="preserve">    (b) the act of being released from slavery or servitude; or (metaphorically) from social restraints</w:t>
      </w:r>
      <w:r>
        <w:br/>
      </w:r>
      <w:r>
        <w:t xml:space="preserve">    (c) "spiritually renew" in a Christian ceremony  OR  initiate or purify by a challenging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Everything that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unattainable</w:t>
      </w:r>
      <w:r>
        <w:rPr>
          <w:b/>
          <w:bCs/>
        </w:rPr>
        <w:t xml:space="preserve"> </w:t>
      </w:r>
      <w:r>
        <w:rPr>
          <w:b/>
          <w:bCs/>
        </w:rPr>
        <w:t xml:space="preserve">now will some day be near at hand and comprehensible, but we must work, we must help with all our strength those who seek to know what fate will bring.</w:t>
      </w:r>
      <w:r>
        <w:br/>
      </w:r>
      <w:r>
        <w:t xml:space="preserve">    (a) the state or degree of agreeing or approving</w:t>
      </w:r>
      <w:r>
        <w:br/>
      </w:r>
      <w:r>
        <w:t xml:space="preserve">    (b) not able to be gained or reached with effort</w:t>
      </w:r>
      <w:r>
        <w:br/>
      </w:r>
      <w:r>
        <w:t xml:space="preserve">    (c) exceedingly important, serious, or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treat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peasants</w:t>
      </w:r>
      <w:r>
        <w:rPr>
          <w:b/>
          <w:bCs/>
        </w:rPr>
        <w:t xml:space="preserve"> </w:t>
      </w:r>
      <w:r>
        <w:rPr>
          <w:b/>
          <w:bCs/>
        </w:rPr>
        <w:t xml:space="preserve">like animals</w:t>
      </w:r>
      <w:r>
        <w:br/>
      </w:r>
      <w:r>
        <w:t xml:space="preserve">    (a) organisms in the early stages of growth prior to birth, hatching, or sprouting; in humans organisms during the first eight weeks of development (prior to the fetal stage)</w:t>
      </w:r>
      <w:r>
        <w:br/>
      </w:r>
      <w:r>
        <w:t xml:space="preserve">    (b) members of an artistic movement pioneered by Pablo Picasso and Georges Braque that featured surfaces of geometrical planes to depict three-dimensional organic forms</w:t>
      </w:r>
      <w:r>
        <w:br/>
      </w:r>
      <w:r>
        <w:t xml:space="preserve">    (c) used historically or possibly in relation to a very poor country:  people of low income, education, and social 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Sometimes, when I can't sleep, I think: "Oh Lord, you've given us huge forests,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</w:t>
      </w:r>
      <w:r>
        <w:rPr>
          <w:b/>
          <w:bCs/>
        </w:rPr>
        <w:t xml:space="preserve"> </w:t>
      </w:r>
      <w:r>
        <w:rPr>
          <w:b/>
          <w:bCs/>
        </w:rPr>
        <w:t xml:space="preserve">fields, and endless horizons, and we, living here, ought really to be giants."</w:t>
      </w:r>
      <w:r>
        <w:br/>
      </w:r>
      <w:r>
        <w:t xml:space="preserve">    (a) unlimited; without boundaries; or too numerous to count</w:t>
      </w:r>
      <w:r>
        <w:br/>
      </w:r>
      <w:r>
        <w:t xml:space="preserve">    (b) the characteristic of bouncing back light/heat/sound...</w:t>
      </w:r>
      <w:r>
        <w:br/>
      </w:r>
      <w:r>
        <w:t xml:space="preserve">    (c) power or responsibility that can be taken on or adopted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escape all the petty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deceptive</w:t>
      </w:r>
      <w:r>
        <w:rPr>
          <w:b/>
          <w:bCs/>
        </w:rPr>
        <w:t xml:space="preserve"> </w:t>
      </w:r>
      <w:r>
        <w:rPr>
          <w:b/>
          <w:bCs/>
        </w:rPr>
        <w:t xml:space="preserve">things which prevent our being happy and free, that is the aim and meaning of our lives.</w:t>
      </w:r>
      <w:r>
        <w:br/>
      </w:r>
      <w:r>
        <w:t xml:space="preserve">    (a) very large</w:t>
      </w:r>
      <w:r>
        <w:br/>
      </w:r>
      <w:r>
        <w:t xml:space="preserve">    (b) changeable</w:t>
      </w:r>
      <w:r>
        <w:br/>
      </w:r>
      <w:r>
        <w:t xml:space="preserve">    (c) misleading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can only be done by suffering,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strenuous</w:t>
      </w:r>
      <w:r>
        <w:rPr>
          <w:b/>
          <w:bCs/>
        </w:rPr>
        <w:t xml:space="preserve">, uninterrupted labour.</w:t>
      </w:r>
      <w:r>
        <w:br/>
      </w:r>
      <w:r>
        <w:t xml:space="preserve">    (a) improper, awkward, or unfavorable</w:t>
      </w:r>
      <w:r>
        <w:br/>
      </w:r>
      <w:r>
        <w:t xml:space="preserve">    (b) able to be stopped from happening</w:t>
      </w:r>
      <w:r>
        <w:br/>
      </w:r>
      <w:r>
        <w:t xml:space="preserve">    (c) difficult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already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expelled</w:t>
      </w:r>
      <w:r>
        <w:rPr>
          <w:b/>
          <w:bCs/>
        </w:rPr>
        <w:t xml:space="preserve"> </w:t>
      </w:r>
      <w:r>
        <w:rPr>
          <w:b/>
          <w:bCs/>
        </w:rPr>
        <w:t xml:space="preserve">twice from the university.</w:t>
      </w:r>
      <w:r>
        <w:br/>
      </w:r>
      <w:r>
        <w:t xml:space="preserve">    (a) forced out of an organization</w:t>
      </w:r>
      <w:r>
        <w:br/>
      </w:r>
      <w:r>
        <w:t xml:space="preserve">    (b) translated</w:t>
      </w:r>
      <w:r>
        <w:br/>
      </w:r>
      <w:r>
        <w:t xml:space="preserve">    (c) subtracted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if I'd ever given her grounds to believe I'd stoop to 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vulgarity</w:t>
      </w:r>
      <w:r>
        <w:rPr>
          <w:b/>
          <w:bCs/>
        </w:rPr>
        <w:t xml:space="preserve">!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bad taste (crude, offensive, or unsophisticated behavior)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 calm, dear, you shouldn't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 </w:t>
      </w:r>
      <w:r>
        <w:rPr>
          <w:b/>
          <w:bCs/>
        </w:rPr>
        <w:t xml:space="preserve">yourself, for once in your life at any rate you must look the truth straight in the face.</w:t>
      </w:r>
      <w:r>
        <w:br/>
      </w:r>
      <w:r>
        <w:t xml:space="preserve">    (a) lie or mislead</w:t>
      </w:r>
      <w:r>
        <w:br/>
      </w:r>
      <w:r>
        <w:t xml:space="preserve">    (b) bad or harmful</w:t>
      </w:r>
      <w:r>
        <w:br/>
      </w:r>
      <w:r>
        <w:t xml:space="preserve">    (c) tell (a story)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forgive my speaking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candidly</w:t>
      </w:r>
      <w:r>
        <w:rPr>
          <w:b/>
          <w:bCs/>
        </w:rPr>
        <w:t xml:space="preserve">, but that man has robbed you!</w:t>
      </w:r>
      <w:r>
        <w:br/>
      </w:r>
      <w:r>
        <w:t xml:space="preserve">    (a) with honesty and directness</w:t>
      </w:r>
      <w:r>
        <w:br/>
      </w:r>
      <w:r>
        <w:t xml:space="preserve">    (b) in a strongly biased manner</w:t>
      </w:r>
      <w:r>
        <w:br/>
      </w:r>
      <w:r>
        <w:t xml:space="preserve">    (c) in a manner that challenges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petty</w:t>
      </w:r>
      <w:r>
        <w:rPr>
          <w:b/>
          <w:bCs/>
        </w:rPr>
        <w:t xml:space="preserve"> </w:t>
      </w:r>
      <w:r>
        <w:rPr>
          <w:b/>
          <w:bCs/>
        </w:rPr>
        <w:t xml:space="preserve">thief, a nobody.</w:t>
      </w:r>
      <w:r>
        <w:br/>
      </w:r>
      <w:r>
        <w:t xml:space="preserve">    (a) not representative</w:t>
      </w:r>
      <w:r>
        <w:br/>
      </w:r>
      <w:r>
        <w:t xml:space="preserve">    (b) of less importance</w:t>
      </w:r>
      <w:r>
        <w:br/>
      </w:r>
      <w:r>
        <w:t xml:space="preserve">    (c) able to get nearer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 door that leads out of the house and at the back of the stage, portmanteaux and travelling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paraphernalia</w:t>
      </w:r>
      <w:r>
        <w:rPr>
          <w:b/>
          <w:bCs/>
        </w:rPr>
        <w:t xml:space="preserve"> </w:t>
      </w:r>
      <w:r>
        <w:rPr>
          <w:b/>
          <w:bCs/>
        </w:rPr>
        <w:t xml:space="preserve">are piled up.</w:t>
      </w:r>
      <w:r>
        <w:br/>
      </w:r>
      <w:r>
        <w:t xml:space="preserve">    (a) not creating disagreement or struggle</w:t>
      </w:r>
      <w:r>
        <w:br/>
      </w:r>
      <w:r>
        <w:t xml:space="preserve">    (b) items that accompany a given activity</w:t>
      </w:r>
      <w:r>
        <w:br/>
      </w:r>
      <w:r>
        <w:t xml:space="preserve">    (c) not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Yes, really, you ought to have enough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tact</w:t>
      </w:r>
      <w:r>
        <w:rPr>
          <w:b/>
          <w:bCs/>
        </w:rPr>
        <w:t xml:space="preserve"> </w:t>
      </w:r>
      <w:r>
        <w:rPr>
          <w:b/>
          <w:bCs/>
        </w:rPr>
        <w:t xml:space="preserve">not to do that.</w:t>
      </w:r>
      <w:r>
        <w:br/>
      </w:r>
      <w:r>
        <w:t xml:space="preserve">    (a) having good judgment or good taste and/or perceiving things not easily perceived by most people</w:t>
      </w:r>
      <w:r>
        <w:br/>
      </w:r>
      <w:r>
        <w:t xml:space="preserve">    (b) the ability or act of saying or handling things in such a way that others feel good about them</w:t>
      </w:r>
      <w:r>
        <w:br/>
      </w:r>
      <w:r>
        <w:t xml:space="preserve">    (c) measles -- a highly contagious viral disease marked by distinct red spots followed by a rash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 make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inquiries</w:t>
      </w:r>
      <w:r>
        <w:rPr>
          <w:b/>
          <w:bCs/>
        </w:rPr>
        <w:t xml:space="preserve"> </w:t>
      </w:r>
      <w:r>
        <w:rPr>
          <w:b/>
          <w:bCs/>
        </w:rPr>
        <w:t xml:space="preserve">if Fiers has been sent to the hospital.</w:t>
      </w:r>
      <w:r>
        <w:br/>
      </w:r>
      <w:r>
        <w:t xml:space="preserve">    (a) investigate by asking questions</w:t>
      </w:r>
      <w:r>
        <w:br/>
      </w:r>
      <w:r>
        <w:t xml:space="preserve">    (b) social events or ceremonies</w:t>
      </w:r>
      <w:r>
        <w:br/>
      </w:r>
      <w:r>
        <w:t xml:space="preserve">    (c) reasons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aged Fiers, in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</w:t>
      </w:r>
      <w:r>
        <w:rPr>
          <w:b/>
          <w:bCs/>
        </w:rPr>
        <w:t xml:space="preserve"> </w:t>
      </w:r>
      <w:r>
        <w:rPr>
          <w:b/>
          <w:bCs/>
        </w:rPr>
        <w:t xml:space="preserve">opinion, isn't worth mending; his forefathers had better have him.</w:t>
      </w:r>
      <w:r>
        <w:br/>
      </w:r>
      <w:r>
        <w:t xml:space="preserve">    (a) in a manner that takes on or adopts</w:t>
      </w:r>
      <w:r>
        <w:br/>
      </w:r>
      <w:r>
        <w:t xml:space="preserve">    (b) putting an end to doubt or question</w:t>
      </w:r>
      <w:r>
        <w:br/>
      </w:r>
      <w:r>
        <w:t xml:space="preserve">    (c) full of strong desire for something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2026-07-31T15:10:12Z</dcterms:created>
  <dcterms:modified xsi:type="dcterms:W3CDTF">2026-07-31T15:10:12Z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