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e9dcf505e2ede6692d5ee183c2d0355edf0492"/>
    <w:p>
      <w:pPr>
        <w:pStyle w:val="Heading1"/>
      </w:pPr>
      <w:r>
        <w:rPr>
          <w:b/>
          <w:bCs/>
        </w:rPr>
        <w:t xml:space="preserve">The Celestial Railroad</w:t>
      </w:r>
      <w:r>
        <w:br/>
      </w:r>
      <w:r>
        <w:rPr>
          <w:i/>
          <w:iCs/>
        </w:rPr>
        <w:t xml:space="preserve">Nathanial Hawthorne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based on the 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adage</w:t>
      </w:r>
      <w:r>
        <w:rPr>
          <w:b/>
          <w:bCs/>
        </w:rPr>
        <w:t xml:space="preserve">, "Sex sells."</w:t>
      </w:r>
      <w:r>
        <w:br/>
      </w:r>
      <w:r>
        <w:t xml:space="preserve">    (a) saying</w:t>
      </w:r>
      <w:r>
        <w:br/>
      </w:r>
      <w:r>
        <w:t xml:space="preserve">    (b) song</w:t>
      </w:r>
      <w:r>
        <w:br/>
      </w:r>
      <w:r>
        <w:t xml:space="preserve">    (c) warning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team's victory depended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aggregate</w:t>
      </w:r>
      <w:r>
        <w:rPr>
          <w:b/>
          <w:bCs/>
        </w:rPr>
        <w:t xml:space="preserve"> </w:t>
      </w:r>
      <w:r>
        <w:rPr>
          <w:b/>
          <w:bCs/>
        </w:rPr>
        <w:t xml:space="preserve">of every player's contributions.</w:t>
      </w:r>
      <w:r>
        <w:br/>
      </w:r>
      <w:r>
        <w:t xml:space="preserve">    (a) single key effort</w:t>
      </w:r>
      <w:r>
        <w:br/>
      </w:r>
      <w:r>
        <w:t xml:space="preserve">    (b) final desperate push</w:t>
      </w:r>
      <w:r>
        <w:br/>
      </w:r>
      <w:r>
        <w:t xml:space="preserve">    (c) total combined sum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book,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Harry Potter</w:t>
      </w:r>
      <w:r>
        <w:rPr>
          <w:b/>
          <w:bCs/>
        </w:rPr>
        <w:t xml:space="preserve">, Voldemort is Harry's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.</w:t>
      </w:r>
      <w:r>
        <w:br/>
      </w:r>
      <w:r>
        <w:t xml:space="preserve">    (a) enemy</w:t>
      </w:r>
      <w:r>
        <w:br/>
      </w:r>
      <w:r>
        <w:t xml:space="preserve">    (b) partner</w:t>
      </w:r>
      <w:r>
        <w:br/>
      </w:r>
      <w:r>
        <w:t xml:space="preserve">    (c) friend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clergy</w:t>
      </w:r>
      <w:r>
        <w:rPr>
          <w:b/>
          <w:bCs/>
        </w:rPr>
        <w:t xml:space="preserve"> </w:t>
      </w:r>
      <w:r>
        <w:rPr>
          <w:b/>
          <w:bCs/>
        </w:rPr>
        <w:t xml:space="preserve">met with community leaders after the storm.</w:t>
      </w:r>
      <w:r>
        <w:br/>
      </w:r>
      <w:r>
        <w:t xml:space="preserve">    (a) elected officials</w:t>
      </w:r>
      <w:r>
        <w:br/>
      </w:r>
      <w:r>
        <w:t xml:space="preserve">    (b) religious leaders</w:t>
      </w:r>
      <w:r>
        <w:br/>
      </w:r>
      <w:r>
        <w:t xml:space="preserve">    (c) wealthy donors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found her new colleagues to be quite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congenial</w:t>
      </w:r>
      <w:r>
        <w:rPr>
          <w:b/>
          <w:bCs/>
        </w:rPr>
        <w:t xml:space="preserve">, making her transition to the new job much easier.</w:t>
      </w:r>
      <w:r>
        <w:br/>
      </w:r>
      <w:r>
        <w:t xml:space="preserve">    (a) challenging</w:t>
      </w:r>
      <w:r>
        <w:br/>
      </w:r>
      <w:r>
        <w:t xml:space="preserve">    (b) friendly</w:t>
      </w:r>
      <w:r>
        <w:br/>
      </w:r>
      <w:r>
        <w:t xml:space="preserve">    (c) unfamiliar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bakery filled the window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delectable</w:t>
      </w:r>
      <w:r>
        <w:rPr>
          <w:b/>
          <w:bCs/>
        </w:rPr>
        <w:t xml:space="preserve"> </w:t>
      </w:r>
      <w:r>
        <w:rPr>
          <w:b/>
          <w:bCs/>
        </w:rPr>
        <w:t xml:space="preserve">pastries and cakes.</w:t>
      </w:r>
      <w:r>
        <w:br/>
      </w:r>
      <w:r>
        <w:t xml:space="preserve">    (a) ordinary</w:t>
      </w:r>
      <w:r>
        <w:br/>
      </w:r>
      <w:r>
        <w:t xml:space="preserve">    (b) expensive</w:t>
      </w:r>
      <w:r>
        <w:br/>
      </w:r>
      <w:r>
        <w:t xml:space="preserve">    (c) delicious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too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 </w:t>
      </w:r>
      <w:r>
        <w:rPr>
          <w:b/>
          <w:bCs/>
        </w:rPr>
        <w:t xml:space="preserve">in their home.</w:t>
      </w:r>
      <w:r>
        <w:br/>
      </w:r>
      <w:r>
        <w:t xml:space="preserve">    (a) loud noise</w:t>
      </w:r>
      <w:r>
        <w:br/>
      </w:r>
      <w:r>
        <w:t xml:space="preserve">    (b) conflict</w:t>
      </w:r>
      <w:r>
        <w:br/>
      </w:r>
      <w:r>
        <w:t xml:space="preserve">    (c) uncritical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erudite</w:t>
      </w:r>
      <w:r>
        <w:rPr>
          <w:b/>
          <w:bCs/>
        </w:rPr>
        <w:t xml:space="preserve"> </w:t>
      </w:r>
      <w:r>
        <w:rPr>
          <w:b/>
          <w:bCs/>
        </w:rPr>
        <w:t xml:space="preserve">professor gave a fascinating lecture on ancient philosophy.</w:t>
      </w:r>
      <w:r>
        <w:br/>
      </w:r>
      <w:r>
        <w:t xml:space="preserve">    (a) deeply learned</w:t>
      </w:r>
      <w:r>
        <w:br/>
      </w:r>
      <w:r>
        <w:t xml:space="preserve">    (b) rather forgetful</w:t>
      </w:r>
      <w:r>
        <w:br/>
      </w:r>
      <w:r>
        <w:t xml:space="preserve">    (c) newly hired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Airline tickets, hotels, everything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exorbitant</w:t>
      </w:r>
      <w:r>
        <w:rPr>
          <w:b/>
          <w:bCs/>
        </w:rPr>
        <w:t xml:space="preserve"> </w:t>
      </w:r>
      <w:r>
        <w:rPr>
          <w:b/>
          <w:bCs/>
        </w:rPr>
        <w:t xml:space="preserve">in that city on holiday weekends.</w:t>
      </w:r>
      <w:r>
        <w:br/>
      </w:r>
      <w:r>
        <w:t xml:space="preserve">    (a) lacking a tendency to be full of thought</w:t>
      </w:r>
      <w:r>
        <w:br/>
      </w:r>
      <w:r>
        <w:t xml:space="preserve">    (b) a lot more expensive than is reasonable or typical</w:t>
      </w:r>
      <w:r>
        <w:br/>
      </w:r>
      <w:r>
        <w:t xml:space="preserve">    (c) without a tendency to be full of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impudent</w:t>
      </w:r>
      <w:r>
        <w:rPr>
          <w:b/>
          <w:bCs/>
        </w:rPr>
        <w:t xml:space="preserve"> </w:t>
      </w:r>
      <w:r>
        <w:rPr>
          <w:b/>
          <w:bCs/>
        </w:rPr>
        <w:t xml:space="preserve">reply to the manager shocked everyone in the meeting.</w:t>
      </w:r>
      <w:r>
        <w:br/>
      </w:r>
      <w:r>
        <w:t xml:space="preserve">    (a) disrespectfully bold</w:t>
      </w:r>
      <w:r>
        <w:br/>
      </w:r>
      <w:r>
        <w:t xml:space="preserve">    (b) extremely quiet</w:t>
      </w:r>
      <w:r>
        <w:br/>
      </w:r>
      <w:r>
        <w:t xml:space="preserve">    (c) thoughtfully kind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</w:t>
      </w:r>
      <w:r>
        <w:rPr>
          <w:b/>
          <w:bCs/>
        </w:rPr>
        <w:t xml:space="preserve"> </w:t>
      </w:r>
      <w:r>
        <w:rPr>
          <w:b/>
          <w:bCs/>
        </w:rPr>
        <w:t xml:space="preserve">for med school.</w:t>
      </w:r>
      <w:r>
        <w:br/>
      </w:r>
      <w:r>
        <w:t xml:space="preserve">    (a) calm</w:t>
      </w:r>
      <w:r>
        <w:br/>
      </w:r>
      <w:r>
        <w:t xml:space="preserve">    (b) kind</w:t>
      </w:r>
      <w:r>
        <w:br/>
      </w:r>
      <w:r>
        <w:t xml:space="preserve">    (c) lazy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will defeat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infidels</w:t>
      </w:r>
      <w:r>
        <w:rPr>
          <w:b/>
          <w:bCs/>
        </w:rPr>
        <w:t xml:space="preserve"> </w:t>
      </w:r>
      <w:r>
        <w:rPr>
          <w:b/>
          <w:bCs/>
        </w:rPr>
        <w:t xml:space="preserve">in a holy war.</w:t>
      </w:r>
      <w:r>
        <w:br/>
      </w:r>
      <w:r>
        <w:t xml:space="preserve">    (a) aggressors</w:t>
      </w:r>
      <w:r>
        <w:br/>
      </w:r>
      <w:r>
        <w:t xml:space="preserve">    (b) unbelievers</w:t>
      </w:r>
      <w:r>
        <w:br/>
      </w:r>
      <w:r>
        <w:t xml:space="preserve">    (c) cowards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 </w:t>
      </w:r>
      <w:r>
        <w:rPr>
          <w:b/>
          <w:bCs/>
        </w:rPr>
        <w:t xml:space="preserve">to admit it, there are serious divides splitting the party.</w:t>
      </w:r>
      <w:r>
        <w:br/>
      </w:r>
      <w:r>
        <w:t xml:space="preserve">    (a) are excited</w:t>
      </w:r>
      <w:r>
        <w:br/>
      </w:r>
      <w:r>
        <w:t xml:space="preserve">    (b) are eager</w:t>
      </w:r>
      <w:r>
        <w:br/>
      </w:r>
      <w:r>
        <w:t xml:space="preserve">    (c) are reluctant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actions conflict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maxim</w:t>
      </w:r>
      <w:r>
        <w:rPr>
          <w:b/>
          <w:bCs/>
        </w:rPr>
        <w:t xml:space="preserve"> </w:t>
      </w:r>
      <w:r>
        <w:rPr>
          <w:b/>
          <w:bCs/>
        </w:rPr>
        <w:t xml:space="preserve">that we don't negotiate with terrorists.</w:t>
      </w:r>
      <w:r>
        <w:br/>
      </w:r>
      <w:r>
        <w:t xml:space="preserve">    (a) saying</w:t>
      </w:r>
      <w:r>
        <w:br/>
      </w:r>
      <w:r>
        <w:t xml:space="preserve">    (b) observation</w:t>
      </w:r>
      <w:r>
        <w:br/>
      </w:r>
      <w:r>
        <w:t xml:space="preserve">    (c) goal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police quickly caught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miscreant</w:t>
      </w:r>
      <w:r>
        <w:rPr>
          <w:b/>
          <w:bCs/>
        </w:rPr>
        <w:t xml:space="preserve"> </w:t>
      </w:r>
      <w:r>
        <w:rPr>
          <w:b/>
          <w:bCs/>
        </w:rPr>
        <w:t xml:space="preserve">who had been spray-painting public buildings.</w:t>
      </w:r>
      <w:r>
        <w:br/>
      </w:r>
      <w:r>
        <w:t xml:space="preserve">    (a) something made of the brownish metal with the same name -- such as a sculpture or a third place medal</w:t>
      </w:r>
      <w:r>
        <w:br/>
      </w:r>
      <w:r>
        <w:t xml:space="preserve">    (b) wrongdoer</w:t>
      </w:r>
      <w:r>
        <w:br/>
      </w:r>
      <w:r>
        <w:t xml:space="preserve">    (c) something (typically a statement) that disagrees with itself; or (more rarely) the act of disagreeing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obstreperous</w:t>
      </w:r>
      <w:r>
        <w:rPr>
          <w:b/>
          <w:bCs/>
        </w:rPr>
        <w:t xml:space="preserve"> </w:t>
      </w:r>
      <w:r>
        <w:rPr>
          <w:b/>
          <w:bCs/>
        </w:rPr>
        <w:t xml:space="preserve">crowd at the concert made it difficult for the security guards to maintain order.</w:t>
      </w:r>
      <w:r>
        <w:br/>
      </w:r>
      <w:r>
        <w:t xml:space="preserve">    (a) singing loudly</w:t>
      </w:r>
      <w:r>
        <w:br/>
      </w:r>
      <w:r>
        <w:t xml:space="preserve">    (b) noisily unruly</w:t>
      </w:r>
      <w:r>
        <w:br/>
      </w:r>
      <w:r>
        <w:t xml:space="preserve">    (c) happily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billionaire's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philanthropy</w:t>
      </w:r>
      <w:r>
        <w:rPr>
          <w:b/>
          <w:bCs/>
        </w:rPr>
        <w:t xml:space="preserve"> </w:t>
      </w:r>
      <w:r>
        <w:rPr>
          <w:b/>
          <w:bCs/>
        </w:rPr>
        <w:t xml:space="preserve">supported hospitals around the world.</w:t>
      </w:r>
      <w:r>
        <w:br/>
      </w:r>
      <w:r>
        <w:t xml:space="preserve">    (a) loud boasting</w:t>
      </w:r>
      <w:r>
        <w:br/>
      </w:r>
      <w:r>
        <w:t xml:space="preserve">    (b) selfish hoarding</w:t>
      </w:r>
      <w:r>
        <w:br/>
      </w:r>
      <w:r>
        <w:t xml:space="preserve">    (c) charitable giving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group, the people with a family history of heart disease have a higher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propensity</w:t>
      </w:r>
      <w:r>
        <w:rPr>
          <w:b/>
          <w:bCs/>
        </w:rPr>
        <w:t xml:space="preserve"> </w:t>
      </w:r>
      <w:r>
        <w:rPr>
          <w:b/>
          <w:bCs/>
        </w:rPr>
        <w:t xml:space="preserve">to develop the condition themselves.</w:t>
      </w:r>
      <w:r>
        <w:br/>
      </w:r>
      <w:r>
        <w:t xml:space="preserve">    (a) fear</w:t>
      </w:r>
      <w:r>
        <w:br/>
      </w:r>
      <w:r>
        <w:t xml:space="preserve">    (b) tendency</w:t>
      </w:r>
      <w:r>
        <w:br/>
      </w:r>
      <w:r>
        <w:t xml:space="preserve">    (c) avoidance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election results were a clear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repudiation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incumbent’s policies.</w:t>
      </w:r>
      <w:r>
        <w:br/>
      </w:r>
      <w:r>
        <w:t xml:space="preserve">    (a) rejection</w:t>
      </w:r>
      <w:r>
        <w:br/>
      </w:r>
      <w:r>
        <w:t xml:space="preserve">    (b) approval</w:t>
      </w:r>
      <w:r>
        <w:br/>
      </w:r>
      <w:r>
        <w:t xml:space="preserve">    (c) explanation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scientist conducted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rigorous</w:t>
      </w:r>
      <w:r>
        <w:rPr>
          <w:b/>
          <w:bCs/>
        </w:rPr>
        <w:t xml:space="preserve"> </w:t>
      </w:r>
      <w:r>
        <w:rPr>
          <w:b/>
          <w:bCs/>
        </w:rPr>
        <w:t xml:space="preserve">study to ensure the results were reliable.</w:t>
      </w:r>
      <w:r>
        <w:br/>
      </w:r>
      <w:r>
        <w:t xml:space="preserve">    (a) thorough</w:t>
      </w:r>
      <w:r>
        <w:br/>
      </w:r>
      <w:r>
        <w:t xml:space="preserve">    (b) speedy</w:t>
      </w:r>
      <w:r>
        <w:br/>
      </w:r>
      <w:r>
        <w:t xml:space="preserve">    (c) expensive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2026-07-31T17:35:37Z</dcterms:created>
  <dcterms:modified xsi:type="dcterms:W3CDTF">2026-07-31T17:35:37Z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