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7071298a4e777c8a54d29a2077599945933749a"/>
    <w:p>
      <w:pPr>
        <w:pStyle w:val="Heading1"/>
      </w:pPr>
      <w:r>
        <w:rPr>
          <w:b/>
          <w:bCs/>
        </w:rPr>
        <w:t xml:space="preserve">The Celestial Railroad</w:t>
      </w:r>
      <w:r>
        <w:br/>
      </w:r>
      <w:r>
        <w:rPr>
          <w:i/>
          <w:iCs/>
        </w:rPr>
        <w:t xml:space="preserve">Nathanial Hawthorne</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It interested me much to learn that by the public spirit of some of the</w:t>
      </w:r>
      <w:r>
        <w:rPr>
          <w:b/>
          <w:bCs/>
        </w:rPr>
        <w:t xml:space="preserve"> </w:t>
      </w:r>
      <w:r>
        <w:rPr>
          <w:b/>
          <w:bCs/>
          <w:u w:val="single"/>
        </w:rPr>
        <w:t xml:space="preserve">inhabitants</w:t>
      </w:r>
      <w:r>
        <w:rPr>
          <w:b/>
          <w:bCs/>
        </w:rPr>
        <w:t xml:space="preserve"> </w:t>
      </w:r>
      <w:r>
        <w:rPr>
          <w:b/>
          <w:bCs/>
        </w:rPr>
        <w:t xml:space="preserve">a railroad has recently been established between this populous and flourishing town and the Celestial City.</w:t>
      </w:r>
      <w:r>
        <w:br/>
      </w:r>
      <w:r>
        <w:t xml:space="preserve">    (a) things accepted as true (without proof)</w:t>
      </w:r>
      <w:r>
        <w:br/>
      </w:r>
      <w:r>
        <w:t xml:space="preserve">    (b) people (who live in a particular place)</w:t>
      </w:r>
      <w:r>
        <w:br/>
      </w:r>
      <w:r>
        <w:t xml:space="preserve">    (c) things designed to stops something else</w:t>
      </w:r>
    </w:p>
    <w:p>
      <w:pPr>
        <w:pStyle w:val="Compact"/>
        <w:numPr>
          <w:ilvl w:val="0"/>
          <w:numId w:val="1001"/>
        </w:numPr>
      </w:pPr>
      <w:r>
        <w:rPr>
          <w:b/>
          <w:bCs/>
        </w:rPr>
        <w:t xml:space="preserve">Being,</w:t>
      </w:r>
      <w:r>
        <w:rPr>
          <w:b/>
          <w:bCs/>
        </w:rPr>
        <w:t xml:space="preserve"> </w:t>
      </w:r>
      <w:r>
        <w:rPr>
          <w:b/>
          <w:bCs/>
          <w:u w:val="single"/>
        </w:rPr>
        <w:t xml:space="preserve">moreover</w:t>
      </w:r>
      <w:r>
        <w:rPr>
          <w:b/>
          <w:bCs/>
        </w:rPr>
        <w:t xml:space="preserve">, a director of the railroad corporation and one of its largest stockholders, he had it in his power to give me all desirable information respecting that praiseworthy enterprise.</w:t>
      </w:r>
      <w:r>
        <w:br/>
      </w:r>
      <w:r>
        <w:t xml:space="preserve">    (a) even though -- used to connect contrasting ideas</w:t>
      </w:r>
      <w:r>
        <w:br/>
      </w:r>
      <w:r>
        <w:t xml:space="preserve">    (b) despite that (used to connect contrasting ideas)</w:t>
      </w:r>
      <w:r>
        <w:br/>
      </w:r>
      <w:r>
        <w:t xml:space="preserve">    (c) in addition to what has just been said</w:t>
      </w:r>
    </w:p>
    <w:p>
      <w:pPr>
        <w:pStyle w:val="Compact"/>
        <w:numPr>
          <w:ilvl w:val="0"/>
          <w:numId w:val="1001"/>
        </w:numPr>
      </w:pPr>
      <w:r>
        <w:rPr>
          <w:b/>
          <w:bCs/>
        </w:rPr>
        <w:t xml:space="preserve">Some</w:t>
      </w:r>
      <w:r>
        <w:rPr>
          <w:b/>
          <w:bCs/>
        </w:rPr>
        <w:t xml:space="preserve"> </w:t>
      </w:r>
      <w:r>
        <w:rPr>
          <w:b/>
          <w:bCs/>
          <w:u w:val="single"/>
        </w:rPr>
        <w:t xml:space="preserve">malicious</w:t>
      </w:r>
      <w:r>
        <w:rPr>
          <w:b/>
          <w:bCs/>
        </w:rPr>
        <w:t xml:space="preserve"> </w:t>
      </w:r>
      <w:r>
        <w:rPr>
          <w:b/>
          <w:bCs/>
        </w:rPr>
        <w:t xml:space="preserve">persons it is true deny the identity of this reputable character with the Evangelist of old times, and even pretend to bring competent evidence of an imposture.</w:t>
      </w:r>
      <w:r>
        <w:br/>
      </w:r>
      <w:r>
        <w:t xml:space="preserve">    (a) the intention or desire to see others suffer</w:t>
      </w:r>
      <w:r>
        <w:br/>
      </w:r>
      <w:r>
        <w:t xml:space="preserve">    (b) designed to be useful; or capable of working</w:t>
      </w:r>
      <w:r>
        <w:br/>
      </w:r>
      <w:r>
        <w:t xml:space="preserve">    (c) exceedingly important, serious, or dangerous</w:t>
      </w:r>
    </w:p>
    <w:p>
      <w:pPr>
        <w:pStyle w:val="Compact"/>
        <w:numPr>
          <w:ilvl w:val="0"/>
          <w:numId w:val="1001"/>
        </w:numPr>
      </w:pPr>
      <w:r>
        <w:rPr>
          <w:b/>
          <w:bCs/>
        </w:rPr>
        <w:t xml:space="preserve">Some malicious persons it is true deny the identity of this</w:t>
      </w:r>
      <w:r>
        <w:rPr>
          <w:b/>
          <w:bCs/>
        </w:rPr>
        <w:t xml:space="preserve"> </w:t>
      </w:r>
      <w:r>
        <w:rPr>
          <w:b/>
          <w:bCs/>
          <w:u w:val="single"/>
        </w:rPr>
        <w:t xml:space="preserve">reputable</w:t>
      </w:r>
      <w:r>
        <w:rPr>
          <w:b/>
          <w:bCs/>
        </w:rPr>
        <w:t xml:space="preserve"> </w:t>
      </w:r>
      <w:r>
        <w:rPr>
          <w:b/>
          <w:bCs/>
        </w:rPr>
        <w:t xml:space="preserve">character with the Evangelist of old times, and even pretend to bring competent evidence of an imposture.</w:t>
      </w:r>
      <w:r>
        <w:br/>
      </w:r>
      <w:r>
        <w:t xml:space="preserve">    (a) able to be taken on as one's own</w:t>
      </w:r>
      <w:r>
        <w:br/>
      </w:r>
      <w:r>
        <w:t xml:space="preserve">    (b) indicating approval or agreement</w:t>
      </w:r>
      <w:r>
        <w:br/>
      </w:r>
      <w:r>
        <w:t xml:space="preserve">    (c) respected (with good reputation)</w:t>
      </w:r>
    </w:p>
    <w:p>
      <w:pPr>
        <w:pStyle w:val="Compact"/>
        <w:numPr>
          <w:ilvl w:val="0"/>
          <w:numId w:val="1001"/>
        </w:numPr>
      </w:pPr>
      <w:r>
        <w:rPr>
          <w:b/>
          <w:bCs/>
        </w:rPr>
        <w:t xml:space="preserve">Among the gentlemen were characters of deserved</w:t>
      </w:r>
      <w:r>
        <w:rPr>
          <w:b/>
          <w:bCs/>
        </w:rPr>
        <w:t xml:space="preserve"> </w:t>
      </w:r>
      <w:r>
        <w:rPr>
          <w:b/>
          <w:bCs/>
          <w:u w:val="single"/>
        </w:rPr>
        <w:t xml:space="preserve">eminence</w:t>
      </w:r>
      <w:r>
        <w:rPr>
          <w:b/>
          <w:bCs/>
        </w:rPr>
        <w:t xml:space="preserve">—magistrates, politicians, and men of wealth, by whose example religion could not but be greatly recommended to their meaner brethren.</w:t>
      </w:r>
      <w:r>
        <w:br/>
      </w:r>
      <w:r>
        <w:t xml:space="preserve">    (a) the process of thinking carefully and making a judgment about something</w:t>
      </w:r>
      <w:r>
        <w:br/>
      </w:r>
      <w:r>
        <w:t xml:space="preserve">    (b) the act of finding fault and telling others; or a description of faults</w:t>
      </w:r>
      <w:r>
        <w:br/>
      </w:r>
      <w:r>
        <w:t xml:space="preserve">    (c) famous, respected, or important within a particular field or profession</w:t>
      </w:r>
    </w:p>
    <w:p>
      <w:pPr>
        <w:pStyle w:val="Compact"/>
        <w:numPr>
          <w:ilvl w:val="0"/>
          <w:numId w:val="1001"/>
        </w:numPr>
      </w:pPr>
      <w:r>
        <w:rPr>
          <w:b/>
          <w:bCs/>
        </w:rPr>
        <w:t xml:space="preserve">One great convenience of the new method of going on</w:t>
      </w:r>
      <w:r>
        <w:rPr>
          <w:b/>
          <w:bCs/>
        </w:rPr>
        <w:t xml:space="preserve"> </w:t>
      </w:r>
      <w:r>
        <w:rPr>
          <w:b/>
          <w:bCs/>
          <w:u w:val="single"/>
        </w:rPr>
        <w:t xml:space="preserve">pilgrimage</w:t>
      </w:r>
      <w:r>
        <w:rPr>
          <w:b/>
          <w:bCs/>
        </w:rPr>
        <w:t xml:space="preserve"> </w:t>
      </w:r>
      <w:r>
        <w:rPr>
          <w:b/>
          <w:bCs/>
        </w:rPr>
        <w:t xml:space="preserve">I must not forget to mention.</w:t>
      </w:r>
      <w:r>
        <w:br/>
      </w:r>
      <w:r>
        <w:t xml:space="preserve">    (a) a journey to a special place -- especially a sacred place for religious purposes</w:t>
      </w:r>
      <w:r>
        <w:br/>
      </w:r>
      <w:r>
        <w:t xml:space="preserve">    (b) removing the favoring any side in a contest, war, disagreement, or other dispute</w:t>
      </w:r>
      <w:r>
        <w:br/>
      </w:r>
      <w:r>
        <w:t xml:space="preserve">    (c) portray or create in a particular way  OR  interpret, translate, or extract from</w:t>
      </w:r>
    </w:p>
    <w:p>
      <w:pPr>
        <w:pStyle w:val="Compact"/>
        <w:numPr>
          <w:ilvl w:val="0"/>
          <w:numId w:val="1001"/>
        </w:numPr>
      </w:pPr>
      <w:r>
        <w:rPr>
          <w:b/>
          <w:bCs/>
        </w:rPr>
        <w:t xml:space="preserve">Another thing, likewise, the</w:t>
      </w:r>
      <w:r>
        <w:rPr>
          <w:b/>
          <w:bCs/>
        </w:rPr>
        <w:t xml:space="preserve"> </w:t>
      </w:r>
      <w:r>
        <w:rPr>
          <w:b/>
          <w:bCs/>
          <w:u w:val="single"/>
        </w:rPr>
        <w:t xml:space="preserve">benevolent</w:t>
      </w:r>
      <w:r>
        <w:rPr>
          <w:b/>
          <w:bCs/>
        </w:rPr>
        <w:t xml:space="preserve"> </w:t>
      </w:r>
      <w:r>
        <w:rPr>
          <w:b/>
          <w:bCs/>
        </w:rPr>
        <w:t xml:space="preserve">reader will be delighted to understand.</w:t>
      </w:r>
      <w:r>
        <w:br/>
      </w:r>
      <w:r>
        <w:t xml:space="preserve">    (a) not able to be disagreed with</w:t>
      </w:r>
      <w:r>
        <w:br/>
      </w:r>
      <w:r>
        <w:t xml:space="preserve">    (b) not thoughtful about the past</w:t>
      </w:r>
      <w:r>
        <w:br/>
      </w:r>
      <w:r>
        <w:t xml:space="preserve">    (c) kind, generous, or charitable</w:t>
      </w:r>
    </w:p>
    <w:p>
      <w:pPr>
        <w:pStyle w:val="Compact"/>
        <w:numPr>
          <w:ilvl w:val="0"/>
          <w:numId w:val="1001"/>
        </w:numPr>
      </w:pPr>
      <w:r>
        <w:rPr>
          <w:b/>
          <w:bCs/>
        </w:rPr>
        <w:t xml:space="preserve">This dispute, much to the credit as well of the</w:t>
      </w:r>
      <w:r>
        <w:rPr>
          <w:b/>
          <w:bCs/>
        </w:rPr>
        <w:t xml:space="preserve"> </w:t>
      </w:r>
      <w:r>
        <w:rPr>
          <w:b/>
          <w:bCs/>
          <w:u w:val="single"/>
        </w:rPr>
        <w:t xml:space="preserve">illustrious</w:t>
      </w:r>
      <w:r>
        <w:rPr>
          <w:b/>
          <w:bCs/>
        </w:rPr>
        <w:t xml:space="preserve"> </w:t>
      </w:r>
      <w:r>
        <w:rPr>
          <w:b/>
          <w:bCs/>
        </w:rPr>
        <w:t xml:space="preserve">potentate above mentioned as of the worthy and enlightened directors of the railroad, has been pacifically arranged on the principle of mutual compromise.</w:t>
      </w:r>
      <w:r>
        <w:br/>
      </w:r>
      <w:r>
        <w:t xml:space="preserve">    (a) able to be taken up or received into heaven</w:t>
      </w:r>
      <w:r>
        <w:br/>
      </w:r>
      <w:r>
        <w:t xml:space="preserve">    (b) famous and admired; or worthy of admiration</w:t>
      </w:r>
      <w:r>
        <w:br/>
      </w:r>
      <w:r>
        <w:t xml:space="preserve">    (c) the state or degree of being bad or harmful</w:t>
      </w:r>
    </w:p>
    <w:p>
      <w:pPr>
        <w:pStyle w:val="Compact"/>
        <w:numPr>
          <w:ilvl w:val="0"/>
          <w:numId w:val="1001"/>
        </w:numPr>
      </w:pPr>
      <w:r>
        <w:rPr>
          <w:b/>
          <w:bCs/>
        </w:rPr>
        <w:t xml:space="preserve">The engine at this moment took its station in advance of the cars, looking, I must confess, much more like a sort of mechanical demon that would hurry us to the</w:t>
      </w:r>
      <w:r>
        <w:rPr>
          <w:b/>
          <w:bCs/>
        </w:rPr>
        <w:t xml:space="preserve"> </w:t>
      </w:r>
      <w:r>
        <w:rPr>
          <w:b/>
          <w:bCs/>
          <w:u w:val="single"/>
        </w:rPr>
        <w:t xml:space="preserve">infernal</w:t>
      </w:r>
      <w:r>
        <w:rPr>
          <w:b/>
          <w:bCs/>
        </w:rPr>
        <w:t xml:space="preserve"> </w:t>
      </w:r>
      <w:r>
        <w:rPr>
          <w:b/>
          <w:bCs/>
        </w:rPr>
        <w:t xml:space="preserve">regions than a laudable contrivance for smoothing our way to the Celestial City.</w:t>
      </w:r>
      <w:r>
        <w:br/>
      </w:r>
      <w:r>
        <w:t xml:space="preserve">    (a) relating to classical music plays in which most of the dialogue is sung</w:t>
      </w:r>
      <w:r>
        <w:br/>
      </w:r>
      <w:r>
        <w:t xml:space="preserve">    (b) strict, firm, or hard (not giving in, not giving way, or not giving up)</w:t>
      </w:r>
      <w:r>
        <w:br/>
      </w:r>
      <w:r>
        <w:t xml:space="preserve">    (c) very bad; or very annoying; or characteristic of hell or the underworld</w:t>
      </w:r>
    </w:p>
    <w:p>
      <w:pPr>
        <w:pStyle w:val="Compact"/>
        <w:numPr>
          <w:ilvl w:val="0"/>
          <w:numId w:val="1001"/>
        </w:numPr>
      </w:pPr>
      <w:r>
        <w:rPr>
          <w:b/>
          <w:bCs/>
        </w:rPr>
        <w:t xml:space="preserve">We greeted the two pilgrims with many pleasant gibes and a roar of laughter; whereupon they gazed at us with such woful and absurdly compassionate</w:t>
      </w:r>
      <w:r>
        <w:rPr>
          <w:b/>
          <w:bCs/>
        </w:rPr>
        <w:t xml:space="preserve"> </w:t>
      </w:r>
      <w:r>
        <w:rPr>
          <w:b/>
          <w:bCs/>
          <w:u w:val="single"/>
        </w:rPr>
        <w:t xml:space="preserve">visages</w:t>
      </w:r>
      <w:r>
        <w:rPr>
          <w:b/>
          <w:bCs/>
        </w:rPr>
        <w:t xml:space="preserve"> </w:t>
      </w:r>
      <w:r>
        <w:rPr>
          <w:b/>
          <w:bCs/>
        </w:rPr>
        <w:t xml:space="preserve">that our merriment grew tenfold more obstreperous.</w:t>
      </w:r>
      <w:r>
        <w:br/>
      </w:r>
      <w:r>
        <w:t xml:space="preserve">    (a) someone's face or facial expression</w:t>
      </w:r>
      <w:r>
        <w:br/>
      </w:r>
      <w:r>
        <w:t xml:space="preserve">    (b) short parts of longer written works</w:t>
      </w:r>
      <w:r>
        <w:br/>
      </w:r>
      <w:r>
        <w:t xml:space="preserve">    (c) circular movements around something</w:t>
      </w:r>
    </w:p>
    <w:p>
      <w:pPr>
        <w:pStyle w:val="Compact"/>
        <w:numPr>
          <w:ilvl w:val="0"/>
          <w:numId w:val="1001"/>
        </w:numPr>
      </w:pPr>
      <w:r>
        <w:rPr>
          <w:b/>
          <w:bCs/>
        </w:rPr>
        <w:t xml:space="preserve">At some distance from the railroad Mr. Smooth-it-away pointed to a large, antique</w:t>
      </w:r>
      <w:r>
        <w:rPr>
          <w:b/>
          <w:bCs/>
        </w:rPr>
        <w:t xml:space="preserve"> </w:t>
      </w:r>
      <w:r>
        <w:rPr>
          <w:b/>
          <w:bCs/>
          <w:u w:val="single"/>
        </w:rPr>
        <w:t xml:space="preserve">edifice</w:t>
      </w:r>
      <w:r>
        <w:rPr>
          <w:b/>
          <w:bCs/>
        </w:rPr>
        <w:t xml:space="preserve">, which, he observed, was a tavern of long standing, and had formerly been a noted stopping-place for pilgrims.</w:t>
      </w:r>
      <w:r>
        <w:br/>
      </w:r>
      <w:r>
        <w:t xml:space="preserve">    (a) a colonnade (series of regularly spaced columns) surrounding a building or enclosing a courtyard</w:t>
      </w:r>
      <w:r>
        <w:br/>
      </w:r>
      <w:r>
        <w:t xml:space="preserve">    (b) a building or structure -- especially a large one</w:t>
      </w:r>
      <w:r>
        <w:br/>
      </w:r>
      <w:r>
        <w:br/>
      </w:r>
      <w:r>
        <w:t xml:space="preserve">or:</w:t>
      </w:r>
      <w:r>
        <w:br/>
      </w:r>
      <w:r>
        <w:br/>
      </w:r>
      <w:r>
        <w:t xml:space="preserve">a conceptual or organizational framework</w:t>
      </w:r>
      <w:r>
        <w:br/>
      </w:r>
      <w:r>
        <w:t xml:space="preserve">    (c) something that encourages something else to happen; or the process of something being encouraged</w:t>
      </w:r>
    </w:p>
    <w:p>
      <w:pPr>
        <w:pStyle w:val="Compact"/>
        <w:numPr>
          <w:ilvl w:val="0"/>
          <w:numId w:val="1001"/>
        </w:numPr>
      </w:pPr>
      <w:r>
        <w:rPr>
          <w:b/>
          <w:bCs/>
        </w:rPr>
        <w:t xml:space="preserve">Though I plead guilty to some foolish palpitations of the heart during our headlong rush over the causeway here constructed, yet it were unjust to withhold the highest encomiums on the boldness of its original conception and the</w:t>
      </w:r>
      <w:r>
        <w:rPr>
          <w:b/>
          <w:bCs/>
        </w:rPr>
        <w:t xml:space="preserve"> </w:t>
      </w:r>
      <w:r>
        <w:rPr>
          <w:b/>
          <w:bCs/>
          <w:u w:val="single"/>
        </w:rPr>
        <w:t xml:space="preserve">ingenuity</w:t>
      </w:r>
      <w:r>
        <w:rPr>
          <w:b/>
          <w:bCs/>
        </w:rPr>
        <w:t xml:space="preserve"> </w:t>
      </w:r>
      <w:r>
        <w:rPr>
          <w:b/>
          <w:bCs/>
        </w:rPr>
        <w:t xml:space="preserve">of those who executed it.</w:t>
      </w:r>
      <w:r>
        <w:br/>
      </w:r>
      <w:r>
        <w:t xml:space="preserve">    (a) ability to solve problems in smart creative ways</w:t>
      </w:r>
      <w:r>
        <w:br/>
      </w:r>
      <w:r>
        <w:t xml:space="preserve">    (b) a general feeling of not being as good as others</w:t>
      </w:r>
      <w:r>
        <w:br/>
      </w:r>
      <w:r>
        <w:t xml:space="preserve">    (c) the act, process, or instance of telling a story</w:t>
      </w:r>
    </w:p>
    <w:p>
      <w:pPr>
        <w:pStyle w:val="Compact"/>
        <w:numPr>
          <w:ilvl w:val="0"/>
          <w:numId w:val="1001"/>
        </w:numPr>
      </w:pPr>
      <w:r>
        <w:rPr>
          <w:b/>
          <w:bCs/>
        </w:rPr>
        <w:t xml:space="preserve">It struck me as a peculiarity that the laborers at the forge and those who brought fuel to the engine, when they began to draw short breath, positively</w:t>
      </w:r>
      <w:r>
        <w:rPr>
          <w:b/>
          <w:bCs/>
        </w:rPr>
        <w:t xml:space="preserve"> </w:t>
      </w:r>
      <w:r>
        <w:rPr>
          <w:b/>
          <w:bCs/>
          <w:u w:val="single"/>
        </w:rPr>
        <w:t xml:space="preserve">emitted</w:t>
      </w:r>
      <w:r>
        <w:rPr>
          <w:b/>
          <w:bCs/>
        </w:rPr>
        <w:t xml:space="preserve"> </w:t>
      </w:r>
      <w:r>
        <w:rPr>
          <w:b/>
          <w:bCs/>
        </w:rPr>
        <w:t xml:space="preserve">smoke from their mouth and nostrils.</w:t>
      </w:r>
      <w:r>
        <w:br/>
      </w:r>
      <w:r>
        <w:t xml:space="preserve">    (a) not said</w:t>
      </w:r>
      <w:r>
        <w:br/>
      </w:r>
      <w:r>
        <w:t xml:space="preserve">    (b) sent out</w:t>
      </w:r>
      <w:r>
        <w:br/>
      </w:r>
      <w:r>
        <w:t xml:space="preserve">    (c) restored</w:t>
      </w:r>
    </w:p>
    <w:p>
      <w:pPr>
        <w:pStyle w:val="Compact"/>
        <w:numPr>
          <w:ilvl w:val="0"/>
          <w:numId w:val="1001"/>
        </w:numPr>
      </w:pPr>
      <w:r>
        <w:rPr>
          <w:b/>
          <w:bCs/>
        </w:rPr>
        <w:t xml:space="preserve">They looked dark, wild, and smoky, with a singular resemblance, indeed, to the native inhabitants, like whom, also, they had a disagreeable propensity to ill-natured gibes and sneers, the habit of which had wrought a settled</w:t>
      </w:r>
      <w:r>
        <w:rPr>
          <w:b/>
          <w:bCs/>
        </w:rPr>
        <w:t xml:space="preserve"> </w:t>
      </w:r>
      <w:r>
        <w:rPr>
          <w:b/>
          <w:bCs/>
          <w:u w:val="single"/>
        </w:rPr>
        <w:t xml:space="preserve">contortion</w:t>
      </w:r>
      <w:r>
        <w:rPr>
          <w:b/>
          <w:bCs/>
        </w:rPr>
        <w:t xml:space="preserve"> </w:t>
      </w:r>
      <w:r>
        <w:rPr>
          <w:b/>
          <w:bCs/>
        </w:rPr>
        <w:t xml:space="preserve">of their visages.</w:t>
      </w:r>
      <w:r>
        <w:br/>
      </w:r>
      <w:r>
        <w:t xml:space="preserve">    (a) the taking on or adoption of power or responsibility</w:t>
      </w:r>
      <w:r>
        <w:br/>
      </w:r>
      <w:r>
        <w:t xml:space="preserve">    (b) the process of controlling (how something turns out)</w:t>
      </w:r>
      <w:r>
        <w:br/>
      </w:r>
      <w:r>
        <w:t xml:space="preserve">    (c) the act of twisting or bending to an unnatural shape</w:t>
      </w:r>
    </w:p>
    <w:p>
      <w:pPr>
        <w:pStyle w:val="Compact"/>
        <w:numPr>
          <w:ilvl w:val="0"/>
          <w:numId w:val="1001"/>
        </w:numPr>
      </w:pPr>
      <w:r>
        <w:rPr>
          <w:b/>
          <w:bCs/>
        </w:rPr>
        <w:t xml:space="preserve">As I purposed to make a considerable stay here, it gratified me to learn that there is no longer the want of harmony between the town's-people and pilgrims, which impelled the former to such lamentably mistaken measures as the</w:t>
      </w:r>
      <w:r>
        <w:rPr>
          <w:b/>
          <w:bCs/>
        </w:rPr>
        <w:t xml:space="preserve"> </w:t>
      </w:r>
      <w:r>
        <w:rPr>
          <w:b/>
          <w:bCs/>
          <w:u w:val="single"/>
        </w:rPr>
        <w:t xml:space="preserve">persecution</w:t>
      </w:r>
      <w:r>
        <w:rPr>
          <w:b/>
          <w:bCs/>
        </w:rPr>
        <w:t xml:space="preserve"> </w:t>
      </w:r>
      <w:r>
        <w:rPr>
          <w:b/>
          <w:bCs/>
        </w:rPr>
        <w:t xml:space="preserve">of Christian and the fiery martyrdom of Faithful.</w:t>
      </w:r>
      <w:r>
        <w:br/>
      </w:r>
      <w:r>
        <w:t xml:space="preserve">    (a) very bad and unfair treatment</w:t>
      </w:r>
      <w:r>
        <w:br/>
      </w:r>
      <w:r>
        <w:t xml:space="preserve">    (b) aka analysist -- psychiatrist</w:t>
      </w:r>
      <w:r>
        <w:br/>
      </w:r>
      <w:r>
        <w:t xml:space="preserve">    (c) something taken on or adopted</w:t>
      </w:r>
    </w:p>
    <w:p>
      <w:pPr>
        <w:pStyle w:val="Compact"/>
        <w:numPr>
          <w:ilvl w:val="0"/>
          <w:numId w:val="1001"/>
        </w:numPr>
      </w:pPr>
      <w:r>
        <w:rPr>
          <w:b/>
          <w:bCs/>
        </w:rPr>
        <w:t xml:space="preserve">These</w:t>
      </w:r>
      <w:r>
        <w:rPr>
          <w:b/>
          <w:bCs/>
        </w:rPr>
        <w:t xml:space="preserve"> </w:t>
      </w:r>
      <w:r>
        <w:rPr>
          <w:b/>
          <w:bCs/>
          <w:u w:val="single"/>
        </w:rPr>
        <w:t xml:space="preserve">ingenious</w:t>
      </w:r>
      <w:r>
        <w:rPr>
          <w:b/>
          <w:bCs/>
        </w:rPr>
        <w:t xml:space="preserve"> </w:t>
      </w:r>
      <w:r>
        <w:rPr>
          <w:b/>
          <w:bCs/>
        </w:rPr>
        <w:t xml:space="preserve">methods constitute a sort of machinery, by which thought and study are done to every person's hand without his putting himself to the slightest inconvenience in the matter.</w:t>
      </w:r>
      <w:r>
        <w:br/>
      </w:r>
      <w:r>
        <w:t xml:space="preserve">    (a) showing cleverness and originality</w:t>
      </w:r>
      <w:r>
        <w:br/>
      </w:r>
      <w:r>
        <w:t xml:space="preserve">    (b) aware or concerned about something</w:t>
      </w:r>
      <w:r>
        <w:br/>
      </w:r>
      <w:r>
        <w:t xml:space="preserve">    (c) a tendency to think back on things</w:t>
      </w:r>
    </w:p>
    <w:p>
      <w:pPr>
        <w:pStyle w:val="Compact"/>
        <w:numPr>
          <w:ilvl w:val="0"/>
          <w:numId w:val="1001"/>
        </w:numPr>
      </w:pPr>
      <w:r>
        <w:rPr>
          <w:b/>
          <w:bCs/>
        </w:rPr>
        <w:t xml:space="preserve">There was a sort of stock or scrip, called</w:t>
      </w:r>
      <w:r>
        <w:rPr>
          <w:b/>
          <w:bCs/>
        </w:rPr>
        <w:t xml:space="preserve"> </w:t>
      </w:r>
      <w:r>
        <w:rPr>
          <w:b/>
          <w:bCs/>
          <w:u w:val="single"/>
        </w:rPr>
        <w:t xml:space="preserve">Conscience</w:t>
      </w:r>
      <w:r>
        <w:rPr>
          <w:b/>
          <w:bCs/>
        </w:rPr>
        <w:t xml:space="preserve">, which seemed to be in great demand, and would purchase almost anything.</w:t>
      </w:r>
      <w:r>
        <w:br/>
      </w:r>
      <w:r>
        <w:t xml:space="preserve">    (a) feeling or appraisal of having personally behaved in a morally right or wrong manner</w:t>
      </w:r>
      <w:r>
        <w:br/>
      </w:r>
      <w:r>
        <w:t xml:space="preserve">    (b) not planning to kill a person, but then intentionally killing in the heat of passion</w:t>
      </w:r>
      <w:r>
        <w:br/>
      </w:r>
      <w:r>
        <w:t xml:space="preserve">    (c) a complex carbohydrate that is the chief constituent of all plant tissues and fibers</w:t>
      </w:r>
    </w:p>
    <w:p>
      <w:pPr>
        <w:pStyle w:val="Compact"/>
        <w:numPr>
          <w:ilvl w:val="0"/>
          <w:numId w:val="1001"/>
        </w:numPr>
      </w:pPr>
      <w:r>
        <w:rPr>
          <w:b/>
          <w:bCs/>
        </w:rPr>
        <w:t xml:space="preserve">Tracts of land and golden mansions, situate in the Celestial City, were often exchanged, at very disadvantageous rates, for a few years' lease of small,</w:t>
      </w:r>
      <w:r>
        <w:rPr>
          <w:b/>
          <w:bCs/>
        </w:rPr>
        <w:t xml:space="preserve"> </w:t>
      </w:r>
      <w:r>
        <w:rPr>
          <w:b/>
          <w:bCs/>
          <w:u w:val="single"/>
        </w:rPr>
        <w:t xml:space="preserve">dismal</w:t>
      </w:r>
      <w:r>
        <w:rPr>
          <w:b/>
          <w:bCs/>
        </w:rPr>
        <w:t xml:space="preserve">, inconvenient tenements in Vanity Fair.</w:t>
      </w:r>
      <w:r>
        <w:br/>
      </w:r>
      <w:r>
        <w:t xml:space="preserve">    (a) depressing or gloomy</w:t>
      </w:r>
      <w:r>
        <w:br/>
      </w:r>
      <w:r>
        <w:t xml:space="preserve">    (b) important or significant</w:t>
      </w:r>
      <w:r>
        <w:br/>
      </w:r>
      <w:r>
        <w:t xml:space="preserve">    (c) irrelevant or unimportant</w:t>
      </w:r>
    </w:p>
    <w:p>
      <w:pPr>
        <w:pStyle w:val="Compact"/>
        <w:numPr>
          <w:ilvl w:val="0"/>
          <w:numId w:val="1001"/>
        </w:numPr>
      </w:pPr>
      <w:r>
        <w:rPr>
          <w:b/>
          <w:bCs/>
        </w:rPr>
        <w:t xml:space="preserve">One of them—his name was Stick-to-the-right—perceived in my face, I suppose, a species of sympathy and almost admiration, which, to my own great surprise, I could not help feeling for this</w:t>
      </w:r>
      <w:r>
        <w:rPr>
          <w:b/>
          <w:bCs/>
        </w:rPr>
        <w:t xml:space="preserve"> </w:t>
      </w:r>
      <w:r>
        <w:rPr>
          <w:b/>
          <w:bCs/>
          <w:u w:val="single"/>
        </w:rPr>
        <w:t xml:space="preserve">pragmatic</w:t>
      </w:r>
      <w:r>
        <w:rPr>
          <w:b/>
          <w:bCs/>
        </w:rPr>
        <w:t xml:space="preserve"> </w:t>
      </w:r>
      <w:r>
        <w:rPr>
          <w:b/>
          <w:bCs/>
        </w:rPr>
        <w:t xml:space="preserve">couple.</w:t>
      </w:r>
      <w:r>
        <w:br/>
      </w:r>
      <w:r>
        <w:t xml:space="preserve">    (a) another battle with the same foe</w:t>
      </w:r>
      <w:r>
        <w:br/>
      </w:r>
      <w:r>
        <w:t xml:space="preserve">    (b) describing someone as antisocial</w:t>
      </w:r>
      <w:r>
        <w:br/>
      </w:r>
      <w:r>
        <w:t xml:space="preserve">    (c) concerned with practical matters</w:t>
      </w:r>
    </w:p>
    <w:p>
      <w:pPr>
        <w:pStyle w:val="Compact"/>
        <w:numPr>
          <w:ilvl w:val="0"/>
          <w:numId w:val="1001"/>
        </w:numPr>
      </w:pPr>
      <w:r>
        <w:rPr>
          <w:b/>
          <w:bCs/>
        </w:rPr>
        <w:t xml:space="preserve">My</w:t>
      </w:r>
      <w:r>
        <w:rPr>
          <w:b/>
          <w:bCs/>
        </w:rPr>
        <w:t xml:space="preserve"> </w:t>
      </w:r>
      <w:r>
        <w:rPr>
          <w:b/>
          <w:bCs/>
          <w:u w:val="single"/>
        </w:rPr>
        <w:t xml:space="preserve">recollections</w:t>
      </w:r>
      <w:r>
        <w:rPr>
          <w:b/>
          <w:bCs/>
        </w:rPr>
        <w:t xml:space="preserve"> </w:t>
      </w:r>
      <w:r>
        <w:rPr>
          <w:b/>
          <w:bCs/>
        </w:rPr>
        <w:t xml:space="preserve">of the journey are now, for a little space, dim and confused, inasmuch as a singular drowsiness here overcame me, owing to the fact that we were passing over the enchanted ground, the air of which encourages a disposition to sleep.</w:t>
      </w:r>
      <w:r>
        <w:br/>
      </w:r>
      <w:r>
        <w:t xml:space="preserve">    (a) memories</w:t>
      </w:r>
      <w:r>
        <w:br/>
      </w:r>
      <w:r>
        <w:t xml:space="preserve">    (b) thoughts</w:t>
      </w:r>
      <w:r>
        <w:br/>
      </w:r>
      <w:r>
        <w:t xml:space="preserve">    (c) restores</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2026-07-31T17:35:37Z</dcterms:created>
  <dcterms:modified xsi:type="dcterms:W3CDTF">2026-07-31T17:35:37Z</dcterms:modified>
</cp:coreProperties>
</file>

<file path=docProps/custom.xml><?xml version="1.0" encoding="utf-8"?>
<Properties xmlns="http://schemas.openxmlformats.org/officeDocument/2006/custom-properties" xmlns:vt="http://schemas.openxmlformats.org/officeDocument/2006/docPropsVTypes"/>
</file>