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6cd5bb2992e3d7d90a431f88ceafa60148bce96"/>
    <w:p>
      <w:pPr>
        <w:pStyle w:val="Heading1"/>
      </w:pPr>
      <w:r>
        <w:rPr>
          <w:b/>
          <w:bCs/>
        </w:rPr>
        <w:t xml:space="preserve">The Catcher in the Rye</w:t>
      </w:r>
      <w:r>
        <w:br/>
      </w:r>
      <w:r>
        <w:rPr>
          <w:i/>
          <w:iCs/>
        </w:rPr>
        <w:t xml:space="preserve">J. D. Salinger</w:t>
      </w:r>
      <w:r>
        <w:br/>
      </w:r>
      <w:r>
        <w:rPr>
          <w:b/>
          <w:bCs/>
        </w:rPr>
        <w:t xml:space="preserve">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This passage is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adapted</w:t>
      </w:r>
      <w:r>
        <w:rPr>
          <w:b/>
          <w:bCs/>
        </w:rPr>
        <w:t xml:space="preserve"> </w:t>
      </w:r>
      <w:r>
        <w:rPr>
          <w:b/>
          <w:bCs/>
        </w:rPr>
        <w:t xml:space="preserve">from Ralph Ellison,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Invisible Man</w:t>
      </w:r>
      <w:r>
        <w:rPr>
          <w:b/>
          <w:bCs/>
        </w:rPr>
        <w:t xml:space="preserve"> </w:t>
      </w:r>
      <w:r>
        <w:rPr>
          <w:b/>
          <w:bCs/>
        </w:rPr>
        <w:t xml:space="preserve">©1952.</w:t>
      </w:r>
      <w:r>
        <w:br/>
      </w:r>
      <w:r>
        <w:t xml:space="preserve">    (a) changed</w:t>
      </w:r>
      <w:r>
        <w:br/>
      </w:r>
      <w:r>
        <w:t xml:space="preserve">    (b) copied</w:t>
      </w:r>
      <w:r>
        <w:br/>
      </w:r>
      <w:r>
        <w:t xml:space="preserve">    (c) read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Freud's theory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analysis</w:t>
      </w:r>
      <w:r>
        <w:rPr>
          <w:b/>
          <w:bCs/>
        </w:rPr>
        <w:t xml:space="preserve"> </w:t>
      </w:r>
      <w:r>
        <w:rPr>
          <w:b/>
          <w:bCs/>
        </w:rPr>
        <w:t xml:space="preserve">emphasized dreams and sexual repression.</w:t>
      </w:r>
      <w:r>
        <w:br/>
      </w:r>
      <w:r>
        <w:t xml:space="preserve">    (a) plot creation</w:t>
      </w:r>
      <w:r>
        <w:br/>
      </w:r>
      <w:r>
        <w:t xml:space="preserve">    (b) film-making</w:t>
      </w:r>
      <w:r>
        <w:br/>
      </w:r>
      <w:r>
        <w:t xml:space="preserve">    (c) psychiatric treatment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Their display is in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annex</w:t>
      </w:r>
      <w:r>
        <w:rPr>
          <w:b/>
          <w:bCs/>
        </w:rPr>
        <w:t xml:space="preserve"> </w:t>
      </w:r>
      <w:r>
        <w:rPr>
          <w:b/>
          <w:bCs/>
        </w:rPr>
        <w:t xml:space="preserve">to the main convention hall.</w:t>
      </w:r>
      <w:r>
        <w:br/>
      </w:r>
      <w:r>
        <w:t xml:space="preserve">    (a) center</w:t>
      </w:r>
      <w:r>
        <w:br/>
      </w:r>
      <w:r>
        <w:t xml:space="preserve">    (b) addition</w:t>
      </w:r>
      <w:r>
        <w:br/>
      </w:r>
      <w:r>
        <w:t xml:space="preserve">    (c) largest room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told the police officer that she was trying to awaken the sensibilities of 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bourgeois</w:t>
      </w:r>
      <w:r>
        <w:rPr>
          <w:b/>
          <w:bCs/>
        </w:rPr>
        <w:t xml:space="preserve"> </w:t>
      </w:r>
      <w:r>
        <w:rPr>
          <w:b/>
          <w:bCs/>
        </w:rPr>
        <w:t xml:space="preserve">neighbors.</w:t>
      </w:r>
      <w:r>
        <w:br/>
      </w:r>
      <w:r>
        <w:t xml:space="preserve">    (a) foolish</w:t>
      </w:r>
      <w:r>
        <w:br/>
      </w:r>
      <w:r>
        <w:t xml:space="preserve">    (b) irresponsible</w:t>
      </w:r>
      <w:r>
        <w:br/>
      </w:r>
      <w:r>
        <w:t xml:space="preserve">    (c) conventional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months of refining, the band finally recorded their first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composition</w:t>
      </w:r>
      <w:r>
        <w:rPr>
          <w:b/>
          <w:bCs/>
        </w:rPr>
        <w:t xml:space="preserve">.</w:t>
      </w:r>
      <w:r>
        <w:br/>
      </w:r>
      <w:r>
        <w:t xml:space="preserve">    (a) list of song lyrics</w:t>
      </w:r>
      <w:r>
        <w:br/>
      </w:r>
      <w:r>
        <w:t xml:space="preserve">    (b) final group rehearsal</w:t>
      </w:r>
      <w:r>
        <w:br/>
      </w:r>
      <w:r>
        <w:t xml:space="preserve">    (c) original musical work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conceit</w:t>
      </w:r>
      <w:r>
        <w:rPr>
          <w:b/>
          <w:bCs/>
        </w:rPr>
        <w:t xml:space="preserve"> </w:t>
      </w:r>
      <w:r>
        <w:rPr>
          <w:b/>
          <w:bCs/>
        </w:rPr>
        <w:t xml:space="preserve">showed in the way she interrupted others and assumed she was always the smartest person in the room.</w:t>
      </w:r>
      <w:r>
        <w:br/>
      </w:r>
      <w:r>
        <w:t xml:space="preserve">    (a) arrogance</w:t>
      </w:r>
      <w:r>
        <w:br/>
      </w:r>
      <w:r>
        <w:t xml:space="preserve">    (b) ignorance</w:t>
      </w:r>
      <w:r>
        <w:br/>
      </w:r>
      <w:r>
        <w:t xml:space="preserve">    (c) encouragement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likes it when they stick to the numbers and don't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digress</w:t>
      </w:r>
      <w:r>
        <w:rPr>
          <w:b/>
          <w:bCs/>
        </w:rPr>
        <w:t xml:space="preserve"> </w:t>
      </w:r>
      <w:r>
        <w:rPr>
          <w:b/>
          <w:bCs/>
        </w:rPr>
        <w:t xml:space="preserve">into storytelling.</w:t>
      </w:r>
      <w:r>
        <w:br/>
      </w:r>
      <w:r>
        <w:t xml:space="preserve">    (a) compete</w:t>
      </w:r>
      <w:r>
        <w:br/>
      </w:r>
      <w:r>
        <w:t xml:space="preserve">    (b) wander</w:t>
      </w:r>
      <w:r>
        <w:br/>
      </w:r>
      <w:r>
        <w:t xml:space="preserve">    (c) elaborate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does a good imitation of Michael Jackson's famous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falsetto</w:t>
      </w:r>
      <w:r>
        <w:rPr>
          <w:b/>
          <w:bCs/>
        </w:rPr>
        <w:t xml:space="preserve">.</w:t>
      </w:r>
      <w:r>
        <w:br/>
      </w:r>
      <w:r>
        <w:t xml:space="preserve">    (a) deep speaking tone</w:t>
      </w:r>
      <w:r>
        <w:br/>
      </w:r>
      <w:r>
        <w:t xml:space="preserve">    (b) high singing voice</w:t>
      </w:r>
      <w:r>
        <w:br/>
      </w:r>
      <w:r>
        <w:t xml:space="preserve">    (c) smooth dance move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story is especially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harrowing</w:t>
      </w:r>
      <w:r>
        <w:rPr>
          <w:b/>
          <w:bCs/>
        </w:rPr>
        <w:t xml:space="preserve"> </w:t>
      </w:r>
      <w:r>
        <w:rPr>
          <w:b/>
          <w:bCs/>
        </w:rPr>
        <w:t xml:space="preserve">because it could have happened to any of us.</w:t>
      </w:r>
      <w:r>
        <w:br/>
      </w:r>
      <w:r>
        <w:t xml:space="preserve">    (a) frightening</w:t>
      </w:r>
      <w:r>
        <w:br/>
      </w:r>
      <w:r>
        <w:t xml:space="preserve">    (b) realistic</w:t>
      </w:r>
      <w:r>
        <w:br/>
      </w:r>
      <w:r>
        <w:t xml:space="preserve">    (c) instructive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walked her to the campus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infirmary</w:t>
      </w:r>
      <w:r>
        <w:rPr>
          <w:b/>
          <w:bCs/>
        </w:rPr>
        <w:t xml:space="preserve">.</w:t>
      </w:r>
      <w:r>
        <w:br/>
      </w:r>
      <w:r>
        <w:t xml:space="preserve">    (a) library</w:t>
      </w:r>
      <w:r>
        <w:br/>
      </w:r>
      <w:r>
        <w:t xml:space="preserve">    (b) health service</w:t>
      </w:r>
      <w:r>
        <w:br/>
      </w:r>
      <w:r>
        <w:t xml:space="preserve">    (c) security office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bought tickets for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matinée</w:t>
      </w:r>
      <w:r>
        <w:rPr>
          <w:b/>
          <w:bCs/>
        </w:rPr>
        <w:t xml:space="preserve"> </w:t>
      </w:r>
      <w:r>
        <w:rPr>
          <w:b/>
          <w:bCs/>
        </w:rPr>
        <w:t xml:space="preserve">because the evening show was sold out.</w:t>
      </w:r>
      <w:r>
        <w:br/>
      </w:r>
      <w:r>
        <w:t xml:space="preserve">    (a) daytime performance</w:t>
      </w:r>
      <w:r>
        <w:br/>
      </w:r>
      <w:r>
        <w:t xml:space="preserve">    (b) opening speech</w:t>
      </w:r>
      <w:r>
        <w:br/>
      </w:r>
      <w:r>
        <w:t xml:space="preserve">    (c) final rehearsal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study indicates that traffic accidents from falling asleep increase on long, straight,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monotonous</w:t>
      </w:r>
      <w:r>
        <w:rPr>
          <w:b/>
          <w:bCs/>
        </w:rPr>
        <w:t xml:space="preserve"> </w:t>
      </w:r>
      <w:r>
        <w:rPr>
          <w:b/>
          <w:bCs/>
        </w:rPr>
        <w:t xml:space="preserve">roads.</w:t>
      </w:r>
      <w:r>
        <w:br/>
      </w:r>
      <w:r>
        <w:t xml:space="preserve">    (a) dark</w:t>
      </w:r>
      <w:r>
        <w:br/>
      </w:r>
      <w:r>
        <w:t xml:space="preserve">    (b) narrow</w:t>
      </w:r>
      <w:r>
        <w:br/>
      </w:r>
      <w:r>
        <w:t xml:space="preserve">    (c) boring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How could she be so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nonchalant</w:t>
      </w:r>
      <w:r>
        <w:rPr>
          <w:b/>
          <w:bCs/>
        </w:rPr>
        <w:t xml:space="preserve"> </w:t>
      </w:r>
      <w:r>
        <w:rPr>
          <w:b/>
          <w:bCs/>
        </w:rPr>
        <w:t xml:space="preserve">about making him suffer?</w:t>
      </w:r>
      <w:r>
        <w:br/>
      </w:r>
      <w:r>
        <w:t xml:space="preserve">    (a) unconcerned</w:t>
      </w:r>
      <w:r>
        <w:br/>
      </w:r>
      <w:r>
        <w:t xml:space="preserve">    (b) dishonset</w:t>
      </w:r>
      <w:r>
        <w:br/>
      </w:r>
      <w:r>
        <w:t xml:space="preserve">    (c) happy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When I was young, I went through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phase</w:t>
      </w:r>
      <w:r>
        <w:rPr>
          <w:b/>
          <w:bCs/>
        </w:rPr>
        <w:t xml:space="preserve"> </w:t>
      </w:r>
      <w:r>
        <w:rPr>
          <w:b/>
          <w:bCs/>
        </w:rPr>
        <w:t xml:space="preserve">where I was deathly afraid of the dark.</w:t>
      </w:r>
      <w:r>
        <w:br/>
      </w:r>
      <w:r>
        <w:t xml:space="preserve">    (a) a short saying that expresses a general truth or principle</w:t>
      </w:r>
      <w:r>
        <w:br/>
      </w:r>
      <w:r>
        <w:t xml:space="preserve">    (b) a period of time when someone exhibits unusual behavior</w:t>
      </w:r>
      <w:r>
        <w:br/>
      </w:r>
      <w:r>
        <w:t xml:space="preserve">    (c) an organized body of related information on a computer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Despite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qualms</w:t>
      </w:r>
      <w:r>
        <w:rPr>
          <w:b/>
          <w:bCs/>
        </w:rPr>
        <w:t xml:space="preserve"> </w:t>
      </w:r>
      <w:r>
        <w:rPr>
          <w:b/>
          <w:bCs/>
        </w:rPr>
        <w:t xml:space="preserve">about discussing her friends, she agreed to cooperate with the investigation.</w:t>
      </w:r>
      <w:r>
        <w:br/>
      </w:r>
      <w:r>
        <w:t xml:space="preserve">    (a) detailed plans</w:t>
      </w:r>
      <w:r>
        <w:br/>
      </w:r>
      <w:r>
        <w:t xml:space="preserve">    (b) a desire for revenge</w:t>
      </w:r>
      <w:r>
        <w:br/>
      </w:r>
      <w:r>
        <w:t xml:space="preserve">    (c) feelings of uneasiness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To control the spread of the disease, the school has a separate room where sick students wait for a ride home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recuperate</w:t>
      </w:r>
      <w:r>
        <w:rPr>
          <w:b/>
          <w:bCs/>
        </w:rPr>
        <w:t xml:space="preserve">.</w:t>
      </w:r>
      <w:r>
        <w:br/>
      </w:r>
      <w:r>
        <w:t xml:space="preserve">    (a) do homework</w:t>
      </w:r>
      <w:r>
        <w:br/>
      </w:r>
      <w:r>
        <w:t xml:space="preserve">    (b) regain health</w:t>
      </w:r>
      <w:r>
        <w:br/>
      </w:r>
      <w:r>
        <w:t xml:space="preserve">    (c) family care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Lenders trust her 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scrupulous</w:t>
      </w:r>
      <w:r>
        <w:rPr>
          <w:b/>
          <w:bCs/>
        </w:rPr>
        <w:t xml:space="preserve"> </w:t>
      </w:r>
      <w:r>
        <w:rPr>
          <w:b/>
          <w:bCs/>
        </w:rPr>
        <w:t xml:space="preserve">property inspector.</w:t>
      </w:r>
      <w:r>
        <w:br/>
      </w:r>
      <w:r>
        <w:t xml:space="preserve">    (a) fast and cheap</w:t>
      </w:r>
      <w:r>
        <w:br/>
      </w:r>
      <w:r>
        <w:t xml:space="preserve">    (b) honest and careful</w:t>
      </w:r>
      <w:r>
        <w:br/>
      </w:r>
      <w:r>
        <w:t xml:space="preserve">    (c) loud and rude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group broke into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spontaneous</w:t>
      </w:r>
      <w:r>
        <w:rPr>
          <w:b/>
          <w:bCs/>
        </w:rPr>
        <w:t xml:space="preserve"> </w:t>
      </w:r>
      <w:r>
        <w:rPr>
          <w:b/>
          <w:bCs/>
        </w:rPr>
        <w:t xml:space="preserve">laughter.</w:t>
      </w:r>
      <w:r>
        <w:br/>
      </w:r>
      <w:r>
        <w:t xml:space="preserve">    (a) sudden and unplanned</w:t>
      </w:r>
      <w:r>
        <w:br/>
      </w:r>
      <w:r>
        <w:t xml:space="preserve">    (b) loud and bothersome</w:t>
      </w:r>
      <w:r>
        <w:br/>
      </w:r>
      <w:r>
        <w:t xml:space="preserve">    (c) quiet and polite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has beautiful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stationery</w:t>
      </w:r>
      <w:r>
        <w:rPr>
          <w:b/>
          <w:bCs/>
        </w:rPr>
        <w:t xml:space="preserve"> </w:t>
      </w:r>
      <w:r>
        <w:rPr>
          <w:b/>
          <w:bCs/>
        </w:rPr>
        <w:t xml:space="preserve">for writing notes.</w:t>
      </w:r>
      <w:r>
        <w:br/>
      </w:r>
      <w:r>
        <w:t xml:space="preserve">    (a) paper and envelopes</w:t>
      </w:r>
      <w:r>
        <w:br/>
      </w:r>
      <w:r>
        <w:t xml:space="preserve">    (b) handwriting</w:t>
      </w:r>
      <w:r>
        <w:br/>
      </w:r>
      <w:r>
        <w:t xml:space="preserve">    (c) choice of words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jury reached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unanimous</w:t>
      </w:r>
      <w:r>
        <w:rPr>
          <w:b/>
          <w:bCs/>
        </w:rPr>
        <w:t xml:space="preserve"> </w:t>
      </w:r>
      <w:r>
        <w:rPr>
          <w:b/>
          <w:bCs/>
        </w:rPr>
        <w:t xml:space="preserve">decision after just two hours of deliberation.</w:t>
      </w:r>
      <w:r>
        <w:br/>
      </w:r>
      <w:r>
        <w:t xml:space="preserve">    (a) made by just one juror</w:t>
      </w:r>
      <w:r>
        <w:br/>
      </w:r>
      <w:r>
        <w:t xml:space="preserve">    (b) agreed on by all</w:t>
      </w:r>
      <w:r>
        <w:br/>
      </w:r>
      <w:r>
        <w:t xml:space="preserve">    (c) split nearly evenly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2026-07-31T15:10:00Z</dcterms:created>
  <dcterms:modified xsi:type="dcterms:W3CDTF">2026-07-31T15:10:00Z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