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ba6efa94f863ab592a5ef799dd07d761e849b9"/>
    <w:p>
      <w:pPr>
        <w:pStyle w:val="Heading1"/>
      </w:pPr>
      <w:r>
        <w:rPr>
          <w:b/>
          <w:bCs/>
        </w:rPr>
        <w:t xml:space="preserve">The Catcher in the Rye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seen several versions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Charles Dickens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 Christmas Carol</w:t>
      </w:r>
      <w:r>
        <w:rPr>
          <w:b/>
          <w:bCs/>
        </w:rPr>
        <w:t xml:space="preserve">.</w:t>
      </w:r>
      <w:r>
        <w:br/>
      </w:r>
      <w:r>
        <w:t xml:space="preserve">    (a) wrote with pen name, George Eliot -- British writer of novels characterized by realistic analysis of provincial Victorian society and psychology (1819-1880)</w:t>
      </w:r>
      <w:r>
        <w:br/>
      </w:r>
      <w:r>
        <w:t xml:space="preserve">    (b) pen name of the writer of classic children's books such as</w:t>
      </w:r>
      <w:r>
        <w:t xml:space="preserve"> </w:t>
      </w:r>
      <w:r>
        <w:rPr>
          <w:i/>
          <w:iCs/>
        </w:rPr>
        <w:t xml:space="preserve">The Cat in the Hat</w:t>
      </w:r>
      <w:r>
        <w:t xml:space="preserve">,</w:t>
      </w:r>
      <w:r>
        <w:t xml:space="preserve"> </w:t>
      </w:r>
      <w:r>
        <w:rPr>
          <w:i/>
          <w:iCs/>
        </w:rPr>
        <w:t xml:space="preserve">Green Eggs and Ham</w:t>
      </w:r>
      <w:r>
        <w:t xml:space="preserve">, and</w:t>
      </w:r>
      <w:r>
        <w:t xml:space="preserve"> </w:t>
      </w:r>
      <w:r>
        <w:rPr>
          <w:i/>
          <w:iCs/>
        </w:rPr>
        <w:t xml:space="preserve">How the Grinch Stole Christmas</w:t>
      </w:r>
      <w:r>
        <w:br/>
      </w:r>
      <w:r>
        <w:t xml:space="preserve">    (c) English writer who depicted and criticized social injustice in such stories as</w:t>
      </w:r>
      <w:r>
        <w:t xml:space="preserve"> </w:t>
      </w:r>
      <w:r>
        <w:rPr>
          <w:i/>
          <w:iCs/>
        </w:rPr>
        <w:t xml:space="preserve">Oliver Twist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A Christmas Carol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try to hire employees who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.</w:t>
      </w:r>
      <w:r>
        <w:br/>
      </w:r>
      <w:r>
        <w:t xml:space="preserve">    (a) attractive</w:t>
      </w:r>
      <w:r>
        <w:br/>
      </w:r>
      <w:r>
        <w:t xml:space="preserve">    (b) smart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passed the bar and now puts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Esquire</w:t>
      </w:r>
      <w:r>
        <w:rPr>
          <w:b/>
          <w:bCs/>
        </w:rPr>
        <w:t xml:space="preserve"> </w:t>
      </w:r>
      <w:r>
        <w:rPr>
          <w:b/>
          <w:bCs/>
        </w:rPr>
        <w:t xml:space="preserve">after her name on legal papers.</w:t>
      </w:r>
      <w:r>
        <w:br/>
      </w:r>
      <w:r>
        <w:t xml:space="preserve">    (a) soldier's rank</w:t>
      </w:r>
      <w:r>
        <w:br/>
      </w:r>
      <w:r>
        <w:t xml:space="preserve">    (b) judge's title</w:t>
      </w:r>
      <w:r>
        <w:br/>
      </w:r>
      <w:r>
        <w:t xml:space="preserve">    (c) lawyer's title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furloughed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 on the third shift.</w:t>
      </w:r>
      <w:r>
        <w:br/>
      </w:r>
      <w:r>
        <w:t xml:space="preserve">    (a) gave raises to</w:t>
      </w:r>
      <w:r>
        <w:br/>
      </w:r>
      <w:r>
        <w:t xml:space="preserve">    (b) fired</w:t>
      </w:r>
      <w:r>
        <w:br/>
      </w:r>
      <w:r>
        <w:t xml:space="preserve">    (c) ordered not do come to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 of a brain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hemorrhage</w:t>
      </w:r>
      <w:r>
        <w:rPr>
          <w:b/>
          <w:bCs/>
        </w:rPr>
        <w:t xml:space="preserve"> </w:t>
      </w:r>
      <w:r>
        <w:rPr>
          <w:b/>
          <w:bCs/>
        </w:rPr>
        <w:t xml:space="preserve">caused by "blunt impact" to her head.</w:t>
      </w:r>
      <w:r>
        <w:br/>
      </w:r>
      <w:r>
        <w:t xml:space="preserve">    (a) severe swelling</w:t>
      </w:r>
      <w:r>
        <w:br/>
      </w:r>
      <w:r>
        <w:t xml:space="preserve">    (b) severe bleeding</w:t>
      </w:r>
      <w:r>
        <w:br/>
      </w:r>
      <w:r>
        <w:t xml:space="preserve">    (c) severe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 working to reduce the rate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illiteracy</w:t>
      </w:r>
      <w:r>
        <w:rPr>
          <w:b/>
          <w:bCs/>
        </w:rPr>
        <w:t xml:space="preserve">.</w:t>
      </w:r>
      <w:r>
        <w:br/>
      </w:r>
      <w:r>
        <w:t xml:space="preserve">    (a) lacking of health care</w:t>
      </w:r>
      <w:r>
        <w:br/>
      </w:r>
      <w:r>
        <w:t xml:space="preserve">    (b) living in poverty</w:t>
      </w:r>
      <w:r>
        <w:br/>
      </w:r>
      <w:r>
        <w:t xml:space="preserve">    (c) inability to read and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intentions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immaterial</w:t>
      </w:r>
      <w:r>
        <w:rPr>
          <w:b/>
          <w:bCs/>
        </w:rPr>
        <w:t xml:space="preserve"> </w:t>
      </w:r>
      <w:r>
        <w:rPr>
          <w:b/>
          <w:bCs/>
        </w:rPr>
        <w:t xml:space="preserve">to me. What is important to me is that your actions continue to hurt people.</w:t>
      </w:r>
      <w:r>
        <w:br/>
      </w:r>
      <w:r>
        <w:t xml:space="preserve">    (a) not important</w:t>
      </w:r>
      <w:r>
        <w:br/>
      </w:r>
      <w:r>
        <w:t xml:space="preserve">    (b) not moral</w:t>
      </w:r>
      <w:r>
        <w:br/>
      </w:r>
      <w:r>
        <w:t xml:space="preserve">    (c) not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Children who cannot satisfy their parent's expectations may suffer from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inferiority complex</w:t>
      </w:r>
      <w:r>
        <w:rPr>
          <w:b/>
          <w:bCs/>
        </w:rPr>
        <w:t xml:space="preserve">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the center (or most important part)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too many to count</w:t>
      </w:r>
      <w:r>
        <w:br/>
      </w:r>
      <w:r>
        <w:t xml:space="preserve">    (c) easy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</w:t>
      </w:r>
      <w:r>
        <w:rPr>
          <w:b/>
          <w:bCs/>
        </w:rPr>
        <w:t xml:space="preserve"> </w:t>
      </w:r>
      <w:r>
        <w:rPr>
          <w:b/>
          <w:bCs/>
        </w:rPr>
        <w:t xml:space="preserve">to forget something that important.</w:t>
      </w:r>
      <w:r>
        <w:br/>
      </w:r>
      <w:r>
        <w:t xml:space="preserve">    (a) likely</w:t>
      </w:r>
      <w:r>
        <w:br/>
      </w:r>
      <w:r>
        <w:t xml:space="preserve">    (b) the state or degree of being less than zero</w:t>
      </w:r>
      <w:r>
        <w:br/>
      </w:r>
      <w:r>
        <w:t xml:space="preserve">    (c) the state or degree of being bad or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her travels, she found peace and tranquility in the serene surroundings of the ancient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 </w:t>
      </w:r>
      <w:r>
        <w:rPr>
          <w:b/>
          <w:bCs/>
        </w:rPr>
        <w:t xml:space="preserve">nestled high in the mountains.</w:t>
      </w:r>
      <w:r>
        <w:br/>
      </w:r>
      <w:r>
        <w:t xml:space="preserve">    (a) remote cabin</w:t>
      </w:r>
      <w:r>
        <w:br/>
      </w:r>
      <w:r>
        <w:t xml:space="preserve">    (b) religious residence</w:t>
      </w:r>
      <w:r>
        <w:br/>
      </w:r>
      <w:r>
        <w:t xml:space="preserve">    (c) secure castle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in the order leads a simple life without luxury.</w:t>
      </w:r>
      <w:r>
        <w:br/>
      </w:r>
      <w:r>
        <w:t xml:space="preserve">    (a) a member of a religious order</w:t>
      </w:r>
      <w:r>
        <w:br/>
      </w:r>
      <w:r>
        <w:t xml:space="preserve">    (b) a female member of a religious order</w:t>
      </w:r>
      <w:r>
        <w:br/>
      </w:r>
      <w:r>
        <w:t xml:space="preserve">    (c) a male member of a religious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largest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mutiny</w:t>
      </w:r>
      <w:r>
        <w:rPr>
          <w:b/>
          <w:bCs/>
        </w:rPr>
        <w:t xml:space="preserve"> </w:t>
      </w:r>
      <w:r>
        <w:rPr>
          <w:b/>
          <w:bCs/>
        </w:rPr>
        <w:t xml:space="preserve">in modern military history occurred during the first world war when an estimated 40,000 French soldiers, probably wisely, ignored the command to advance on German troops entrenched in hilltop positions.</w:t>
      </w:r>
      <w:r>
        <w:br/>
      </w:r>
      <w:r>
        <w:t xml:space="preserve">    (a) defeat in battle</w:t>
      </w:r>
      <w:r>
        <w:br/>
      </w:r>
      <w:r>
        <w:t xml:space="preserve">    (b) turnaround in a battle</w:t>
      </w:r>
      <w:r>
        <w:br/>
      </w:r>
      <w:r>
        <w:t xml:space="preserve">    (c) open rebellion against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the defendant wear prison clothes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against the defendant.</w:t>
      </w:r>
      <w:r>
        <w:br/>
      </w:r>
      <w:r>
        <w:t xml:space="preserve">    (a) create a sympathetic belief in</w:t>
      </w:r>
      <w:r>
        <w:br/>
      </w:r>
      <w:r>
        <w:t xml:space="preserve">    (b) create an unfair belief in</w:t>
      </w:r>
      <w:r>
        <w:br/>
      </w:r>
      <w:r>
        <w:t xml:space="preserve">    (c) create a serious attitude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preparatory</w:t>
      </w:r>
      <w:r>
        <w:rPr>
          <w:b/>
          <w:bCs/>
        </w:rPr>
        <w:t xml:space="preserve"> </w:t>
      </w:r>
      <w:r>
        <w:rPr>
          <w:b/>
          <w:bCs/>
        </w:rPr>
        <w:t xml:space="preserve">class before the difficult entrance exam.</w:t>
      </w:r>
      <w:r>
        <w:br/>
      </w:r>
      <w:r>
        <w:t xml:space="preserve">    (a) making easier</w:t>
      </w:r>
      <w:r>
        <w:br/>
      </w:r>
      <w:r>
        <w:t xml:space="preserve">    (b) helping prepare</w:t>
      </w:r>
      <w:r>
        <w:br/>
      </w:r>
      <w:r>
        <w:t xml:space="preserve">    (c) causing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reciprocal</w:t>
      </w:r>
      <w:r>
        <w:rPr>
          <w:b/>
          <w:bCs/>
        </w:rPr>
        <w:t xml:space="preserve"> </w:t>
      </w:r>
      <w:r>
        <w:rPr>
          <w:b/>
          <w:bCs/>
        </w:rPr>
        <w:t xml:space="preserve">understanding that neither side would speak of the past.</w:t>
      </w:r>
      <w:r>
        <w:br/>
      </w:r>
      <w:r>
        <w:t xml:space="preserve">    (a) without a tendency to be full of thought</w:t>
      </w:r>
      <w:r>
        <w:br/>
      </w:r>
      <w:r>
        <w:t xml:space="preserve">    (b) lacking a tendency to be full of thought</w:t>
      </w:r>
      <w:r>
        <w:br/>
      </w:r>
      <w:r>
        <w:t xml:space="preserve">    (c) mutual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the bully's rude behavior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repulsive</w:t>
      </w:r>
      <w:r>
        <w:rPr>
          <w:b/>
          <w:bCs/>
        </w:rPr>
        <w:t xml:space="preserve">.</w:t>
      </w:r>
      <w:r>
        <w:br/>
      </w:r>
      <w:r>
        <w:t xml:space="preserve">    (a) warmly inviting</w:t>
      </w:r>
      <w:r>
        <w:br/>
      </w:r>
      <w:r>
        <w:t xml:space="preserve">    (b) calmly soothing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considered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joke loudly inside the sacred temple.</w:t>
      </w:r>
      <w:r>
        <w:br/>
      </w:r>
      <w:r>
        <w:t xml:space="preserve">    (a) disrespect for the sacred</w:t>
      </w:r>
      <w:r>
        <w:br/>
      </w:r>
      <w:r>
        <w:t xml:space="preserve">    (b) fear of religious rules</w:t>
      </w:r>
      <w:r>
        <w:br/>
      </w:r>
      <w:r>
        <w:t xml:space="preserve">    (c) respect for old customs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 hopes that the new tax breaks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stimulate</w:t>
      </w:r>
      <w:r>
        <w:rPr>
          <w:b/>
          <w:bCs/>
        </w:rPr>
        <w:t xml:space="preserve"> </w:t>
      </w:r>
      <w:r>
        <w:rPr>
          <w:b/>
          <w:bCs/>
        </w:rPr>
        <w:t xml:space="preserve">the economy.</w:t>
      </w:r>
      <w:r>
        <w:br/>
      </w:r>
      <w:r>
        <w:t xml:space="preserve">    (a) directly control prices in</w:t>
      </w:r>
      <w:r>
        <w:br/>
      </w:r>
      <w:r>
        <w:t xml:space="preserve">    (b) reduce overall spending in</w:t>
      </w:r>
      <w:r>
        <w:br/>
      </w:r>
      <w:r>
        <w:t xml:space="preserve">    (c) encourage activity or development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tinged</w:t>
      </w:r>
      <w:r>
        <w:rPr>
          <w:b/>
          <w:bCs/>
        </w:rPr>
        <w:t xml:space="preserve"> </w:t>
      </w:r>
      <w:r>
        <w:rPr>
          <w:b/>
          <w:bCs/>
        </w:rPr>
        <w:t xml:space="preserve">with sadness when she said goodbye.</w:t>
      </w:r>
      <w:r>
        <w:br/>
      </w:r>
      <w:r>
        <w:t xml:space="preserve">    (a) loudly praised</w:t>
      </w:r>
      <w:r>
        <w:br/>
      </w:r>
      <w:r>
        <w:t xml:space="preserve">    (b) fully replaced</w:t>
      </w:r>
      <w:r>
        <w:br/>
      </w:r>
      <w:r>
        <w:t xml:space="preserve">    (c) slightly marked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2026-07-31T15:10:01Z</dcterms:created>
  <dcterms:modified xsi:type="dcterms:W3CDTF">2026-07-31T15:10:01Z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