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059afdcd3f900cdce80a450763d4e1f34982b0"/>
    <w:p>
      <w:pPr>
        <w:pStyle w:val="Heading1"/>
      </w:pPr>
      <w:r>
        <w:rPr>
          <w:b/>
          <w:bCs/>
        </w:rPr>
        <w:t xml:space="preserve">The Catcher in the Rye</w:t>
      </w:r>
      <w:r>
        <w:br/>
      </w:r>
      <w:r>
        <w:rPr>
          <w:i/>
          <w:iCs/>
        </w:rPr>
        <w:t xml:space="preserve">J. D. Salinger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 you have any particular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qualms</w:t>
      </w:r>
      <w:r>
        <w:rPr>
          <w:b/>
          <w:bCs/>
        </w:rPr>
        <w:t xml:space="preserve"> </w:t>
      </w:r>
      <w:r>
        <w:rPr>
          <w:b/>
          <w:bCs/>
        </w:rPr>
        <w:t xml:space="preserve">about leaving Pencey?</w:t>
      </w:r>
      <w:r>
        <w:br/>
      </w:r>
      <w:r>
        <w:t xml:space="preserve">    (a) uneasiness</w:t>
      </w:r>
      <w:r>
        <w:br/>
      </w:r>
      <w:r>
        <w:t xml:space="preserve">    (b) subtle characteristics</w:t>
      </w:r>
      <w:r>
        <w:br/>
      </w:r>
      <w:r>
        <w:t xml:space="preserve">    (c) basic rules or beliefs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just going through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phase</w:t>
      </w:r>
      <w:r>
        <w:rPr>
          <w:b/>
          <w:bCs/>
        </w:rPr>
        <w:t xml:space="preserve"> </w:t>
      </w:r>
      <w:r>
        <w:rPr>
          <w:b/>
          <w:bCs/>
        </w:rPr>
        <w:t xml:space="preserve">right now.</w:t>
      </w:r>
      <w:r>
        <w:br/>
      </w:r>
      <w:r>
        <w:t xml:space="preserve">    (a) the act or process of stopping something from happening</w:t>
      </w:r>
      <w:r>
        <w:br/>
      </w:r>
      <w:r>
        <w:t xml:space="preserve">    (b) a period of time when someone exhibits unusual behavior</w:t>
      </w:r>
      <w:r>
        <w:br/>
      </w:r>
      <w:r>
        <w:t xml:space="preserve">    (c) an organization comprised of firms in a single industry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started laughing in this very high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falsetto</w:t>
      </w:r>
      <w:r>
        <w:rPr>
          <w:b/>
          <w:bCs/>
        </w:rPr>
        <w:t xml:space="preserve"> </w:t>
      </w:r>
      <w:r>
        <w:rPr>
          <w:b/>
          <w:bCs/>
        </w:rPr>
        <w:t xml:space="preserve">voice.</w:t>
      </w:r>
      <w:r>
        <w:br/>
      </w:r>
      <w:r>
        <w:t xml:space="preserve">    (a) a measure of north/south (relative to the equator) on the earth</w:t>
      </w:r>
      <w:r>
        <w:br/>
      </w:r>
      <w:r>
        <w:t xml:space="preserve">    (b) a male singing voice with artificially high tones (in an upper register)</w:t>
      </w:r>
      <w:r>
        <w:br/>
      </w:r>
      <w:r>
        <w:t xml:space="preserve">    (c) a period of time or a stage during the development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waiting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annex</w:t>
      </w:r>
      <w:r>
        <w:rPr>
          <w:b/>
          <w:bCs/>
        </w:rPr>
        <w:t xml:space="preserve">.</w:t>
      </w:r>
      <w:r>
        <w:br/>
      </w:r>
      <w:r>
        <w:t xml:space="preserve">    (a) an agent that works against a bacterial infection that is typically contracted through a puncture wound with a dirty object</w:t>
      </w:r>
      <w:r>
        <w:br/>
      </w:r>
      <w:r>
        <w:t xml:space="preserve">    (b) main character of Mark Twain's classic novel about Huck and Jim's journey down the Mississippi River to find freedom (1884)</w:t>
      </w:r>
      <w:r>
        <w:br/>
      </w:r>
      <w:r>
        <w:t xml:space="preserve">    (c) an addition that extends a main building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wanted you to think that the only reason he was lousy at writing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compositions</w:t>
      </w:r>
      <w:r>
        <w:rPr>
          <w:b/>
          <w:bCs/>
        </w:rPr>
        <w:t xml:space="preserve"> </w:t>
      </w:r>
      <w:r>
        <w:rPr>
          <w:b/>
          <w:bCs/>
        </w:rPr>
        <w:t xml:space="preserve">was because he stuck all the commas in the wrong place.</w:t>
      </w:r>
      <w:r>
        <w:br/>
      </w:r>
      <w:r>
        <w:t xml:space="preserve">    (a) people who believe behavior should be guided by high ideals or standards -- often implying that they are unrealistic</w:t>
      </w:r>
      <w:r>
        <w:br/>
      </w:r>
      <w:r>
        <w:t xml:space="preserve">    (b) things that are different than others of their type (synonyms could include: adaptations, versions, alternate forms)</w:t>
      </w:r>
      <w:r>
        <w:br/>
      </w:r>
      <w:r>
        <w:t xml:space="preserve">    (c) essays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started talking in this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monotonous</w:t>
      </w:r>
      <w:r>
        <w:rPr>
          <w:b/>
          <w:bCs/>
        </w:rPr>
        <w:t xml:space="preserve"> </w:t>
      </w:r>
      <w:r>
        <w:rPr>
          <w:b/>
          <w:bCs/>
        </w:rPr>
        <w:t xml:space="preserve">voice,</w:t>
      </w:r>
      <w:r>
        <w:br/>
      </w:r>
      <w:r>
        <w:t xml:space="preserve">    (a) interesting and/or stimulating</w:t>
      </w:r>
      <w:r>
        <w:br/>
      </w:r>
      <w:r>
        <w:t xml:space="preserve">    (b) increasingly more frightening and/or dangerous</w:t>
      </w:r>
      <w:r>
        <w:br/>
      </w:r>
      <w:r>
        <w:t xml:space="preserve">    (c) boring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 knew Stradlater, you'd have been worried, too. ... 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unscrupulous</w:t>
      </w:r>
      <w:r>
        <w:rPr>
          <w:b/>
          <w:bCs/>
        </w:rPr>
        <w:t xml:space="preserve">.</w:t>
      </w:r>
      <w:r>
        <w:br/>
      </w:r>
      <w:r>
        <w:t xml:space="preserve">    (a) important</w:t>
      </w:r>
      <w:r>
        <w:br/>
      </w:r>
      <w:r>
        <w:t xml:space="preserve">    (b) disbelief</w:t>
      </w:r>
      <w:r>
        <w:br/>
      </w:r>
      <w:r>
        <w:t xml:space="preserve">    (c) unethical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adapts</w:t>
      </w:r>
      <w:r>
        <w:rPr>
          <w:b/>
          <w:bCs/>
        </w:rPr>
        <w:t xml:space="preserve"> </w:t>
      </w:r>
      <w:r>
        <w:rPr>
          <w:b/>
          <w:bCs/>
        </w:rPr>
        <w:t xml:space="preserve">himself very well to things.</w:t>
      </w:r>
      <w:r>
        <w:br/>
      </w:r>
      <w:r>
        <w:t xml:space="preserve">    (a) adjusts (changes to fit different situations)</w:t>
      </w:r>
      <w:r>
        <w:br/>
      </w:r>
      <w:r>
        <w:t xml:space="preserve">    (b) declares invalid; or ends or cancels</w:t>
      </w:r>
      <w:r>
        <w:br/>
      </w:r>
      <w:r>
        <w:t xml:space="preserve">    (c) makes different; or shows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mean he was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unanimous</w:t>
      </w:r>
      <w:r>
        <w:rPr>
          <w:b/>
          <w:bCs/>
        </w:rPr>
        <w:t xml:space="preserve"> </w:t>
      </w:r>
      <w:r>
        <w:rPr>
          <w:b/>
          <w:bCs/>
        </w:rPr>
        <w:t xml:space="preserve">choice.</w:t>
      </w:r>
      <w:r>
        <w:br/>
      </w:r>
      <w:r>
        <w:t xml:space="preserve">    (a) able to meet and talk with</w:t>
      </w:r>
      <w:r>
        <w:br/>
      </w:r>
      <w:r>
        <w:t xml:space="preserve">    (b) the quality of disagreeing</w:t>
      </w:r>
      <w:r>
        <w:br/>
      </w:r>
      <w:r>
        <w:t xml:space="preserve">    (c) with everyone in 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just got very cool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nonchalant</w:t>
      </w:r>
      <w:r>
        <w:rPr>
          <w:b/>
          <w:bCs/>
        </w:rPr>
        <w:t xml:space="preserve">.</w:t>
      </w:r>
      <w:r>
        <w:br/>
      </w:r>
      <w:r>
        <w:t xml:space="preserve">    (a) sensible and careful</w:t>
      </w:r>
      <w:r>
        <w:br/>
      </w:r>
      <w:r>
        <w:t xml:space="preserve">    (b) sincerity (realness)</w:t>
      </w:r>
      <w:r>
        <w:br/>
      </w:r>
      <w:r>
        <w:t xml:space="preserve">    (c) calm and unconcerned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"I'm still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recuperating</w:t>
      </w:r>
      <w:r>
        <w:rPr>
          <w:b/>
          <w:bCs/>
        </w:rPr>
        <w:t xml:space="preserve">," I told her.</w:t>
      </w:r>
      <w:r>
        <w:br/>
      </w:r>
      <w:r>
        <w:t xml:space="preserve">    (a) subsequent (happening later)</w:t>
      </w:r>
      <w:r>
        <w:br/>
      </w:r>
      <w:r>
        <w:t xml:space="preserve">    (b) gradually adding or removing</w:t>
      </w:r>
      <w:r>
        <w:br/>
      </w:r>
      <w:r>
        <w:t xml:space="preserve">    (c) regaining health or strength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...my suitcases, for instance. He kept saying they were too new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bourgeois</w:t>
      </w:r>
      <w:r>
        <w:rPr>
          <w:b/>
          <w:bCs/>
        </w:rPr>
        <w:t xml:space="preserve">.</w:t>
      </w:r>
      <w:r>
        <w:br/>
      </w:r>
      <w:r>
        <w:t xml:space="preserve">    (a) represented middle class values</w:t>
      </w:r>
      <w:r>
        <w:br/>
      </w:r>
      <w:r>
        <w:t xml:space="preserve">    (b) speaks with someone about something for the first time</w:t>
      </w:r>
      <w:r>
        <w:br/>
      </w:r>
      <w:r>
        <w:t xml:space="preserve">    (c) the act of protecting something or keeping it as it is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 thing was, I'd made that date to go to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matinee</w:t>
      </w:r>
      <w:r>
        <w:rPr>
          <w:b/>
          <w:bCs/>
        </w:rPr>
        <w:t xml:space="preserve"> </w:t>
      </w:r>
      <w:r>
        <w:rPr>
          <w:b/>
          <w:bCs/>
        </w:rPr>
        <w:t xml:space="preserve">with old Sally Hayes, and I needed to keep some dough for the tickets and stuff.</w:t>
      </w:r>
      <w:r>
        <w:br/>
      </w:r>
      <w:r>
        <w:t xml:space="preserve">    (a) wrong understanding</w:t>
      </w:r>
      <w:r>
        <w:br/>
      </w:r>
      <w:r>
        <w:t xml:space="preserve">    (b) daytime performance</w:t>
      </w:r>
      <w:r>
        <w:br/>
      </w:r>
      <w:r>
        <w:t xml:space="preserve">    (c) act of hiring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...the reason she thought 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conceited</w:t>
      </w:r>
      <w:r>
        <w:rPr>
          <w:b/>
          <w:bCs/>
        </w:rPr>
        <w:t xml:space="preserve"> </w:t>
      </w:r>
      <w:r>
        <w:rPr>
          <w:b/>
          <w:bCs/>
        </w:rPr>
        <w:t xml:space="preserve">was because he happened to mention to her that he was captain of the debating team.</w:t>
      </w:r>
      <w:r>
        <w:br/>
      </w:r>
      <w:r>
        <w:t xml:space="preserve">    (a) too proud</w:t>
      </w:r>
      <w:r>
        <w:br/>
      </w:r>
      <w:r>
        <w:t xml:space="preserve">    (b) calculated or judged too low</w:t>
      </w:r>
      <w:r>
        <w:br/>
      </w:r>
      <w:r>
        <w:t xml:space="preserve">    (c) not judged in a negative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He's helped me to adjust myself to a certain extent, but an extensive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analysis</w:t>
      </w:r>
      <w:r>
        <w:rPr>
          <w:b/>
          <w:bCs/>
        </w:rPr>
        <w:t xml:space="preserve"> </w:t>
      </w:r>
      <w:r>
        <w:rPr>
          <w:b/>
          <w:bCs/>
        </w:rPr>
        <w:t xml:space="preserve">hasn't been necessary.</w:t>
      </w:r>
      <w:r>
        <w:br/>
      </w:r>
      <w:r>
        <w:t xml:space="preserve">    (a) psychiatric treatment</w:t>
      </w:r>
      <w:r>
        <w:br/>
      </w:r>
      <w:r>
        <w:t xml:space="preserve">    (b) performance review</w:t>
      </w:r>
      <w:r>
        <w:br/>
      </w:r>
      <w:r>
        <w:t xml:space="preserve">    (c) treatment with medication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Old Mr. Antolini felt his pulse and all, and then he took off his coat and put it over James Castle and carried him all the way over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infirmary</w:t>
      </w:r>
      <w:r>
        <w:rPr>
          <w:b/>
          <w:bCs/>
        </w:rPr>
        <w:t xml:space="preserve">.</w:t>
      </w:r>
      <w:r>
        <w:br/>
      </w:r>
      <w:r>
        <w:t xml:space="preserve">    (a) a small facility where patients receive treatment</w:t>
      </w:r>
      <w:r>
        <w:br/>
      </w:r>
      <w:r>
        <w:t xml:space="preserve">    (b) a state in which there is little ability to think</w:t>
      </w:r>
      <w:r>
        <w:br/>
      </w:r>
      <w:r>
        <w:t xml:space="preserve">    (c) people who do not believe in the existence of god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this course where each boy in class has to get up in class and make a speech. You know.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spontaneous</w:t>
      </w:r>
      <w:r>
        <w:rPr>
          <w:b/>
          <w:bCs/>
        </w:rPr>
        <w:t xml:space="preserve"> </w:t>
      </w:r>
      <w:r>
        <w:rPr>
          <w:b/>
          <w:bCs/>
        </w:rPr>
        <w:t xml:space="preserve">and all.</w:t>
      </w:r>
      <w:r>
        <w:br/>
      </w:r>
      <w:r>
        <w:t xml:space="preserve">    (a) without planning</w:t>
      </w:r>
      <w:r>
        <w:br/>
      </w:r>
      <w:r>
        <w:t xml:space="preserve">    (b) fascinate so much that awareness of other surrounding things is partially lost and too much trust is granted</w:t>
      </w:r>
      <w:r>
        <w:br/>
      </w:r>
      <w:r>
        <w:t xml:space="preserve">    (c) related to a government official whose job is to represent their country in discussions with other countries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trouble with me is, I like it when somebody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digresses</w:t>
      </w:r>
      <w:r>
        <w:rPr>
          <w:b/>
          <w:bCs/>
        </w:rPr>
        <w:t xml:space="preserve">. It's more interesting and all.</w:t>
      </w:r>
      <w:r>
        <w:br/>
      </w:r>
      <w:r>
        <w:t xml:space="preserve">    (a) rough calculations or guesses of values, quantities, or extents</w:t>
      </w:r>
      <w:r>
        <w:br/>
      </w:r>
      <w:r>
        <w:t xml:space="preserve">    (b) praises, glorifies, or honors  OR  fills with extreme happiness</w:t>
      </w:r>
      <w:r>
        <w:br/>
      </w:r>
      <w:r>
        <w:t xml:space="preserve">    (c) wanders off topic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Apparently before he phoned me he'd just had a long, rather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harrowing</w:t>
      </w:r>
      <w:r>
        <w:rPr>
          <w:b/>
          <w:bCs/>
        </w:rPr>
        <w:t xml:space="preserve"> </w:t>
      </w:r>
      <w:r>
        <w:rPr>
          <w:b/>
          <w:bCs/>
        </w:rPr>
        <w:t xml:space="preserve">letter from your latest headmaster, to the effect that you were making absolutely no effort at all.</w:t>
      </w:r>
      <w:r>
        <w:br/>
      </w:r>
      <w:r>
        <w:t xml:space="preserve">    (a) not tending to find fault</w:t>
      </w:r>
      <w:r>
        <w:br/>
      </w:r>
      <w:r>
        <w:t xml:space="preserve">    (b) unsettling</w:t>
      </w:r>
      <w:r>
        <w:br/>
      </w:r>
      <w:r>
        <w:t xml:space="preserve">    (c) able to be disagreed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all of a sudden, I ran like a madman across the street—I damn near got killed doing it, if you want to know the truth—and went in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stationery</w:t>
      </w:r>
      <w:r>
        <w:rPr>
          <w:b/>
          <w:bCs/>
        </w:rPr>
        <w:t xml:space="preserve"> </w:t>
      </w:r>
      <w:r>
        <w:rPr>
          <w:b/>
          <w:bCs/>
        </w:rPr>
        <w:t xml:space="preserve">store and bought a pad and pencil.</w:t>
      </w:r>
      <w:r>
        <w:br/>
      </w:r>
      <w:r>
        <w:t xml:space="preserve">    (a) expresses strong hatred or loathing for</w:t>
      </w:r>
      <w:r>
        <w:br/>
      </w:r>
      <w:r>
        <w:t xml:space="preserve">    (b) expressed strong hatred or loathing for</w:t>
      </w:r>
      <w:r>
        <w:br/>
      </w:r>
      <w:r>
        <w:t xml:space="preserve">    (c) a store selling paper &amp; envelopes for writing letters, and related items such as supplies for an office or for an artist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2026-07-31T15:10:01Z</dcterms:created>
  <dcterms:modified xsi:type="dcterms:W3CDTF">2026-07-31T15:10:01Z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