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2a7ef124c47d4862af6345f49ccd934a33e313"/>
    <w:p>
      <w:pPr>
        <w:pStyle w:val="Heading1"/>
      </w:pPr>
      <w:r>
        <w:rPr>
          <w:b/>
          <w:bCs/>
        </w:rPr>
        <w:t xml:space="preserve">The Catcher in the Rye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first place, that stuff bores me, and in the second place, my parents would have about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hemorrhages</w:t>
      </w:r>
      <w:r>
        <w:rPr>
          <w:b/>
          <w:bCs/>
        </w:rPr>
        <w:t xml:space="preserve"> </w:t>
      </w:r>
      <w:r>
        <w:rPr>
          <w:b/>
          <w:bCs/>
        </w:rPr>
        <w:t xml:space="preserve">apiece if I told anything pretty personal about them.</w:t>
      </w:r>
      <w:r>
        <w:br/>
      </w:r>
      <w:r>
        <w:t xml:space="preserve">    (a) instances of severe internal bleeding</w:t>
      </w:r>
      <w:r>
        <w:br/>
      </w:r>
      <w:r>
        <w:t xml:space="preserve">    (b) takes (power or responsibility)</w:t>
      </w:r>
      <w:r>
        <w:br/>
      </w:r>
      <w:r>
        <w:t xml:space="preserve">    (c) accepts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science would still like to know what the secret ingredients were that the Egyptians used when they wrapped up dead people so that their faces would not rot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centuries.</w:t>
      </w:r>
      <w:r>
        <w:br/>
      </w:r>
      <w:r>
        <w:t xml:space="preserve">    (a) able to meet and talk with</w:t>
      </w:r>
      <w:r>
        <w:br/>
      </w:r>
      <w:r>
        <w:t xml:space="preserve">    (b) the quality of disagreeing</w:t>
      </w:r>
      <w:r>
        <w:br/>
      </w:r>
      <w:r>
        <w:t xml:space="preserve">    (c) too numerous to be counted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I'm on my way to the store to buy a magazine, even, and somebody asks me where I'm going,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 to</w:t>
      </w:r>
      <w:r>
        <w:rPr>
          <w:b/>
          <w:bCs/>
        </w:rPr>
        <w:t xml:space="preserve"> </w:t>
      </w:r>
      <w:r>
        <w:rPr>
          <w:b/>
          <w:bCs/>
        </w:rPr>
        <w:t xml:space="preserve">say I'm going to the opera.</w:t>
      </w:r>
      <w:r>
        <w:br/>
      </w:r>
      <w:r>
        <w:t xml:space="preserve">    (a) devices that convert light into electricity</w:t>
      </w:r>
      <w:r>
        <w:br/>
      </w:r>
      <w:r>
        <w:t xml:space="preserve">    (b) likely to; or maybe going to; or subject to</w:t>
      </w:r>
      <w:r>
        <w:br/>
      </w:r>
      <w:r>
        <w:t xml:space="preserve">    (c) temperature scale used in most of the 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illiterate</w:t>
      </w:r>
      <w:r>
        <w:rPr>
          <w:b/>
          <w:bCs/>
        </w:rPr>
        <w:t xml:space="preserve">, but I read a lot.</w:t>
      </w:r>
      <w:r>
        <w:br/>
      </w:r>
      <w:r>
        <w:t xml:space="preserve">    (a) not able to grasp the deeper messages in books read</w:t>
      </w:r>
      <w:r>
        <w:br/>
      </w:r>
      <w:r>
        <w:t xml:space="preserve">    (b) exceedingly funny (resulting in uncontrollable laughter); or exhibiting excessive, uncontrollable emotion</w:t>
      </w:r>
      <w:r>
        <w:br/>
      </w:r>
      <w:r>
        <w:t xml:space="preserve">    (c) when what happens is very different than what might be expected; or when things seem incongruous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the routine on joining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?</w:t>
      </w:r>
      <w:r>
        <w:br/>
      </w:r>
      <w:r>
        <w:t xml:space="preserve">    (a) residence of a religious community</w:t>
      </w:r>
      <w:r>
        <w:br/>
      </w:r>
      <w:r>
        <w:t xml:space="preserve">    (b) island (that is made of a coral reef)</w:t>
      </w:r>
      <w:r>
        <w:br/>
      </w:r>
      <w:r>
        <w:t xml:space="preserve">    (c) dense, rainy forest with many species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kind of luck I have, I'd probably join one with all the wrong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monks</w:t>
      </w:r>
      <w:r>
        <w:rPr>
          <w:b/>
          <w:bCs/>
        </w:rPr>
        <w:t xml:space="preserve"> </w:t>
      </w:r>
      <w:r>
        <w:rPr>
          <w:b/>
          <w:bCs/>
        </w:rPr>
        <w:t xml:space="preserve">in it.</w:t>
      </w:r>
      <w:r>
        <w:br/>
      </w:r>
      <w:r>
        <w:t xml:space="preserve">    (a) amounts of the value of homes that some states and local jurisdictions deduct from the value that is taxed</w:t>
      </w:r>
      <w:r>
        <w:br/>
      </w:r>
      <w:r>
        <w:t xml:space="preserve">    (b) male members of a religious order living together typically under vows of poverty, chastity, and obedience</w:t>
      </w:r>
      <w:r>
        <w:br/>
      </w:r>
      <w:r>
        <w:t xml:space="preserve">    (c) inhabitants of Assyria -- an ancient kingdom centered in northern Mesopotamia which is in present-day Iraq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of the faculty are pretty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.</w:t>
      </w:r>
      <w:r>
        <w:br/>
      </w:r>
      <w:r>
        <w:t xml:space="preserve">    (a) not attractive or desirable</w:t>
      </w:r>
      <w:r>
        <w:br/>
      </w:r>
      <w:r>
        <w:t xml:space="preserve">    (b) characterized by extreme care and great effort</w:t>
      </w:r>
      <w:r>
        <w:br/>
      </w:r>
      <w:r>
        <w:t xml:space="preserve">    (c) orbiting Earth once per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immaterial</w:t>
      </w:r>
      <w:r>
        <w:rPr>
          <w:b/>
          <w:bCs/>
        </w:rPr>
        <w:t xml:space="preserve"> </w:t>
      </w:r>
      <w:r>
        <w:rPr>
          <w:b/>
          <w:bCs/>
        </w:rPr>
        <w:t xml:space="preserve">to me," she said.</w:t>
      </w:r>
      <w:r>
        <w:br/>
      </w:r>
      <w:r>
        <w:t xml:space="preserve">    (a) unimportant</w:t>
      </w:r>
      <w:r>
        <w:br/>
      </w:r>
      <w:r>
        <w:t xml:space="preserve">    (b) without boundaries or limits</w:t>
      </w:r>
      <w:r>
        <w:br/>
      </w:r>
      <w:r>
        <w:t xml:space="preserve">    (c) not good at making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Mostly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 school</w:t>
      </w:r>
      <w:r>
        <w:rPr>
          <w:b/>
          <w:bCs/>
        </w:rPr>
        <w:t xml:space="preserve"> </w:t>
      </w:r>
      <w:r>
        <w:rPr>
          <w:b/>
          <w:bCs/>
        </w:rPr>
        <w:t xml:space="preserve">jerks and college jerks.</w:t>
      </w:r>
      <w:r>
        <w:br/>
      </w:r>
      <w:r>
        <w:t xml:space="preserve">    (a) the idea that anything that can go wrong will go wrong</w:t>
      </w:r>
      <w:r>
        <w:br/>
      </w:r>
      <w:r>
        <w:t xml:space="preserve">    (b) done to get ready for something that will happen later</w:t>
      </w:r>
      <w:r>
        <w:br/>
      </w:r>
      <w:r>
        <w:t xml:space="preserve">    (c) injured muscles or tendons (despite calling it muscle)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 did, I finally put my suitcases under my bed, instead of on the rack, so that old Slagle wouldn't get a goddam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inferiority complex</w:t>
      </w:r>
      <w:r>
        <w:rPr>
          <w:b/>
          <w:bCs/>
        </w:rPr>
        <w:t xml:space="preserve"> </w:t>
      </w:r>
      <w:r>
        <w:rPr>
          <w:b/>
          <w:bCs/>
        </w:rPr>
        <w:t xml:space="preserve">about it.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center (or most important part) of something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that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 </w:t>
      </w:r>
      <w:r>
        <w:rPr>
          <w:b/>
          <w:bCs/>
        </w:rPr>
        <w:t xml:space="preserve">or anything, but he just wanted to know.</w:t>
      </w:r>
      <w:r>
        <w:br/>
      </w:r>
      <w:r>
        <w:t xml:space="preserve">    (a) corrupted or seduced from virtue, duty, or allegiance  OR  excessively drank, engaged in casual sex, and/or drug abuse while partying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had unreasonable and unfair beliefs or feelings -- especially against members of a race, religion, or other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always showing Columbus discovering America, having one helluva time getting old Ferdinand and Isabella to lend him the dough to buy ships with, and then the sailors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mutinying</w:t>
      </w:r>
      <w:r>
        <w:rPr>
          <w:b/>
          <w:bCs/>
        </w:rPr>
        <w:t xml:space="preserve"> </w:t>
      </w:r>
      <w:r>
        <w:rPr>
          <w:b/>
          <w:bCs/>
        </w:rPr>
        <w:t xml:space="preserve">on him and all.</w:t>
      </w:r>
      <w:r>
        <w:br/>
      </w:r>
      <w:r>
        <w:t xml:space="preserve">    (a) open rebellion against authority -- especially by seamen or soldiers against their officers</w:t>
      </w:r>
      <w:r>
        <w:br/>
      </w:r>
      <w:r>
        <w:t xml:space="preserve">    (b) treating in a manner that demonstrates a sense of superiority, but is supposed to seem kind</w:t>
      </w:r>
      <w:r>
        <w:br/>
      </w:r>
      <w:r>
        <w:t xml:space="preserve">    (c) persuading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Sally said I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sacrilegious</w:t>
      </w:r>
      <w:r>
        <w:rPr>
          <w:b/>
          <w:bCs/>
        </w:rPr>
        <w:t xml:space="preserve"> </w:t>
      </w:r>
      <w:r>
        <w:rPr>
          <w:b/>
          <w:bCs/>
        </w:rPr>
        <w:t xml:space="preserve">atheist.</w:t>
      </w:r>
      <w:r>
        <w:br/>
      </w:r>
      <w:r>
        <w:t xml:space="preserve">    (a) able to be persuaded to do something by tempting with pleasure or something desired</w:t>
      </w:r>
      <w:r>
        <w:br/>
      </w:r>
      <w:r>
        <w:t xml:space="preserve">    (b) disrespectful of something others consider sacred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goddam hat blows off and he catches it, and then they go upstairs and sit down and start talking about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Charles Dickens</w:t>
      </w:r>
      <w:r>
        <w:rPr>
          <w:b/>
          <w:bCs/>
        </w:rPr>
        <w:t xml:space="preserve">.</w:t>
      </w:r>
      <w:r>
        <w:br/>
      </w:r>
      <w:r>
        <w:t xml:space="preserve">    (a) wrote with pen name, George Eliot -- British writer of novels characterized by realistic analysis of provincial Victorian society and psychology (1819-1880)</w:t>
      </w:r>
      <w:r>
        <w:br/>
      </w:r>
      <w:r>
        <w:t xml:space="preserve">    (b) pen name of the writer of classic children's books such as</w:t>
      </w:r>
      <w:r>
        <w:t xml:space="preserve"> </w:t>
      </w:r>
      <w:r>
        <w:rPr>
          <w:i/>
          <w:iCs/>
        </w:rPr>
        <w:t xml:space="preserve">The Cat in the Hat</w:t>
      </w:r>
      <w:r>
        <w:t xml:space="preserve">,</w:t>
      </w:r>
      <w:r>
        <w:t xml:space="preserve"> </w:t>
      </w:r>
      <w:r>
        <w:rPr>
          <w:i/>
          <w:iCs/>
        </w:rPr>
        <w:t xml:space="preserve">Green Eggs and Ham</w:t>
      </w:r>
      <w:r>
        <w:t xml:space="preserve">, and</w:t>
      </w:r>
      <w:r>
        <w:t xml:space="preserve"> </w:t>
      </w:r>
      <w:r>
        <w:rPr>
          <w:i/>
          <w:iCs/>
        </w:rPr>
        <w:t xml:space="preserve">How the Grinch Stole Christmas</w:t>
      </w:r>
      <w:r>
        <w:br/>
      </w:r>
      <w:r>
        <w:t xml:space="preserve">    (c) arguably one of the English language's best writers and the foremost writer of the Victorian Era whose novels depicted and criticized social injustice (1812-1870)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practically a child at the time, but I remember when he used to come home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</w:t>
      </w:r>
      <w:r>
        <w:rPr>
          <w:b/>
          <w:bCs/>
        </w:rPr>
        <w:t xml:space="preserve"> </w:t>
      </w:r>
      <w:r>
        <w:rPr>
          <w:b/>
          <w:bCs/>
        </w:rPr>
        <w:t xml:space="preserve">and all, all he did was lie on his bed, practically.</w:t>
      </w:r>
      <w:r>
        <w:br/>
      </w:r>
      <w:r>
        <w:t xml:space="preserve">    (a) a temporary leave from work, duty, or confinement, usually granted by an employer, the military, or an institution</w:t>
      </w:r>
      <w:r>
        <w:br/>
      </w:r>
      <w:r>
        <w:t xml:space="preserve">    (b) accept someone's membership though a special procedure such as a ceremony and/or period of instruction and/or test</w:t>
      </w:r>
      <w:r>
        <w:br/>
      </w:r>
      <w:r>
        <w:t xml:space="preserve">    (c) a method of artistic painting on a wall by using watercolors on wet plaster; or the painting made in such a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Phoebe Weatherfield Caulfield,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Esq.</w:t>
      </w:r>
      <w:r>
        <w:br/>
      </w:r>
      <w:r>
        <w:t xml:space="preserve">    (a) of the theological system of John Calvin and his followers emphasizing omnipotence of God and salvation by grace alone</w:t>
      </w:r>
      <w:r>
        <w:br/>
      </w:r>
      <w:r>
        <w:t xml:space="preserve">    (b) Johann Sebastian Bach -- German baroque composer generally considered one of the masters of classical music (1685-1750)</w:t>
      </w:r>
      <w:r>
        <w:br/>
      </w:r>
      <w:r>
        <w:t xml:space="preserve">    (c) United States:  a lawyer -- typically abbreviated (Esq.) after the name</w:t>
      </w:r>
      <w:r>
        <w:br/>
      </w:r>
      <w:r>
        <w:br/>
      </w:r>
      <w:r>
        <w:t xml:space="preserve">United Kingdom:  a title of respect for a 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won't even tell you what they did to him—it's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repulsive</w:t>
      </w:r>
      <w:r>
        <w:rPr>
          <w:b/>
          <w:bCs/>
        </w:rPr>
        <w:t xml:space="preserve">—but he still wouldn't take it back, old James Castle.</w:t>
      </w:r>
      <w:r>
        <w:br/>
      </w:r>
      <w:r>
        <w:t xml:space="preserve">    (a) relating to surrounding conditions</w:t>
      </w:r>
      <w:r>
        <w:br/>
      </w:r>
      <w:r>
        <w:t xml:space="preserve">    (b) a tendency to think back on things</w:t>
      </w:r>
      <w:r>
        <w:br/>
      </w:r>
      <w:r>
        <w:t xml:space="preserve">    (c) disgusting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You're by no means alone on that score, you'll be excited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stimulated</w:t>
      </w:r>
      <w:r>
        <w:rPr>
          <w:b/>
          <w:bCs/>
        </w:rPr>
        <w:t xml:space="preserve"> </w:t>
      </w:r>
      <w:r>
        <w:rPr>
          <w:b/>
          <w:bCs/>
        </w:rPr>
        <w:t xml:space="preserve">to know.</w:t>
      </w:r>
      <w:r>
        <w:br/>
      </w:r>
      <w:r>
        <w:t xml:space="preserve">    (a) supported a beam, bracket, or other structure on only one side</w:t>
      </w:r>
      <w:r>
        <w:br/>
      </w:r>
      <w:r>
        <w:t xml:space="preserve">    (b) encouraged growth or excitement, or caused something to happen</w:t>
      </w:r>
      <w:r>
        <w:br/>
      </w:r>
      <w:r>
        <w:t xml:space="preserve">    (c) ignored someone's wishes or caused inconvenience or discomfort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Many, many men have been just as troubled morally and spiritually as you are right now. Happily, some of them kept records of their troubles. You'll learn from them--if you want to. Just as someday, if you have something to offer, someone will learn something from you. It's a beautiful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reciprocal</w:t>
      </w:r>
      <w:r>
        <w:rPr>
          <w:b/>
          <w:bCs/>
        </w:rPr>
        <w:t xml:space="preserve"> </w:t>
      </w:r>
      <w:r>
        <w:rPr>
          <w:b/>
          <w:bCs/>
        </w:rPr>
        <w:t xml:space="preserve">arrangement.</w:t>
      </w:r>
      <w:r>
        <w:br/>
      </w:r>
      <w:r>
        <w:t xml:space="preserve">    (a) lacking a tendency to be full of thought</w:t>
      </w:r>
      <w:r>
        <w:br/>
      </w:r>
      <w:r>
        <w:t xml:space="preserve">    (b) without a tendency to be full of thought</w:t>
      </w:r>
      <w:r>
        <w:br/>
      </w:r>
      <w:r>
        <w:t xml:space="preserve">    (c) balanced (interchanged equivalence)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those scraggy-looking Santa Clauses were standing on corners ringing those bells, and the Salvation Army girls, the ones that don't wear any lipstick or anything,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tinging</w:t>
      </w:r>
      <w:r>
        <w:rPr>
          <w:b/>
          <w:bCs/>
        </w:rPr>
        <w:t xml:space="preserve"> </w:t>
      </w:r>
      <w:r>
        <w:rPr>
          <w:b/>
          <w:bCs/>
        </w:rPr>
        <w:t xml:space="preserve">bells too.</w:t>
      </w:r>
      <w:r>
        <w:br/>
      </w:r>
      <w:r>
        <w:t xml:space="preserve">    (a) adjusting a lens to make an image clear</w:t>
      </w:r>
      <w:r>
        <w:br/>
      </w:r>
      <w:r>
        <w:t xml:space="preserve">    (b) making different; or showing difference</w:t>
      </w:r>
      <w:r>
        <w:br/>
      </w:r>
      <w:r>
        <w:t xml:space="preserve">    (c) adding a slight amount (often of color)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2026-07-31T15:10:01Z</dcterms:created>
  <dcterms:modified xsi:type="dcterms:W3CDTF">2026-07-31T15:10:01Z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