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740261d7a17ec49ba325fa2d1cd9b7068feb63"/>
    <w:p>
      <w:pPr>
        <w:pStyle w:val="Heading1"/>
      </w:pPr>
      <w:r>
        <w:rPr>
          <w:b/>
          <w:bCs/>
        </w:rPr>
        <w:t xml:space="preserve">The Catbird Seat</w:t>
      </w:r>
      <w:r>
        <w:br/>
      </w:r>
      <w:r>
        <w:rPr>
          <w:i/>
          <w:iCs/>
        </w:rPr>
        <w:t xml:space="preserve">James Thurber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the hundredth time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resented</w:t>
      </w:r>
      <w:r>
        <w:rPr>
          <w:b/>
          <w:bCs/>
        </w:rPr>
        <w:t xml:space="preserve"> </w:t>
      </w:r>
      <w:r>
        <w:rPr>
          <w:b/>
          <w:bCs/>
        </w:rPr>
        <w:t xml:space="preserve">the element of imprecision, the margin of guesswork that entered into the business.</w:t>
      </w:r>
      <w:r>
        <w:br/>
      </w:r>
      <w:r>
        <w:t xml:space="preserve">    (a) wandered from a direct or straight course -- especially verbally</w:t>
      </w:r>
      <w:r>
        <w:br/>
      </w:r>
      <w:r>
        <w:t xml:space="preserve">    (b) to break a close association between two organizations or people</w:t>
      </w:r>
      <w:r>
        <w:br/>
      </w:r>
      <w:r>
        <w:t xml:space="preserve">    (c) felt angry or unhappy about having to accept something not liked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therein lay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cunning</w:t>
      </w:r>
      <w:r>
        <w:rPr>
          <w:b/>
          <w:bCs/>
        </w:rPr>
        <w:t xml:space="preserve"> </w:t>
      </w:r>
      <w:r>
        <w:rPr>
          <w:b/>
          <w:bCs/>
        </w:rPr>
        <w:t xml:space="preserve">of his scheme.</w:t>
      </w:r>
      <w:r>
        <w:br/>
      </w:r>
      <w:r>
        <w:t xml:space="preserve">    (a) relating to logical examination to improve understanding</w:t>
      </w:r>
      <w:r>
        <w:br/>
      </w:r>
      <w:r>
        <w:t xml:space="preserve">    (b) related to the natural world (life, air, water, land...)</w:t>
      </w:r>
      <w:r>
        <w:br/>
      </w:r>
      <w:r>
        <w:t xml:space="preserve">    (c) good at achieving goals through cleverness and deception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woman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appalled</w:t>
      </w:r>
      <w:r>
        <w:rPr>
          <w:b/>
          <w:bCs/>
        </w:rPr>
        <w:t xml:space="preserve"> </w:t>
      </w:r>
      <w:r>
        <w:rPr>
          <w:b/>
          <w:bCs/>
        </w:rPr>
        <w:t xml:space="preserve">Mr. Martin instantly, but he hadn't shown it.</w:t>
      </w:r>
      <w:r>
        <w:br/>
      </w:r>
      <w:r>
        <w:t xml:space="preserve">    (a) shocked by how terrible or horrible something is</w:t>
      </w:r>
      <w:r>
        <w:br/>
      </w:r>
      <w:r>
        <w:t xml:space="preserve">    (b) gave an opinion of what was wrong with something</w:t>
      </w:r>
      <w:r>
        <w:br/>
      </w:r>
      <w:r>
        <w:t xml:space="preserve">    (c) with an unadjusted lens so the image isn't clear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halls, in the elevator, even in his own office, into which she romped now and then like a circus horse,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constantly</w:t>
      </w:r>
      <w:r>
        <w:rPr>
          <w:b/>
          <w:bCs/>
        </w:rPr>
        <w:t xml:space="preserve"> </w:t>
      </w:r>
      <w:r>
        <w:rPr>
          <w:b/>
          <w:bCs/>
        </w:rPr>
        <w:t xml:space="preserve">shouting these silly questions at him.</w:t>
      </w:r>
      <w:r>
        <w:br/>
      </w:r>
      <w:r>
        <w:t xml:space="preserve">    (a) in a manner that is crosswise (at a right angle to the long axis)</w:t>
      </w:r>
      <w:r>
        <w:br/>
      </w:r>
      <w:r>
        <w:t xml:space="preserve">    (b) with too much concern for formal rules, details, or book learning</w:t>
      </w:r>
      <w:r>
        <w:br/>
      </w:r>
      <w:r>
        <w:t xml:space="preserve">    (c) in a manner that is unchanging, continuous, or happens repeatedly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Mrs. Ulgine Barrows stood charged with willful,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blatant</w:t>
      </w:r>
      <w:r>
        <w:rPr>
          <w:b/>
          <w:bCs/>
        </w:rPr>
        <w:t xml:space="preserve">, and persistent attempts to destroy the efficiency and system of F &amp; S. It was competent, material, and relevant to review her advent and rise to power.</w:t>
      </w:r>
      <w:r>
        <w:br/>
      </w:r>
      <w:r>
        <w:t xml:space="preserve">    (a) obvious</w:t>
      </w:r>
      <w:r>
        <w:br/>
      </w:r>
      <w:r>
        <w:t xml:space="preserve">    (b) certain</w:t>
      </w:r>
      <w:r>
        <w:br/>
      </w:r>
      <w:r>
        <w:t xml:space="preserve">    (c) outside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Mrs. Ulgine Barrows stood charged with willful, blatant,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persistent</w:t>
      </w:r>
      <w:r>
        <w:rPr>
          <w:b/>
          <w:bCs/>
        </w:rPr>
        <w:t xml:space="preserve"> </w:t>
      </w:r>
      <w:r>
        <w:rPr>
          <w:b/>
          <w:bCs/>
        </w:rPr>
        <w:t xml:space="preserve">attempts to destroy the efficiency and system of F &amp; S. It was competent, material, and relevant to review her advent and rise to power.</w:t>
      </w:r>
      <w:r>
        <w:br/>
      </w:r>
      <w:r>
        <w:t xml:space="preserve">    (a) tendency to be direct in a disagreeable, insensitive manner</w:t>
      </w:r>
      <w:r>
        <w:br/>
      </w:r>
      <w:r>
        <w:t xml:space="preserve">    (b) the degree or quality of being exactly vertical or straight</w:t>
      </w:r>
      <w:r>
        <w:br/>
      </w:r>
      <w:r>
        <w:t xml:space="preserve">    (c) continuing -- especially despite difficulties or opposition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Mrs. Ulgine Barrows stood charged with willful, blatant, and persistent attempts to destroy the efficiency and system of F &amp; S. It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competent</w:t>
      </w:r>
      <w:r>
        <w:rPr>
          <w:b/>
          <w:bCs/>
        </w:rPr>
        <w:t xml:space="preserve">, material, and relevant to review her advent and rise to power.</w:t>
      </w:r>
      <w:r>
        <w:br/>
      </w:r>
      <w:r>
        <w:t xml:space="preserve">    (a) sufficiently capable</w:t>
      </w:r>
      <w:r>
        <w:br/>
      </w:r>
      <w:r>
        <w:t xml:space="preserve">    (b) sensible and careful</w:t>
      </w:r>
      <w:r>
        <w:br/>
      </w:r>
      <w:r>
        <w:t xml:space="preserve">    (c) sincerity (realness)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Mrs. Ulgine Barrows stood charged with willful, blatant, and persistent attempts to destroy the efficiency and system of F &amp; S. It was competent, material,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relevant</w:t>
      </w:r>
      <w:r>
        <w:rPr>
          <w:b/>
          <w:bCs/>
        </w:rPr>
        <w:t xml:space="preserve"> </w:t>
      </w:r>
      <w:r>
        <w:rPr>
          <w:b/>
          <w:bCs/>
        </w:rPr>
        <w:t xml:space="preserve">to review her advent and rise to power.</w:t>
      </w:r>
      <w:r>
        <w:br/>
      </w:r>
      <w:r>
        <w:t xml:space="preserve">    (a) not concerned with what others might think of oneself</w:t>
      </w:r>
      <w:r>
        <w:br/>
      </w:r>
      <w:r>
        <w:t xml:space="preserve">    (b) relating in a meaningful way to the issue in question</w:t>
      </w:r>
      <w:r>
        <w:br/>
      </w:r>
      <w:r>
        <w:t xml:space="preserve">    (c) having the ability to change for different situations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aging gentleman had jumped to the conclusion there and then that this was a woman of singular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attainments</w:t>
      </w:r>
      <w:r>
        <w:rPr>
          <w:b/>
          <w:bCs/>
        </w:rPr>
        <w:t xml:space="preserve">, equipped to bring out the best in him and in the firm.</w:t>
      </w:r>
      <w:r>
        <w:br/>
      </w:r>
      <w:r>
        <w:t xml:space="preserve">    (a) things gained with effort</w:t>
      </w:r>
      <w:r>
        <w:br/>
      </w:r>
      <w:r>
        <w:t xml:space="preserve">    (b) things easily set on fire</w:t>
      </w:r>
      <w:r>
        <w:br/>
      </w:r>
      <w:r>
        <w:t xml:space="preserve">    (c) interactions or interests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begun chipping at the cornices of the firm's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edifice</w:t>
      </w:r>
      <w:r>
        <w:rPr>
          <w:b/>
          <w:bCs/>
        </w:rPr>
        <w:t xml:space="preserve"> </w:t>
      </w:r>
      <w:r>
        <w:rPr>
          <w:b/>
          <w:bCs/>
        </w:rPr>
        <w:t xml:space="preserve">and now she was swinging at the foundation stones with a pickaxe.</w:t>
      </w:r>
      <w:r>
        <w:br/>
      </w:r>
      <w:r>
        <w:t xml:space="preserve">    (a) something that encourages something else to happen; or the process of something being encouraged</w:t>
      </w:r>
      <w:r>
        <w:br/>
      </w:r>
      <w:r>
        <w:t xml:space="preserve">    (b) a building or structure -- especially a large one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 conceptual or organizational framework</w:t>
      </w:r>
      <w:r>
        <w:br/>
      </w:r>
      <w:r>
        <w:t xml:space="preserve">    (c) a colonnade (series of regularly spaced columns) surrounding a building or enclosing a courtyard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pickaxe was on the upswing,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poised</w:t>
      </w:r>
      <w:r>
        <w:rPr>
          <w:b/>
          <w:bCs/>
        </w:rPr>
        <w:t xml:space="preserve"> </w:t>
      </w:r>
      <w:r>
        <w:rPr>
          <w:b/>
          <w:bCs/>
        </w:rPr>
        <w:t xml:space="preserve">for the first blow.</w:t>
      </w:r>
      <w:r>
        <w:br/>
      </w:r>
      <w:r>
        <w:t xml:space="preserve">    (a) without a personal preference; or without any tendency to move in a particular direction</w:t>
      </w:r>
      <w:r>
        <w:br/>
      </w:r>
      <w:r>
        <w:t xml:space="preserve">    (b) calm, confident, and in control—especially in movement, behavior, or when ready to act</w:t>
      </w:r>
      <w:r>
        <w:br/>
      </w:r>
      <w:r>
        <w:t xml:space="preserve">    (c) removed or suppressed something considered obscene, immoral, or politically unacceptable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had not come yet; he had received no blue memo from the enchanted Mr. Fitweiler bearing nonsensical instructions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deriving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obscene woman.</w:t>
      </w:r>
      <w:r>
        <w:br/>
      </w:r>
      <w:r>
        <w:t xml:space="preserve">    (a) drawing</w:t>
      </w:r>
      <w:r>
        <w:br/>
      </w:r>
      <w:r>
        <w:t xml:space="preserve">    (b) copying</w:t>
      </w:r>
      <w:r>
        <w:br/>
      </w:r>
      <w:r>
        <w:t xml:space="preserve">    (c) getting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his idea to puff a few puffs on a Camel (after the rubbing-out), stub it out in the ashtray holding her lipstick-stained Luckies, and thus drag a small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 herring</w:t>
      </w:r>
      <w:r>
        <w:rPr>
          <w:b/>
          <w:bCs/>
        </w:rPr>
        <w:t xml:space="preserve"> </w:t>
      </w:r>
      <w:r>
        <w:rPr>
          <w:b/>
          <w:bCs/>
        </w:rPr>
        <w:t xml:space="preserve">across the trail.</w:t>
      </w:r>
      <w:r>
        <w:br/>
      </w:r>
      <w:r>
        <w:t xml:space="preserve">    (a) the act of being in a working position; or the act of starting</w:t>
      </w:r>
      <w:r>
        <w:br/>
      </w:r>
      <w:r>
        <w:t xml:space="preserve">    (b) a judgment, rough calculation or guess of qualities or a value</w:t>
      </w:r>
      <w:r>
        <w:br/>
      </w:r>
      <w:r>
        <w:t xml:space="preserve">    (c) a diversion intended to distract attention from the main issue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 it lay a metal paper knife with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ornate</w:t>
      </w:r>
      <w:r>
        <w:rPr>
          <w:b/>
          <w:bCs/>
        </w:rPr>
        <w:t xml:space="preserve"> </w:t>
      </w:r>
      <w:r>
        <w:rPr>
          <w:b/>
          <w:bCs/>
        </w:rPr>
        <w:t xml:space="preserve">handle.</w:t>
      </w:r>
      <w:r>
        <w:br/>
      </w:r>
      <w:r>
        <w:t xml:space="preserve">    (a) able to be taken on as one's own</w:t>
      </w:r>
      <w:r>
        <w:br/>
      </w:r>
      <w:r>
        <w:t xml:space="preserve">    (b) indicating approval or agreement</w:t>
      </w:r>
      <w:r>
        <w:br/>
      </w:r>
      <w:r>
        <w:t xml:space="preserve">    (c) having lots of decorative detail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two glasses of milk after brushing his teeth, and he felt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elated</w:t>
      </w:r>
      <w:r>
        <w:rPr>
          <w:b/>
          <w:bCs/>
        </w:rPr>
        <w:t xml:space="preserve">.</w:t>
      </w:r>
      <w:r>
        <w:br/>
      </w:r>
      <w:r>
        <w:t xml:space="preserve">    (a) caused great mental or physical suffering</w:t>
      </w:r>
      <w:r>
        <w:br/>
      </w:r>
      <w:r>
        <w:t xml:space="preserve">    (b) had a feeling of happiness and excitement</w:t>
      </w:r>
      <w:r>
        <w:br/>
      </w:r>
      <w:r>
        <w:t xml:space="preserve">    (c) consented reluctantly; or suffered defeat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Mr. Martin allowed less than a second for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bewildered</w:t>
      </w:r>
      <w:r>
        <w:rPr>
          <w:b/>
          <w:bCs/>
        </w:rPr>
        <w:t xml:space="preserve"> </w:t>
      </w:r>
      <w:r>
        <w:rPr>
          <w:b/>
          <w:bCs/>
        </w:rPr>
        <w:t xml:space="preserve">pause.</w:t>
      </w:r>
      <w:r>
        <w:br/>
      </w:r>
      <w:r>
        <w:t xml:space="preserve">    (a) restored</w:t>
      </w:r>
      <w:r>
        <w:br/>
      </w:r>
      <w:r>
        <w:t xml:space="preserve">    (b) confused</w:t>
      </w:r>
      <w:r>
        <w:br/>
      </w:r>
      <w:r>
        <w:t xml:space="preserve">    (c) collided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has taken the form of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persecution</w:t>
      </w:r>
      <w:r>
        <w:rPr>
          <w:b/>
          <w:bCs/>
        </w:rPr>
        <w:t xml:space="preserve"> </w:t>
      </w:r>
      <w:r>
        <w:rPr>
          <w:b/>
          <w:bCs/>
        </w:rPr>
        <w:t xml:space="preserve">complex accompanied by distressing hallucinations.</w:t>
      </w:r>
      <w:r>
        <w:br/>
      </w:r>
      <w:r>
        <w:t xml:space="preserve">    (a) something taken on or adopted</w:t>
      </w:r>
      <w:r>
        <w:br/>
      </w:r>
      <w:r>
        <w:t xml:space="preserve">    (b) very bad and unfair treatment</w:t>
      </w:r>
      <w:r>
        <w:br/>
      </w:r>
      <w:r>
        <w:t xml:space="preserve">    (c) aka analysist -- psychiatrist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"Mrs. Barrows is under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delusion</w:t>
      </w:r>
      <w:r>
        <w:rPr>
          <w:b/>
          <w:bCs/>
        </w:rPr>
        <w:t xml:space="preserve">," continued Mr. Fitweiler, "that you visited her last evening and behaved yourself in an—uh—unseemly manner."</w:t>
      </w:r>
      <w:r>
        <w:br/>
      </w:r>
      <w:r>
        <w:t xml:space="preserve">    (a) a hoofed mamma</w:t>
      </w:r>
      <w:r>
        <w:br/>
      </w:r>
      <w:r>
        <w:t xml:space="preserve">    (b) a fat compound</w:t>
      </w:r>
      <w:r>
        <w:br/>
      </w:r>
      <w:r>
        <w:t xml:space="preserve">    (c) a false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brought you, rather than anyone else, to her mind—but again that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phenomenon</w:t>
      </w:r>
      <w:r>
        <w:rPr>
          <w:b/>
          <w:bCs/>
        </w:rPr>
        <w:t xml:space="preserve"> </w:t>
      </w:r>
      <w:r>
        <w:rPr>
          <w:b/>
          <w:bCs/>
        </w:rPr>
        <w:t xml:space="preserve">for Dr. Fitch and not for us.</w:t>
      </w:r>
      <w:r>
        <w:br/>
      </w:r>
      <w:r>
        <w:t xml:space="preserve">    (a) something that exists or happened -- often of special interest</w:t>
      </w:r>
      <w:r>
        <w:br/>
      </w:r>
      <w:r>
        <w:t xml:space="preserve">    (b) something that was once small, but is getting very large</w:t>
      </w:r>
      <w:r>
        <w:br/>
      </w:r>
      <w:r>
        <w:t xml:space="preserve">    (c) something important that is hard to see or sense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still screaming imprecations at Mr. Martin, tangled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contradictory</w:t>
      </w:r>
      <w:r>
        <w:rPr>
          <w:b/>
          <w:bCs/>
        </w:rPr>
        <w:t xml:space="preserve"> </w:t>
      </w:r>
      <w:r>
        <w:rPr>
          <w:b/>
          <w:bCs/>
        </w:rPr>
        <w:t xml:space="preserve">imprecations.</w:t>
      </w:r>
      <w:r>
        <w:br/>
      </w:r>
      <w:r>
        <w:t xml:space="preserve">    (a) dramatic change</w:t>
      </w:r>
      <w:r>
        <w:br/>
      </w:r>
      <w:r>
        <w:t xml:space="preserve">    (b) in disagreement</w:t>
      </w:r>
      <w:r>
        <w:br/>
      </w:r>
      <w:r>
        <w:t xml:space="preserve">    (c) relative amount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2026-07-31T18:54:08Z</dcterms:created>
  <dcterms:modified xsi:type="dcterms:W3CDTF">2026-07-31T18:54:08Z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