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0005ce40f2df4a9bd1ac955e01157d14d35db1"/>
    <w:p>
      <w:pPr>
        <w:pStyle w:val="Heading1"/>
      </w:pPr>
      <w:r>
        <w:rPr>
          <w:b/>
          <w:bCs/>
        </w:rPr>
        <w:t xml:space="preserve">The Cask of Amontillado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accosted</w:t>
      </w:r>
      <w:r>
        <w:rPr>
          <w:b/>
          <w:bCs/>
        </w:rPr>
        <w:t xml:space="preserve"> </w:t>
      </w:r>
      <w:r>
        <w:rPr>
          <w:b/>
          <w:bCs/>
        </w:rPr>
        <w:t xml:space="preserve">the politician as she left the building, bombarding her with questions about the recent scandal.</w:t>
      </w:r>
      <w:r>
        <w:br/>
      </w:r>
      <w:r>
        <w:t xml:space="preserve">    (a) approached aggressively</w:t>
      </w:r>
      <w:r>
        <w:br/>
      </w:r>
      <w:r>
        <w:t xml:space="preserve">    (b) approached timidly</w:t>
      </w:r>
      <w:r>
        <w:br/>
      </w:r>
      <w:r>
        <w:t xml:space="preserve">    (c) approached politely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migraines since childhood.</w:t>
      </w:r>
      <w:r>
        <w:br/>
      </w:r>
      <w:r>
        <w:t xml:space="preserve">    (a) worried about</w:t>
      </w:r>
      <w:r>
        <w:br/>
      </w:r>
      <w:r>
        <w:t xml:space="preserve">    (b) made to suffer</w:t>
      </w:r>
      <w:r>
        <w:br/>
      </w:r>
      <w:r>
        <w:t xml:space="preserve">    (c) surprised 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hero set out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</w:t>
      </w:r>
      <w:r>
        <w:rPr>
          <w:b/>
          <w:bCs/>
        </w:rPr>
        <w:t xml:space="preserve"> </w:t>
      </w:r>
      <w:r>
        <w:rPr>
          <w:b/>
          <w:bCs/>
        </w:rPr>
        <w:t xml:space="preserve">the cruel treatment of his village by the bandits.</w:t>
      </w:r>
      <w:r>
        <w:br/>
      </w:r>
      <w:r>
        <w:t xml:space="preserve">    (a) quietly forget</w:t>
      </w:r>
      <w:r>
        <w:br/>
      </w:r>
      <w:r>
        <w:t xml:space="preserve">    (b) kindly forgive</w:t>
      </w:r>
      <w:r>
        <w:br/>
      </w:r>
      <w:r>
        <w:t xml:space="preserve">    (c) take revenge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 painted the ocean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 </w:t>
      </w:r>
      <w:r>
        <w:rPr>
          <w:b/>
          <w:bCs/>
        </w:rPr>
        <w:t xml:space="preserve">shade on the classroom mural.</w:t>
      </w:r>
      <w:r>
        <w:br/>
      </w:r>
      <w:r>
        <w:t xml:space="preserve">    (a) dark red</w:t>
      </w:r>
      <w:r>
        <w:br/>
      </w:r>
      <w:r>
        <w:t xml:space="preserve">    (b) pale yellow</w:t>
      </w:r>
      <w:r>
        <w:br/>
      </w:r>
      <w:r>
        <w:t xml:space="preserve">    (c) bright blue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Noisy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clamor</w:t>
      </w:r>
      <w:r>
        <w:rPr>
          <w:b/>
          <w:bCs/>
        </w:rPr>
        <w:t xml:space="preserve"> </w:t>
      </w:r>
      <w:r>
        <w:rPr>
          <w:b/>
          <w:bCs/>
        </w:rPr>
        <w:t xml:space="preserve">gave way to reasoned dialogue.</w:t>
      </w:r>
      <w:r>
        <w:br/>
      </w:r>
      <w:r>
        <w:t xml:space="preserve">    (a) whining</w:t>
      </w:r>
      <w:r>
        <w:br/>
      </w:r>
      <w:r>
        <w:t xml:space="preserve">    (b) insults</w:t>
      </w:r>
      <w:r>
        <w:br/>
      </w:r>
      <w:r>
        <w:t xml:space="preserve">    (c) demands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definitive</w:t>
      </w:r>
      <w:r>
        <w:rPr>
          <w:b/>
          <w:bCs/>
        </w:rPr>
        <w:t xml:space="preserve"> </w:t>
      </w:r>
      <w:r>
        <w:rPr>
          <w:b/>
          <w:bCs/>
        </w:rPr>
        <w:t xml:space="preserve">proof has been offered.</w:t>
      </w:r>
      <w:r>
        <w:br/>
      </w:r>
      <w:r>
        <w:t xml:space="preserve">    (a) definite</w:t>
      </w:r>
      <w:r>
        <w:br/>
      </w:r>
      <w:r>
        <w:t xml:space="preserve">    (b) new</w:t>
      </w:r>
      <w:r>
        <w:br/>
      </w:r>
      <w:r>
        <w:t xml:space="preserve">    (c) eyewitness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displaced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hurricane.</w:t>
      </w:r>
      <w:r>
        <w:br/>
      </w:r>
      <w:r>
        <w:t xml:space="preserve">    (a) injured</w:t>
      </w:r>
      <w:r>
        <w:br/>
      </w:r>
      <w:r>
        <w:t xml:space="preserve">    (b) put to work</w:t>
      </w:r>
      <w:r>
        <w:br/>
      </w:r>
      <w:r>
        <w:t xml:space="preserve">    (c) forced to 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try</w:t>
      </w:r>
      <w:r>
        <w:br/>
      </w:r>
      <w:r>
        <w:t xml:space="preserve">    (b) promise</w:t>
      </w:r>
      <w:r>
        <w:br/>
      </w:r>
      <w:r>
        <w:t xml:space="preserve">    (c) not be 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 be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explicit</w:t>
      </w:r>
      <w:r>
        <w:rPr>
          <w:b/>
          <w:bCs/>
        </w:rPr>
        <w:t xml:space="preserve"> </w:t>
      </w:r>
      <w:r>
        <w:rPr>
          <w:b/>
          <w:bCs/>
        </w:rPr>
        <w:t xml:space="preserve">so this will not be misunderstood.</w:t>
      </w:r>
      <w:r>
        <w:br/>
      </w:r>
      <w:r>
        <w:t xml:space="preserve">    (a) demanding</w:t>
      </w:r>
      <w:r>
        <w:br/>
      </w:r>
      <w:r>
        <w:t xml:space="preserve">    (b) clear</w:t>
      </w:r>
      <w:r>
        <w:br/>
      </w:r>
      <w:r>
        <w:t xml:space="preserve">    (c)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tones of voice</w:t>
      </w:r>
      <w:r>
        <w:br/>
      </w:r>
      <w:r>
        <w:t xml:space="preserve">    (b) gestures</w:t>
      </w:r>
      <w:r>
        <w:br/>
      </w:r>
      <w:r>
        <w:t xml:space="preserve">    (c) facial expressions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 allow powerful individuals to commit crimes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impunity</w:t>
      </w:r>
      <w:r>
        <w:rPr>
          <w:b/>
          <w:bCs/>
        </w:rPr>
        <w:t xml:space="preserve">.</w:t>
      </w:r>
      <w:r>
        <w:br/>
      </w:r>
      <w:r>
        <w:t xml:space="preserve">    (a) exemption from punishment</w:t>
      </w:r>
      <w:r>
        <w:br/>
      </w:r>
      <w:r>
        <w:t xml:space="preserve">    (b) clever lawyers</w:t>
      </w:r>
      <w:r>
        <w:br/>
      </w:r>
      <w:r>
        <w:t xml:space="preserve">    (c) government accomplices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despite that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as a mule and refuses to change his mind.</w:t>
      </w:r>
      <w:r>
        <w:br/>
      </w:r>
      <w:r>
        <w:t xml:space="preserve">    (a) stubborn</w:t>
      </w:r>
      <w:r>
        <w:br/>
      </w:r>
      <w:r>
        <w:t xml:space="preserve">    (b) cheerful</w:t>
      </w:r>
      <w:r>
        <w:br/>
      </w:r>
      <w:r>
        <w:t xml:space="preserve">    (c) graceful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clearly see</w:t>
      </w:r>
      <w:r>
        <w:br/>
      </w:r>
      <w:r>
        <w:t xml:space="preserve">    (b) become aware of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rampant</w:t>
      </w:r>
      <w:r>
        <w:rPr>
          <w:b/>
          <w:bCs/>
        </w:rPr>
        <w:t xml:space="preserve"> </w:t>
      </w:r>
      <w:r>
        <w:rPr>
          <w:b/>
          <w:bCs/>
        </w:rPr>
        <w:t xml:space="preserve">inflation was making it difficult for people to afford basic necessities.</w:t>
      </w:r>
      <w:r>
        <w:br/>
      </w:r>
      <w:r>
        <w:t xml:space="preserve">    (a) new</w:t>
      </w:r>
      <w:r>
        <w:br/>
      </w:r>
      <w:r>
        <w:t xml:space="preserve">    (b) harmful</w:t>
      </w:r>
      <w:r>
        <w:br/>
      </w:r>
      <w:r>
        <w:t xml:space="preserve">    (c) uncontrolled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Guards patrolled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ramparts</w:t>
      </w:r>
      <w:r>
        <w:rPr>
          <w:b/>
          <w:bCs/>
        </w:rPr>
        <w:t xml:space="preserve">, keeping watch for approaching enemies.</w:t>
      </w:r>
      <w:r>
        <w:br/>
      </w:r>
      <w:r>
        <w:t xml:space="preserve">    (a) open fields</w:t>
      </w:r>
      <w:r>
        <w:br/>
      </w:r>
      <w:r>
        <w:t xml:space="preserve">    (b) defensive walls</w:t>
      </w:r>
      <w:r>
        <w:br/>
      </w:r>
      <w:r>
        <w:t xml:space="preserve">    (c) royal gardens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reached out to take his hand.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recoiled</w:t>
      </w:r>
      <w:r>
        <w:rPr>
          <w:b/>
          <w:bCs/>
        </w:rPr>
        <w:t xml:space="preserve"> </w:t>
      </w:r>
      <w:r>
        <w:rPr>
          <w:b/>
          <w:bCs/>
        </w:rPr>
        <w:t xml:space="preserve">from her touch.</w:t>
      </w:r>
      <w:r>
        <w:br/>
      </w:r>
      <w:r>
        <w:t xml:space="preserve">    (a) suddenly pulled back</w:t>
      </w:r>
      <w:r>
        <w:br/>
      </w:r>
      <w:r>
        <w:t xml:space="preserve">    (b) suddenly was angry</w:t>
      </w:r>
      <w:r>
        <w:br/>
      </w:r>
      <w:r>
        <w:t xml:space="preserve">    (c) suddenly was comforted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received an invoice for $100 for services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.</w:t>
      </w:r>
      <w:r>
        <w:br/>
      </w:r>
      <w:r>
        <w:t xml:space="preserve">    (a) to be performed</w:t>
      </w:r>
      <w:r>
        <w:br/>
      </w:r>
      <w:r>
        <w:t xml:space="preserve">    (b) provided or supplied</w:t>
      </w:r>
      <w:r>
        <w:br/>
      </w:r>
      <w:r>
        <w:t xml:space="preserve">    (c) described in writing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feud will never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with violence.</w:t>
      </w:r>
      <w:r>
        <w:br/>
      </w:r>
      <w:r>
        <w:t xml:space="preserve">    (a) settled or solved</w:t>
      </w:r>
      <w:r>
        <w:br/>
      </w:r>
      <w:r>
        <w:t xml:space="preserve">    (b) reduced or understood</w:t>
      </w:r>
      <w:r>
        <w:br/>
      </w:r>
      <w:r>
        <w:t xml:space="preserve">    (c) properly considered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think clearly until the pain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.</w:t>
      </w:r>
      <w:r>
        <w:br/>
      </w:r>
      <w:r>
        <w:t xml:space="preserve">    (a) decreased</w:t>
      </w:r>
      <w:r>
        <w:br/>
      </w:r>
      <w:r>
        <w:t xml:space="preserve">    (b) forced focus</w:t>
      </w:r>
      <w:r>
        <w:br/>
      </w:r>
      <w:r>
        <w:t xml:space="preserve">    (c) was treated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2026-07-31T17:13:13Z</dcterms:created>
  <dcterms:modified xsi:type="dcterms:W3CDTF">2026-07-31T17:13:13Z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