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1ac604bba2a76bac394d02f02e75f8d675c2c5a"/>
    <w:p>
      <w:pPr>
        <w:pStyle w:val="Heading1"/>
      </w:pPr>
      <w:r>
        <w:rPr>
          <w:b/>
          <w:bCs/>
        </w:rPr>
        <w:t xml:space="preserve">The Cask of Amontillado</w:t>
      </w:r>
      <w:r>
        <w:br/>
      </w:r>
      <w:r>
        <w:rPr>
          <w:i/>
          <w:iCs/>
        </w:rPr>
        <w:t xml:space="preserve">Edgar Allan Poe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wrong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unredressed</w:t>
      </w:r>
      <w:r>
        <w:rPr>
          <w:b/>
          <w:bCs/>
        </w:rPr>
        <w:t xml:space="preserve"> </w:t>
      </w:r>
      <w:r>
        <w:rPr>
          <w:b/>
          <w:bCs/>
        </w:rPr>
        <w:t xml:space="preserve">when retribution overtakes its redresser.</w:t>
      </w:r>
      <w:r>
        <w:br/>
      </w:r>
      <w:r>
        <w:t xml:space="preserve">    (a) not made right</w:t>
      </w:r>
      <w:r>
        <w:br/>
      </w:r>
      <w:r>
        <w:t xml:space="preserve">    (b) made known</w:t>
      </w:r>
      <w:r>
        <w:br/>
      </w:r>
      <w:r>
        <w:t xml:space="preserve">    (c) made right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For the most part their enthusiasm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adopted</w:t>
      </w:r>
      <w:r>
        <w:rPr>
          <w:b/>
          <w:bCs/>
        </w:rPr>
        <w:t xml:space="preserve"> </w:t>
      </w:r>
      <w:r>
        <w:rPr>
          <w:b/>
          <w:bCs/>
        </w:rPr>
        <w:t xml:space="preserve">to suit the time and opportunity—to practise imposture upon the British and Austrian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millionaires</w:t>
      </w:r>
      <w:r>
        <w:rPr>
          <w:b/>
          <w:bCs/>
        </w:rPr>
        <w:t xml:space="preserve">.</w:t>
      </w:r>
      <w:r>
        <w:br/>
      </w:r>
      <w:r>
        <w:t xml:space="preserve">    (a) began fighting again</w:t>
      </w:r>
      <w:r>
        <w:br/>
      </w:r>
      <w:r>
        <w:t xml:space="preserve">    (b) not accepted as true</w:t>
      </w:r>
      <w:r>
        <w:br/>
      </w:r>
      <w:r>
        <w:t xml:space="preserve">    (c) took on as one's own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man wore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motley</w:t>
      </w:r>
      <w:r>
        <w:rPr>
          <w:b/>
          <w:bCs/>
        </w:rPr>
        <w:t xml:space="preserve">.</w:t>
      </w:r>
      <w:r>
        <w:br/>
      </w:r>
      <w:r>
        <w:t xml:space="preserve">    (a) a powered mechanical device, typically used to fabricate metal components of machines by the selective removal of metal such as cutting, grinding or drilling</w:t>
      </w:r>
      <w:r>
        <w:br/>
      </w:r>
      <w:r>
        <w:t xml:space="preserve">    (b) someone who believes in the teaching of Buddha -- that aims to end suffering by ending selfish desire and following a path of wisdom, ethics, and meditation</w:t>
      </w:r>
      <w:r>
        <w:br/>
      </w:r>
      <w:r>
        <w:t xml:space="preserve">    (c) a multicolored woolen fabric woven of mixed threads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These orders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sufficient</w:t>
      </w:r>
      <w:r>
        <w:rPr>
          <w:b/>
          <w:bCs/>
        </w:rPr>
        <w:t xml:space="preserve">, I well knew, to insure their immediate disappearance, one and all, as soon as my back was turned.</w:t>
      </w:r>
      <w:r>
        <w:br/>
      </w:r>
      <w:r>
        <w:t xml:space="preserve">    (a) in a manner of taking on or adopting power or responsibility</w:t>
      </w:r>
      <w:r>
        <w:br/>
      </w:r>
      <w:r>
        <w:t xml:space="preserve">    (b) producing a stream of atomic particles through nuclear decay</w:t>
      </w:r>
      <w:r>
        <w:br/>
      </w:r>
      <w:r>
        <w:t xml:space="preserve">    (c) adequate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turned towards me, and looked into my eyes with two filmy orbs 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distilled</w:t>
      </w:r>
      <w:r>
        <w:rPr>
          <w:b/>
          <w:bCs/>
        </w:rPr>
        <w:t xml:space="preserve"> </w:t>
      </w:r>
      <w:r>
        <w:rPr>
          <w:b/>
          <w:bCs/>
        </w:rPr>
        <w:t xml:space="preserve">the rheum of intoxication.</w:t>
      </w:r>
      <w:r>
        <w:br/>
      </w:r>
      <w:r>
        <w:t xml:space="preserve">    (a) concentrated</w:t>
      </w:r>
      <w:r>
        <w:br/>
      </w:r>
      <w:r>
        <w:t xml:space="preserve">    (b) saw</w:t>
      </w:r>
      <w:r>
        <w:br/>
      </w:r>
      <w:r>
        <w:t xml:space="preserve">    (c) dispersed or spread 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huge human foot d'or, in a field azure; the foot crushes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serpent</w:t>
      </w:r>
      <w:r>
        <w:rPr>
          <w:b/>
          <w:bCs/>
        </w:rPr>
        <w:t xml:space="preserve"> </w:t>
      </w:r>
      <w:r>
        <w:rPr>
          <w:b/>
          <w:bCs/>
        </w:rPr>
        <w:t xml:space="preserve">rampant whose fangs are imbedded in the heel.</w:t>
      </w:r>
      <w:r>
        <w:br/>
      </w:r>
      <w:r>
        <w:t xml:space="preserve">    (a) story</w:t>
      </w:r>
      <w:r>
        <w:br/>
      </w:r>
      <w:r>
        <w:t xml:space="preserve">    (b) skill</w:t>
      </w:r>
      <w:r>
        <w:br/>
      </w:r>
      <w:r>
        <w:t xml:space="preserve">    (c) snake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...whose fangs are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imbedded</w:t>
      </w:r>
      <w:r>
        <w:rPr>
          <w:b/>
          <w:bCs/>
        </w:rPr>
        <w:t xml:space="preserve"> </w:t>
      </w:r>
      <w:r>
        <w:rPr>
          <w:b/>
          <w:bCs/>
        </w:rPr>
        <w:t xml:space="preserve">in the heel.</w:t>
      </w:r>
      <w:r>
        <w:br/>
      </w:r>
      <w:r>
        <w:t xml:space="preserve">    (a) adjusted a lens to make an image clear</w:t>
      </w:r>
      <w:r>
        <w:br/>
      </w:r>
      <w:r>
        <w:t xml:space="preserve">    (b) firmly stuck into</w:t>
      </w:r>
      <w:r>
        <w:br/>
      </w:r>
      <w:r>
        <w:t xml:space="preserve">    (c) not good at concentrating on one 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repeated the movement—a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grotesque</w:t>
      </w:r>
      <w:r>
        <w:rPr>
          <w:b/>
          <w:bCs/>
        </w:rPr>
        <w:t xml:space="preserve"> </w:t>
      </w:r>
      <w:r>
        <w:rPr>
          <w:b/>
          <w:bCs/>
        </w:rPr>
        <w:t xml:space="preserve">one.</w:t>
      </w:r>
      <w:r>
        <w:br/>
      </w:r>
      <w:r>
        <w:t xml:space="preserve">    (a) graceful and natural</w:t>
      </w:r>
      <w:r>
        <w:br/>
      </w:r>
      <w:r>
        <w:t xml:space="preserve">    (b) distorted and unnatural</w:t>
      </w:r>
      <w:r>
        <w:br/>
      </w:r>
      <w:r>
        <w:t xml:space="preserve">    (c) beautiful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do 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comprehend</w:t>
      </w:r>
      <w:r>
        <w:rPr>
          <w:b/>
          <w:bCs/>
        </w:rPr>
        <w:t xml:space="preserve">?</w:t>
      </w:r>
      <w:r>
        <w:br/>
      </w:r>
      <w:r>
        <w:t xml:space="preserve">    (a) to concentrate, look at; or the act of concentration</w:t>
      </w:r>
      <w:r>
        <w:br/>
      </w:r>
      <w:r>
        <w:t xml:space="preserve">    (b) understand</w:t>
      </w:r>
      <w:r>
        <w:br/>
      </w:r>
      <w:r>
        <w:t xml:space="preserve">    (c) rug-like artwork -- often hung on a wall for display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Its termination the feeble light did not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enable</w:t>
      </w:r>
      <w:r>
        <w:rPr>
          <w:b/>
          <w:bCs/>
        </w:rPr>
        <w:t xml:space="preserve"> </w:t>
      </w:r>
      <w:r>
        <w:rPr>
          <w:b/>
          <w:bCs/>
        </w:rPr>
        <w:t xml:space="preserve">us to see.</w:t>
      </w:r>
      <w:r>
        <w:br/>
      </w:r>
      <w:r>
        <w:t xml:space="preserve">    (a) prevent or disallow</w:t>
      </w:r>
      <w:r>
        <w:br/>
      </w:r>
      <w:r>
        <w:t xml:space="preserve">    (b) distract</w:t>
      </w:r>
      <w:r>
        <w:br/>
      </w:r>
      <w:r>
        <w:t xml:space="preserve">    (c) make it possible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an instant he had reached the extremity of the niche, and finding his progress arrested by the rock, stood stupidly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bewildered</w:t>
      </w:r>
      <w:r>
        <w:rPr>
          <w:b/>
          <w:bCs/>
        </w:rPr>
        <w:t xml:space="preserve">.</w:t>
      </w:r>
      <w:r>
        <w:br/>
      </w:r>
      <w:r>
        <w:t xml:space="preserve">    (a) collided</w:t>
      </w:r>
      <w:r>
        <w:br/>
      </w:r>
      <w:r>
        <w:t xml:space="preserve">    (b) restored</w:t>
      </w:r>
      <w:r>
        <w:br/>
      </w:r>
      <w:r>
        <w:t xml:space="preserve">    (c) confused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Then I must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positively</w:t>
      </w:r>
      <w:r>
        <w:rPr>
          <w:b/>
          <w:bCs/>
        </w:rPr>
        <w:t xml:space="preserve"> </w:t>
      </w:r>
      <w:r>
        <w:rPr>
          <w:b/>
          <w:bCs/>
        </w:rPr>
        <w:t xml:space="preserve">leave you.</w:t>
      </w:r>
      <w:r>
        <w:br/>
      </w:r>
      <w:r>
        <w:t xml:space="preserve">    (a) without regret</w:t>
      </w:r>
      <w:r>
        <w:br/>
      </w:r>
      <w:r>
        <w:t xml:space="preserve">    (b) absolutely (used for emphasis)</w:t>
      </w:r>
      <w:r>
        <w:br/>
      </w:r>
      <w:r>
        <w:t xml:space="preserve">    (c) with hard work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With these materials and with the aid of my trowel, I began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vigorously</w:t>
      </w:r>
      <w:r>
        <w:rPr>
          <w:b/>
          <w:bCs/>
        </w:rPr>
        <w:t xml:space="preserve"> </w:t>
      </w:r>
      <w:r>
        <w:rPr>
          <w:b/>
          <w:bCs/>
        </w:rPr>
        <w:t xml:space="preserve">to wall up the entrance of the niche.</w:t>
      </w:r>
      <w:r>
        <w:br/>
      </w:r>
      <w:r>
        <w:t xml:space="preserve">    (a) where attention is concentrated</w:t>
      </w:r>
      <w:r>
        <w:br/>
      </w:r>
      <w:r>
        <w:t xml:space="preserve">    (b) in a strong or energetic manner</w:t>
      </w:r>
      <w:r>
        <w:br/>
      </w:r>
      <w:r>
        <w:t xml:space="preserve">    (c) the ability to take on or adopt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earliest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indication</w:t>
      </w:r>
      <w:r>
        <w:rPr>
          <w:b/>
          <w:bCs/>
        </w:rPr>
        <w:t xml:space="preserve"> </w:t>
      </w:r>
      <w:r>
        <w:rPr>
          <w:b/>
          <w:bCs/>
        </w:rPr>
        <w:t xml:space="preserve">I had of this was a low moaning cry from the depth of the recess.</w:t>
      </w:r>
      <w:r>
        <w:br/>
      </w:r>
      <w:r>
        <w:t xml:space="preserve">    (a) any substance that tends to increase the flow of urine</w:t>
      </w:r>
      <w:r>
        <w:br/>
      </w:r>
      <w:r>
        <w:t xml:space="preserve">    (b) an electronic component that acts like a one-way valve</w:t>
      </w:r>
      <w:r>
        <w:br/>
      </w:r>
      <w:r>
        <w:t xml:space="preserve">    (c) sign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ceased</w:t>
      </w:r>
      <w:r>
        <w:rPr>
          <w:b/>
          <w:bCs/>
        </w:rPr>
        <w:t xml:space="preserve"> </w:t>
      </w:r>
      <w:r>
        <w:rPr>
          <w:b/>
          <w:bCs/>
        </w:rPr>
        <w:t xml:space="preserve">my labors and sat down upon the bones.</w:t>
      </w:r>
      <w:r>
        <w:br/>
      </w:r>
      <w:r>
        <w:t xml:space="preserve">    (a) discontinued</w:t>
      </w:r>
      <w:r>
        <w:br/>
      </w:r>
      <w:r>
        <w:t xml:space="preserve">    (b) did in a particular way</w:t>
      </w:r>
      <w:r>
        <w:br/>
      </w:r>
      <w:r>
        <w:t xml:space="preserve">    (c) not taken on or adopted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When at last the clanking subsided, 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resumed</w:t>
      </w:r>
      <w:r>
        <w:rPr>
          <w:b/>
          <w:bCs/>
        </w:rPr>
        <w:t xml:space="preserve"> </w:t>
      </w:r>
      <w:r>
        <w:rPr>
          <w:b/>
          <w:bCs/>
        </w:rPr>
        <w:t xml:space="preserve">the trowel, and finished without interruption the fifth, the sixth, and the seventh tier.</w:t>
      </w:r>
      <w:r>
        <w:br/>
      </w:r>
      <w:r>
        <w:t xml:space="preserve">    (a) hired again</w:t>
      </w:r>
      <w:r>
        <w:br/>
      </w:r>
      <w:r>
        <w:t xml:space="preserve">    (b) began again</w:t>
      </w:r>
      <w:r>
        <w:br/>
      </w:r>
      <w:r>
        <w:t xml:space="preserve">    (c) briefly saw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succession</w:t>
      </w:r>
      <w:r>
        <w:rPr>
          <w:b/>
          <w:bCs/>
        </w:rPr>
        <w:t xml:space="preserve"> </w:t>
      </w:r>
      <w:r>
        <w:rPr>
          <w:b/>
          <w:bCs/>
        </w:rPr>
        <w:t xml:space="preserve">of loud and shrill screams, bursting suddenly from the throat of the chained form, seemed to thrust me violently back.</w:t>
      </w:r>
      <w:r>
        <w:br/>
      </w:r>
      <w:r>
        <w:t xml:space="preserve">    (a) thing that affects a result or outcome</w:t>
      </w:r>
      <w:r>
        <w:br/>
      </w:r>
      <w:r>
        <w:t xml:space="preserve">    (b) job, reservation, booking, or activity</w:t>
      </w:r>
      <w:r>
        <w:br/>
      </w:r>
      <w:r>
        <w:t xml:space="preserve">    (c) series (one after another)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2026-07-31T17:13:14Z</dcterms:created>
  <dcterms:modified xsi:type="dcterms:W3CDTF">2026-07-31T17:13:14Z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