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91229c7c580ab8dbd7406cb376e7b20160a58f"/>
    <w:p>
      <w:pPr>
        <w:pStyle w:val="Heading1"/>
      </w:pPr>
      <w:r>
        <w:rPr>
          <w:b/>
          <w:bCs/>
        </w:rPr>
        <w:t xml:space="preserve">The Canterbury Tales</w:t>
      </w:r>
      <w:r>
        <w:br/>
      </w:r>
      <w:r>
        <w:rPr>
          <w:i/>
          <w:iCs/>
        </w:rPr>
        <w:t xml:space="preserve">Geoffrey Chaucer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Discreet</w:t>
      </w:r>
      <w:r>
        <w:rPr>
          <w:b/>
          <w:bCs/>
        </w:rPr>
        <w:t xml:space="preserve"> </w:t>
      </w:r>
      <w:r>
        <w:rPr>
          <w:b/>
          <w:bCs/>
        </w:rPr>
        <w:t xml:space="preserve">he was, and of great reverence:</w:t>
      </w:r>
      <w:r>
        <w:br/>
      </w:r>
      <w:r>
        <w:rPr>
          <w:b/>
          <w:bCs/>
        </w:rPr>
        <w:t xml:space="preserve">He seemed such, his wordes were so wise,</w:t>
      </w:r>
      <w:r>
        <w:br/>
      </w:r>
      <w:r>
        <w:t xml:space="preserve">    (a) sincerity (realness)</w:t>
      </w:r>
      <w:r>
        <w:br/>
      </w:r>
      <w:r>
        <w:t xml:space="preserve">    (b) not demonstrative of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*fitted</w:t>
      </w:r>
      <w:r>
        <w:br/>
      </w:r>
      <w:r>
        <w:rPr>
          <w:b/>
          <w:bCs/>
        </w:rPr>
        <w:t xml:space="preserve">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chattels</w:t>
      </w:r>
      <w:r>
        <w:rPr>
          <w:b/>
          <w:bCs/>
        </w:rPr>
        <w:t xml:space="preserve"> </w:t>
      </w:r>
      <w:r>
        <w:rPr>
          <w:b/>
          <w:bCs/>
        </w:rPr>
        <w:t xml:space="preserve">hadde they enough and rent,</w:t>
      </w:r>
      <w:r>
        <w:br/>
      </w:r>
      <w:r>
        <w:rPr>
          <w:b/>
          <w:bCs/>
        </w:rPr>
        <w:t xml:space="preserve">And eke their wives would it well assent:</w:t>
      </w:r>
      <w:r>
        <w:br/>
      </w:r>
      <w:r>
        <w:rPr>
          <w:b/>
          <w:bCs/>
        </w:rPr>
        <w:t xml:space="preserve">And elles certain they had been to blame.</w:t>
      </w:r>
      <w:r>
        <w:br/>
      </w:r>
      <w:r>
        <w:t xml:space="preserve">    (a) acts of stopping a battle or fight</w:t>
      </w:r>
      <w:r>
        <w:br/>
      </w:r>
      <w:r>
        <w:t xml:space="preserve">    (b) a central open spaces in buildings</w:t>
      </w:r>
      <w:r>
        <w:br/>
      </w:r>
      <w:r>
        <w:t xml:space="preserve">    (c) things that are tangible and owned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*rings</w:t>
      </w:r>
      <w:r>
        <w:br/>
      </w:r>
      <w:r>
        <w:rPr>
          <w:b/>
          <w:bCs/>
        </w:rPr>
        <w:t xml:space="preserve">An hundred lordes had he in his rout* *</w:t>
      </w:r>
      <w:r>
        <w:rPr>
          <w:b/>
          <w:bCs/>
          <w:u w:val="single"/>
        </w:rPr>
        <w:t xml:space="preserve">retinue</w:t>
      </w:r>
      <w:r>
        <w:br/>
      </w:r>
      <w:r>
        <w:rPr>
          <w:b/>
          <w:bCs/>
        </w:rPr>
        <w:t xml:space="preserve">Armed full well, with heartes stern and stout.</w:t>
      </w:r>
      <w:r>
        <w:br/>
      </w:r>
      <w:r>
        <w:t xml:space="preserve">    (a) a group formed to discuss or offer insight on a particular topic</w:t>
      </w:r>
      <w:r>
        <w:br/>
      </w:r>
      <w:r>
        <w:t xml:space="preserve">    (b) to constrain in some way -- such as tie up, require, or obligate</w:t>
      </w:r>
      <w:r>
        <w:br/>
      </w:r>
      <w:r>
        <w:t xml:space="preserve">    (c) a group of people following and attending to an important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sin, and eke a great folly</w:t>
      </w:r>
      <w:r>
        <w:br/>
      </w:r>
      <w:r>
        <w:rPr>
          <w:b/>
          <w:bCs/>
        </w:rPr>
        <w:t xml:space="preserve">To apeiren* any man, or him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defame</w:t>
      </w:r>
      <w:r>
        <w:rPr>
          <w:b/>
          <w:bCs/>
        </w:rPr>
        <w:t xml:space="preserve">, *injure</w:t>
      </w:r>
      <w:r>
        <w:br/>
      </w:r>
      <w:r>
        <w:rPr>
          <w:b/>
          <w:bCs/>
        </w:rPr>
        <w:t xml:space="preserve">And eke to bringe wives in evil name.</w:t>
      </w:r>
      <w:r>
        <w:br/>
      </w:r>
      <w:r>
        <w:t xml:space="preserve">    (a) change to fit a different situation; or make suitable</w:t>
      </w:r>
      <w:r>
        <w:br/>
      </w:r>
      <w:r>
        <w:t xml:space="preserve">    (b) to spread one-sided information to influence opinions</w:t>
      </w:r>
      <w:r>
        <w:br/>
      </w:r>
      <w:r>
        <w:t xml:space="preserve">    (c) to hurt someone's reputation through false statements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Soudaness*, root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iniquity</w:t>
      </w:r>
      <w:r>
        <w:rPr>
          <w:b/>
          <w:bCs/>
        </w:rPr>
        <w:t xml:space="preserve">, *Sultaness</w:t>
      </w:r>
      <w:r>
        <w:br/>
      </w:r>
      <w:r>
        <w:rPr>
          <w:b/>
          <w:bCs/>
        </w:rPr>
        <w:t xml:space="preserve">Virago thou, Semiramis the second!</w:t>
      </w:r>
      <w:r>
        <w:br/>
      </w:r>
      <w:r>
        <w:t xml:space="preserve">    (a) long-accepted behavior</w:t>
      </w:r>
      <w:r>
        <w:br/>
      </w:r>
      <w:r>
        <w:t xml:space="preserve">    (b) immorality; or an immoral act</w:t>
      </w:r>
      <w:r>
        <w:br/>
      </w:r>
      <w:r>
        <w:t xml:space="preserve">    (c) set of laws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art thou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?</w:t>
      </w:r>
      <w:r>
        <w:br/>
      </w:r>
      <w:r>
        <w:t xml:space="preserve">    (a) romantic or sexual</w:t>
      </w:r>
      <w:r>
        <w:br/>
      </w:r>
      <w:r>
        <w:t xml:space="preserve">    (b) logical or analytical</w:t>
      </w:r>
      <w:r>
        <w:br/>
      </w:r>
      <w:r>
        <w:t xml:space="preserve">    (c) comprehensive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if that she be fair, thou very knave,</w:t>
      </w:r>
      <w:r>
        <w:br/>
      </w:r>
      <w:r>
        <w:rPr>
          <w:b/>
          <w:bCs/>
        </w:rPr>
        <w:t xml:space="preserve">Thou say'st that every holour* will her have; *whoremonger</w:t>
      </w:r>
      <w:r>
        <w:br/>
      </w:r>
      <w:r>
        <w:rPr>
          <w:b/>
          <w:bCs/>
        </w:rPr>
        <w:t xml:space="preserve">She may no while in chastity abide,</w:t>
      </w:r>
      <w:r>
        <w:br/>
      </w:r>
      <w:r>
        <w:rPr>
          <w:b/>
          <w:bCs/>
        </w:rPr>
        <w:t xml:space="preserve">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assailed</w:t>
      </w:r>
      <w:r>
        <w:rPr>
          <w:b/>
          <w:bCs/>
        </w:rPr>
        <w:t xml:space="preserve"> </w:t>
      </w:r>
      <w:r>
        <w:rPr>
          <w:b/>
          <w:bCs/>
        </w:rPr>
        <w:t xml:space="preserve">upon every side.</w:t>
      </w:r>
      <w:r>
        <w:br/>
      </w:r>
      <w:r>
        <w:t xml:space="preserve">    (a) gradually added or removed</w:t>
      </w:r>
      <w:r>
        <w:br/>
      </w:r>
      <w:r>
        <w:t xml:space="preserve">    (b) to attack or cause trouble</w:t>
      </w:r>
      <w:r>
        <w:br/>
      </w:r>
      <w:r>
        <w:t xml:space="preserve">    (c) limited or with boundaries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 no longer in the bed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abide</w:t>
      </w:r>
      <w:r>
        <w:rPr>
          <w:b/>
          <w:bCs/>
        </w:rPr>
        <w:t xml:space="preserve">,</w:t>
      </w:r>
      <w:r>
        <w:br/>
      </w:r>
      <w:r>
        <w:t xml:space="preserve">    (a) read, listen, or watch with eager interest</w:t>
      </w:r>
      <w:r>
        <w:br/>
      </w:r>
      <w:r>
        <w:t xml:space="preserve">    (b) provide better understanding or make clear</w:t>
      </w:r>
      <w:r>
        <w:br/>
      </w:r>
      <w:r>
        <w:t xml:space="preserve">    (c) remain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sure as cold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engenders</w:t>
      </w:r>
      <w:r>
        <w:rPr>
          <w:b/>
          <w:bCs/>
        </w:rPr>
        <w:t xml:space="preserve"> </w:t>
      </w:r>
      <w:r>
        <w:rPr>
          <w:b/>
          <w:bCs/>
        </w:rPr>
        <w:t xml:space="preserve">hail,</w:t>
      </w:r>
      <w:r>
        <w:br/>
      </w:r>
      <w:r>
        <w:t xml:space="preserve">    (a) trades</w:t>
      </w:r>
      <w:r>
        <w:br/>
      </w:r>
      <w:r>
        <w:t xml:space="preserve">    (b) causes</w:t>
      </w:r>
      <w:r>
        <w:br/>
      </w:r>
      <w:r>
        <w:t xml:space="preserve">    (c) copies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all will envenime,* *poison, embitter</w:t>
      </w:r>
      <w:r>
        <w:br/>
      </w:r>
      <w:r>
        <w:rPr>
          <w:b/>
          <w:bCs/>
        </w:rPr>
        <w:t xml:space="preserve">Hath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 </w:t>
      </w:r>
      <w:r>
        <w:rPr>
          <w:b/>
          <w:bCs/>
        </w:rPr>
        <w:t xml:space="preserve">my beauty and my pith:* *vigour</w:t>
      </w:r>
      <w:r>
        <w:br/>
      </w:r>
      <w:r>
        <w:rPr>
          <w:b/>
          <w:bCs/>
        </w:rPr>
        <w:t xml:space="preserve">Let go; farewell; the devil go therewith.</w:t>
      </w:r>
      <w:r>
        <w:br/>
      </w:r>
      <w:r>
        <w:t xml:space="preserve">    (a) not having something, or greatly saddened by the loss of something</w:t>
      </w:r>
      <w:r>
        <w:br/>
      </w:r>
      <w:r>
        <w:t xml:space="preserve">    (b) not appropriate or not properly related in size, amount, or degree</w:t>
      </w:r>
      <w:r>
        <w:br/>
      </w:r>
      <w:r>
        <w:t xml:space="preserve">    (c) in a manner that is not a careful, systematic, logical examination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 *try</w:t>
      </w:r>
      <w:r>
        <w:br/>
      </w:r>
      <w:r>
        <w:rPr>
          <w:b/>
          <w:bCs/>
        </w:rPr>
        <w:t xml:space="preserve">Now forth to tell you of my fourth husband,</w:t>
      </w:r>
      <w:r>
        <w:br/>
      </w:r>
      <w:r>
        <w:rPr>
          <w:b/>
          <w:bCs/>
        </w:rPr>
        <w:t xml:space="preserve">I say, I in my heart had great despite,</w:t>
      </w:r>
      <w:r>
        <w:br/>
      </w:r>
      <w:r>
        <w:rPr>
          <w:b/>
          <w:bCs/>
        </w:rPr>
        <w:t xml:space="preserve">That he of any other had delight;</w:t>
      </w:r>
      <w:r>
        <w:br/>
      </w:r>
      <w:r>
        <w:rPr>
          <w:b/>
          <w:bCs/>
        </w:rPr>
        <w:t xml:space="preserve">But he was quit,* by God and by Saint Joce:&lt;21&gt; *</w:t>
      </w:r>
      <w:r>
        <w:rPr>
          <w:b/>
          <w:bCs/>
          <w:u w:val="single"/>
        </w:rPr>
        <w:t xml:space="preserve">requited</w:t>
      </w:r>
      <w:r>
        <w:rPr>
          <w:b/>
          <w:bCs/>
        </w:rPr>
        <w:t xml:space="preserve">, paid back</w:t>
      </w:r>
      <w:r>
        <w:br/>
      </w:r>
      <w:r>
        <w:rPr>
          <w:b/>
          <w:bCs/>
        </w:rPr>
        <w:t xml:space="preserve">I made for him of the same wood a cross;</w:t>
      </w:r>
      <w:r>
        <w:br/>
      </w:r>
      <w:r>
        <w:rPr>
          <w:b/>
          <w:bCs/>
        </w:rPr>
        <w:t xml:space="preserve">Not of my body in no foul mannere,</w:t>
      </w:r>
      <w:r>
        <w:br/>
      </w:r>
      <w:r>
        <w:rPr>
          <w:b/>
          <w:bCs/>
        </w:rPr>
        <w:t xml:space="preserve">But certainly I made folk such cheer,</w:t>
      </w:r>
      <w:r>
        <w:br/>
      </w:r>
      <w:r>
        <w:rPr>
          <w:b/>
          <w:bCs/>
        </w:rPr>
        <w:t xml:space="preserve">That in his owen grease I made him fry</w:t>
      </w:r>
      <w:r>
        <w:br/>
      </w:r>
      <w:r>
        <w:rPr>
          <w:b/>
          <w:bCs/>
        </w:rPr>
        <w:t xml:space="preserve">For anger, and for very jealousy.</w:t>
      </w:r>
      <w:r>
        <w:br/>
      </w:r>
      <w:r>
        <w:t xml:space="preserve">    (a) not disagreed with</w:t>
      </w:r>
      <w:r>
        <w:br/>
      </w:r>
      <w:r>
        <w:t xml:space="preserve">    (b) repaid or returned</w:t>
      </w:r>
      <w:r>
        <w:br/>
      </w:r>
      <w:r>
        <w:t xml:space="preserve">    (c) influenced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God, if women haddde written stories,</w:t>
      </w:r>
      <w:r>
        <w:br/>
      </w:r>
      <w:r>
        <w:rPr>
          <w:b/>
          <w:bCs/>
        </w:rPr>
        <w:t xml:space="preserve">As clerkes have within their oratories,</w:t>
      </w:r>
      <w:r>
        <w:br/>
      </w:r>
      <w:r>
        <w:rPr>
          <w:b/>
          <w:bCs/>
        </w:rPr>
        <w:t xml:space="preserve">They would have writ of men more wickedness</w:t>
      </w:r>
      <w:r>
        <w:br/>
      </w:r>
      <w:r>
        <w:rPr>
          <w:b/>
          <w:bCs/>
        </w:rPr>
        <w:t xml:space="preserve">Than all the mark of Adam &lt;30&gt; 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br/>
      </w:r>
      <w:r>
        <w:rPr>
          <w:b/>
          <w:bCs/>
        </w:rPr>
        <w:t xml:space="preserve">The children of Mercury and of Venus,&lt;31&gt;</w:t>
      </w:r>
      <w:r>
        <w:br/>
      </w:r>
      <w:r>
        <w:rPr>
          <w:b/>
          <w:bCs/>
        </w:rPr>
        <w:t xml:space="preserve">Be in their working full contrarious.</w:t>
      </w:r>
      <w:r>
        <w:br/>
      </w:r>
      <w:r>
        <w:t xml:space="preserve">    (a) fix a problem; or make up for a wrong</w:t>
      </w:r>
      <w:r>
        <w:br/>
      </w:r>
      <w:r>
        <w:t xml:space="preserve">    (b) learn, discover, or decide in advance</w:t>
      </w:r>
      <w:r>
        <w:br/>
      </w:r>
      <w:r>
        <w:t xml:space="preserve">    (c) a quick look or partial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And, for he would his longe tale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abridge</w:t>
      </w:r>
      <w:r>
        <w:rPr>
          <w:b/>
          <w:bCs/>
        </w:rPr>
        <w:t xml:space="preserve">,</w:t>
      </w:r>
      <w:r>
        <w:br/>
      </w:r>
      <w:r>
        <w:t xml:space="preserve">    (a) shorten; or reduce in scope while retaining essential elements</w:t>
      </w:r>
      <w:r>
        <w:br/>
      </w:r>
      <w:r>
        <w:t xml:space="preserve">    (b) stimulates; or reflects brilliant light in a flickering manner</w:t>
      </w:r>
      <w:r>
        <w:br/>
      </w:r>
      <w:r>
        <w:t xml:space="preserve">    (c) deeply involve; or intermix with complications or difficulties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at the last, after a month or tway,</w:t>
      </w:r>
      <w:r>
        <w:br/>
      </w:r>
      <w:r>
        <w:rPr>
          <w:b/>
          <w:bCs/>
        </w:rPr>
        <w:t xml:space="preserve">His sorrow gan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assuage</w:t>
      </w:r>
      <w:r>
        <w:rPr>
          <w:b/>
          <w:bCs/>
        </w:rPr>
        <w:t xml:space="preserve">, soothe to say.</w:t>
      </w:r>
      <w:r>
        <w:br/>
      </w:r>
      <w:r>
        <w:t xml:space="preserve">    (a) follow</w:t>
      </w:r>
      <w:r>
        <w:br/>
      </w:r>
      <w:r>
        <w:t xml:space="preserve">    (b) unwrap</w:t>
      </w:r>
      <w:r>
        <w:br/>
      </w:r>
      <w:r>
        <w:t xml:space="preserve">    (c) soothe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Ten hundred thousand stories tell I can</w:t>
      </w:r>
      <w:r>
        <w:br/>
      </w:r>
      <w:r>
        <w:rPr>
          <w:b/>
          <w:bCs/>
        </w:rPr>
        <w:t xml:space="preserve">Notable of your untruth and brittleness * *inconstancy</w:t>
      </w:r>
      <w:r>
        <w:br/>
      </w:r>
      <w:r>
        <w:rPr>
          <w:b/>
          <w:bCs/>
        </w:rPr>
        <w:t xml:space="preserve">O Solomon, richest of all richess,</w:t>
      </w:r>
      <w:r>
        <w:br/>
      </w:r>
      <w:r>
        <w:rPr>
          <w:b/>
          <w:bCs/>
        </w:rPr>
        <w:t xml:space="preserve">Full fill'd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sapience</w:t>
      </w:r>
      <w:r>
        <w:rPr>
          <w:b/>
          <w:bCs/>
        </w:rPr>
        <w:t xml:space="preserve"> </w:t>
      </w:r>
      <w:r>
        <w:rPr>
          <w:b/>
          <w:bCs/>
        </w:rPr>
        <w:t xml:space="preserve">and worldly glory,</w:t>
      </w:r>
      <w:r>
        <w:br/>
      </w:r>
      <w:r>
        <w:rPr>
          <w:b/>
          <w:bCs/>
        </w:rPr>
        <w:t xml:space="preserve">Full worthy be thy wordes of memory</w:t>
      </w:r>
      <w:r>
        <w:br/>
      </w:r>
      <w:r>
        <w:rPr>
          <w:b/>
          <w:bCs/>
        </w:rPr>
        <w:t xml:space="preserve">To every wight that wit and reason can.</w:t>
      </w:r>
      <w:r>
        <w:br/>
      </w:r>
      <w:r>
        <w:t xml:space="preserve">    (a) wise and insightful</w:t>
      </w:r>
      <w:r>
        <w:br/>
      </w:r>
      <w:r>
        <w:t xml:space="preserve">    (b) wrong understanding</w:t>
      </w:r>
      <w:r>
        <w:br/>
      </w:r>
      <w:r>
        <w:t xml:space="preserve">    (c) act of hiring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can I preach against the same vice</w:t>
      </w:r>
      <w:r>
        <w:br/>
      </w:r>
      <w:r>
        <w:rPr>
          <w:b/>
          <w:bCs/>
        </w:rPr>
        <w:t xml:space="preserve">Which that I use, and 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avarice</w:t>
      </w:r>
      <w:r>
        <w:rPr>
          <w:b/>
          <w:bCs/>
        </w:rPr>
        <w:t xml:space="preserve">.</w:t>
      </w:r>
      <w:r>
        <w:br/>
      </w:r>
      <w:r>
        <w:t xml:space="preserve">    (a) arousing or inspiring again</w:t>
      </w:r>
      <w:r>
        <w:br/>
      </w:r>
      <w:r>
        <w:t xml:space="preserve">    (b) pessimism or unpleasantness</w:t>
      </w:r>
      <w:r>
        <w:br/>
      </w:r>
      <w:r>
        <w:t xml:space="preserve">    (c) excessive desire for wealth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hearken, lordings, one word, I you pray,</w:t>
      </w:r>
      <w:r>
        <w:br/>
      </w:r>
      <w:r>
        <w:rPr>
          <w:b/>
          <w:bCs/>
        </w:rPr>
        <w:t xml:space="preserve">That all the sovreign actes, dare I say,</w:t>
      </w:r>
      <w:r>
        <w:br/>
      </w:r>
      <w:r>
        <w:rPr>
          <w:b/>
          <w:bCs/>
        </w:rPr>
        <w:t xml:space="preserve">Of victories in the Old Testament,</w:t>
      </w:r>
      <w:r>
        <w:br/>
      </w:r>
      <w:r>
        <w:rPr>
          <w:b/>
          <w:bCs/>
        </w:rPr>
        <w:t xml:space="preserve">Through very God 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omnipotent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Were done in abstinence and in prayere:</w:t>
      </w:r>
      <w:r>
        <w:br/>
      </w:r>
      <w:r>
        <w:rPr>
          <w:b/>
          <w:bCs/>
        </w:rPr>
        <w:t xml:space="preserve">Look in the Bible, and there ye may it lear.</w:t>
      </w:r>
      <w:r>
        <w:br/>
      </w:r>
      <w:r>
        <w:t xml:space="preserve">    (a) all powerful</w:t>
      </w:r>
      <w:r>
        <w:br/>
      </w:r>
      <w:r>
        <w:t xml:space="preserve">    (b) sticking out</w:t>
      </w:r>
      <w:r>
        <w:br/>
      </w:r>
      <w:r>
        <w:t xml:space="preserve">    (c) not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"Abide, for Godde's digne* passion, *worthy</w:t>
      </w:r>
      <w:r>
        <w:br/>
      </w:r>
      <w:r>
        <w:rPr>
          <w:b/>
          <w:bCs/>
        </w:rPr>
        <w:t xml:space="preserve">For we shall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predication</w:t>
      </w:r>
      <w:r>
        <w:rPr>
          <w:b/>
          <w:bCs/>
        </w:rPr>
        <w:t xml:space="preserve">:</w:t>
      </w:r>
      <w:r>
        <w:br/>
      </w:r>
      <w:r>
        <w:rPr>
          <w:b/>
          <w:bCs/>
        </w:rPr>
        <w:t xml:space="preserve">This Lollard here will preachen us somewhat."</w:t>
      </w:r>
      <w:r>
        <w:br/>
      </w:r>
      <w:r>
        <w:t xml:space="preserve">    (a) doors divided in such a fashion that the bottom half may remain shut while the top half opens</w:t>
      </w:r>
      <w:r>
        <w:br/>
      </w:r>
      <w:r>
        <w:t xml:space="preserve">    (b) light-emitting diode -- a semiconductor device that emits light when current flows through it</w:t>
      </w:r>
      <w:r>
        <w:br/>
      </w:r>
      <w:r>
        <w:t xml:space="preserve">    (c) to indicate that something is a necessary condition for another thing to be true or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* *die</w:t>
      </w:r>
      <w:r>
        <w:br/>
      </w:r>
      <w:r>
        <w:rPr>
          <w:b/>
          <w:bCs/>
        </w:rPr>
        <w:t xml:space="preserve">I can no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in this mattere:</w:t>
      </w:r>
      <w:r>
        <w:br/>
      </w:r>
      <w:r>
        <w:rPr>
          <w:b/>
          <w:bCs/>
        </w:rPr>
        <w:t xml:space="preserve">I learne song, I know but small grammere.</w:t>
      </w:r>
      <w:r>
        <w:br/>
      </w:r>
      <w:r>
        <w:t xml:space="preserve">    (a) explain or discuss in detail</w:t>
      </w:r>
      <w:r>
        <w:br/>
      </w:r>
      <w:r>
        <w:t xml:space="preserve">    (b) tell someone about something</w:t>
      </w:r>
      <w:r>
        <w:br/>
      </w:r>
      <w:r>
        <w:t xml:space="preserve">    (c) something repeated regularly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Witness on him that any perfect clerk is,</w:t>
      </w:r>
      <w:r>
        <w:br/>
      </w:r>
      <w:r>
        <w:rPr>
          <w:b/>
          <w:bCs/>
        </w:rPr>
        <w:t xml:space="preserve">That in school is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br/>
      </w:r>
      <w:r>
        <w:rPr>
          <w:b/>
          <w:bCs/>
        </w:rPr>
        <w:t xml:space="preserve">In this matter, and great disputation,</w:t>
      </w:r>
      <w:r>
        <w:br/>
      </w:r>
      <w:r>
        <w:rPr>
          <w:b/>
          <w:bCs/>
        </w:rPr>
        <w:t xml:space="preserve">And hath been of an hundred thousand men.</w:t>
      </w:r>
      <w:r>
        <w:br/>
      </w:r>
      <w:r>
        <w:t xml:space="preserve">    (a) a particular understanding or explanation</w:t>
      </w:r>
      <w:r>
        <w:br/>
      </w:r>
      <w:r>
        <w:t xml:space="preserve">    (b) a noisy argument, confrontation, or fight</w:t>
      </w:r>
      <w:r>
        <w:br/>
      </w:r>
      <w:r>
        <w:t xml:space="preserve">    (c) the time during which something continues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2026-07-31T17:03:49Z</dcterms:created>
  <dcterms:modified xsi:type="dcterms:W3CDTF">2026-07-31T17:03:49Z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