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13e713c169bd891edccd86857854acea882667"/>
    <w:p>
      <w:pPr>
        <w:pStyle w:val="Heading1"/>
      </w:pPr>
      <w:r>
        <w:rPr>
          <w:b/>
          <w:bCs/>
        </w:rPr>
        <w:t xml:space="preserve">The Call of the Wild</w:t>
      </w:r>
      <w:r>
        <w:br/>
      </w:r>
      <w:r>
        <w:rPr>
          <w:i/>
          <w:iCs/>
        </w:rPr>
        <w:t xml:space="preserve">Jack London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partner</w:t>
      </w:r>
      <w:r>
        <w:br/>
      </w:r>
      <w:r>
        <w:t xml:space="preserve">    (b) friend</w:t>
      </w:r>
      <w:r>
        <w:br/>
      </w:r>
      <w:r>
        <w:t xml:space="preserve">    (c) enemy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estimates that your probability of lung cancer will drop to that of a non-smoker if you haven't already got it 10 to 15 years after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cessation</w:t>
      </w:r>
      <w:r>
        <w:rPr>
          <w:b/>
          <w:bCs/>
        </w:rPr>
        <w:t xml:space="preserve"> </w:t>
      </w:r>
      <w:r>
        <w:rPr>
          <w:b/>
          <w:bCs/>
        </w:rPr>
        <w:t xml:space="preserve">of smoking.</w:t>
      </w:r>
      <w:r>
        <w:br/>
      </w:r>
      <w:r>
        <w:t xml:space="preserve">    (a) the beginning</w:t>
      </w:r>
      <w:r>
        <w:br/>
      </w:r>
      <w:r>
        <w:t xml:space="preserve">    (b) the ending</w:t>
      </w:r>
      <w:r>
        <w:br/>
      </w:r>
      <w:r>
        <w:t xml:space="preserve">    (c) the reducing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Noisy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clamor</w:t>
      </w:r>
      <w:r>
        <w:rPr>
          <w:b/>
          <w:bCs/>
        </w:rPr>
        <w:t xml:space="preserve"> </w:t>
      </w:r>
      <w:r>
        <w:rPr>
          <w:b/>
          <w:bCs/>
        </w:rPr>
        <w:t xml:space="preserve">gave way to reasoned dialogue.</w:t>
      </w:r>
      <w:r>
        <w:br/>
      </w:r>
      <w:r>
        <w:t xml:space="preserve">    (a) insults</w:t>
      </w:r>
      <w:r>
        <w:br/>
      </w:r>
      <w:r>
        <w:t xml:space="preserve">    (b) demands</w:t>
      </w:r>
      <w:r>
        <w:br/>
      </w:r>
      <w:r>
        <w:t xml:space="preserve">    (c) whining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compel</w:t>
      </w:r>
      <w:r>
        <w:rPr>
          <w:b/>
          <w:bCs/>
        </w:rPr>
        <w:t xml:space="preserve"> </w:t>
      </w:r>
      <w:r>
        <w:rPr>
          <w:b/>
          <w:bCs/>
        </w:rPr>
        <w:t xml:space="preserve">the witness to testify?</w:t>
      </w:r>
      <w:r>
        <w:br/>
      </w:r>
      <w:r>
        <w:t xml:space="preserve">    (a) force</w:t>
      </w:r>
      <w:r>
        <w:br/>
      </w:r>
      <w:r>
        <w:t xml:space="preserve">    (b) delay</w:t>
      </w:r>
      <w:r>
        <w:br/>
      </w:r>
      <w:r>
        <w:t xml:space="preserve">    (c)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strong and cruel</w:t>
      </w:r>
      <w:r>
        <w:br/>
      </w:r>
      <w:r>
        <w:t xml:space="preserve">    (b) clever and deceitful</w:t>
      </w:r>
      <w:r>
        <w:br/>
      </w:r>
      <w:r>
        <w:t xml:space="preserve">    (c) stupid and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years, the stories my grandmother told me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endured</w:t>
      </w:r>
      <w:r>
        <w:rPr>
          <w:b/>
          <w:bCs/>
        </w:rPr>
        <w:t xml:space="preserve"> </w:t>
      </w:r>
      <w:r>
        <w:rPr>
          <w:b/>
          <w:bCs/>
        </w:rPr>
        <w:t xml:space="preserve">as a source of wisdom in my life.</w:t>
      </w:r>
      <w:r>
        <w:br/>
      </w:r>
      <w:r>
        <w:t xml:space="preserve">    (a) continued to exist</w:t>
      </w:r>
      <w:r>
        <w:br/>
      </w:r>
      <w:r>
        <w:t xml:space="preserve">    (b) stopped acting</w:t>
      </w:r>
      <w:r>
        <w:br/>
      </w:r>
      <w:r>
        <w:t xml:space="preserve">    (c) brought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challenge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.</w:t>
      </w:r>
      <w:r>
        <w:br/>
      </w:r>
      <w:r>
        <w:t xml:space="preserve">    (a) understood</w:t>
      </w:r>
      <w:r>
        <w:br/>
      </w:r>
      <w:r>
        <w:t xml:space="preserve">    (b) trivial</w:t>
      </w:r>
      <w:r>
        <w:br/>
      </w:r>
      <w:r>
        <w:t xml:space="preserve">    (c) intimidating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pitch-black cave, the faint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glimmer</w:t>
      </w:r>
      <w:r>
        <w:rPr>
          <w:b/>
          <w:bCs/>
        </w:rPr>
        <w:t xml:space="preserve"> </w:t>
      </w:r>
      <w:r>
        <w:rPr>
          <w:b/>
          <w:bCs/>
        </w:rPr>
        <w:t xml:space="preserve">from our torch was the only source of light.</w:t>
      </w:r>
      <w:r>
        <w:br/>
      </w:r>
      <w:r>
        <w:t xml:space="preserve">    (a) undependable</w:t>
      </w:r>
      <w:r>
        <w:br/>
      </w:r>
      <w:r>
        <w:t xml:space="preserve">    (b) reddish-yellow</w:t>
      </w:r>
      <w:r>
        <w:br/>
      </w:r>
      <w:r>
        <w:t xml:space="preserve">    (c) dim, wavering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becoming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imperative</w:t>
      </w:r>
      <w:r>
        <w:rPr>
          <w:b/>
          <w:bCs/>
        </w:rPr>
        <w:t xml:space="preserve"> </w:t>
      </w:r>
      <w:r>
        <w:rPr>
          <w:b/>
          <w:bCs/>
        </w:rPr>
        <w:t xml:space="preserve">that we get that national deficit under control.</w:t>
      </w:r>
      <w:r>
        <w:br/>
      </w:r>
      <w:r>
        <w:t xml:space="preserve">    (a) an excuse for ignoring other problems</w:t>
      </w:r>
      <w:r>
        <w:br/>
      </w:r>
      <w:r>
        <w:t xml:space="preserve">    (b) a popular belief</w:t>
      </w:r>
      <w:r>
        <w:br/>
      </w:r>
      <w:r>
        <w:t xml:space="preserve">    (c) essential and urgent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inactive</w:t>
      </w:r>
      <w:r>
        <w:br/>
      </w:r>
      <w:r>
        <w:t xml:space="preserve">    (b) common</w:t>
      </w:r>
      <w:r>
        <w:br/>
      </w:r>
      <w:r>
        <w:t xml:space="preserve">    (c) severe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estimates that about a third of those making a legal claim for a pain disorder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malingering</w:t>
      </w:r>
      <w:r>
        <w:rPr>
          <w:b/>
          <w:bCs/>
        </w:rPr>
        <w:t xml:space="preserve">.</w:t>
      </w:r>
      <w:r>
        <w:br/>
      </w:r>
      <w:r>
        <w:t xml:space="preserve">    (a) expecting success</w:t>
      </w:r>
      <w:r>
        <w:br/>
      </w:r>
      <w:r>
        <w:t xml:space="preserve">    (b) just hoping</w:t>
      </w:r>
      <w:r>
        <w:br/>
      </w:r>
      <w:r>
        <w:t xml:space="preserve">    (c) pretending to be injured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mandates</w:t>
      </w:r>
      <w:r>
        <w:rPr>
          <w:b/>
          <w:bCs/>
        </w:rPr>
        <w:t xml:space="preserve"> </w:t>
      </w:r>
      <w:r>
        <w:rPr>
          <w:b/>
          <w:bCs/>
        </w:rPr>
        <w:t xml:space="preserve">that an appeal be filed for all convicts on death row.</w:t>
      </w:r>
      <w:r>
        <w:br/>
      </w:r>
      <w:r>
        <w:t xml:space="preserve">    (a) demands</w:t>
      </w:r>
      <w:r>
        <w:br/>
      </w:r>
      <w:r>
        <w:t xml:space="preserve">    (b) suggests</w:t>
      </w:r>
      <w:r>
        <w:br/>
      </w:r>
      <w:r>
        <w:t xml:space="preserve">    (c) eliminates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danger</w:t>
      </w:r>
      <w:r>
        <w:br/>
      </w:r>
      <w:r>
        <w:t xml:space="preserve">    (b) fame</w:t>
      </w:r>
      <w:r>
        <w:br/>
      </w:r>
      <w:r>
        <w:t xml:space="preserve">    (c) weariness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Scientists are trying to understand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primordial</w:t>
      </w:r>
      <w:r>
        <w:rPr>
          <w:b/>
          <w:bCs/>
        </w:rPr>
        <w:t xml:space="preserve"> </w:t>
      </w:r>
      <w:r>
        <w:rPr>
          <w:b/>
          <w:bCs/>
        </w:rPr>
        <w:t xml:space="preserve">conditions of the universe by studying cosmic background radiation.</w:t>
      </w:r>
      <w:r>
        <w:br/>
      </w:r>
      <w:r>
        <w:t xml:space="preserve">    (a) highly complex</w:t>
      </w:r>
      <w:r>
        <w:br/>
      </w:r>
      <w:r>
        <w:t xml:space="preserve">    (b) from the earliest days</w:t>
      </w:r>
      <w:r>
        <w:br/>
      </w:r>
      <w:r>
        <w:t xml:space="preserve">    (c) world as described by physics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Second World War, products such as food and gasoline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United States, so more resources could be devoted to the war effort.</w:t>
      </w:r>
      <w:r>
        <w:br/>
      </w:r>
      <w:r>
        <w:t xml:space="preserve">    (a) imported in small amounts from many countries</w:t>
      </w:r>
      <w:r>
        <w:br/>
      </w:r>
      <w:r>
        <w:t xml:space="preserve">    (b) restricted in the amount each person could have</w:t>
      </w:r>
      <w:r>
        <w:br/>
      </w:r>
      <w:r>
        <w:t xml:space="preserve">    (c) set at a high price only the military could afford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leaning toward voting for her, but her stance on education policy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revelation</w:t>
      </w:r>
      <w:r>
        <w:rPr>
          <w:b/>
          <w:bCs/>
        </w:rPr>
        <w:t xml:space="preserve"> </w:t>
      </w:r>
      <w:r>
        <w:rPr>
          <w:b/>
          <w:bCs/>
        </w:rPr>
        <w:t xml:space="preserve">to me.</w:t>
      </w:r>
      <w:r>
        <w:br/>
      </w:r>
      <w:r>
        <w:t xml:space="preserve">    (a) something surprising and previously unknown</w:t>
      </w:r>
      <w:r>
        <w:br/>
      </w:r>
      <w:r>
        <w:t xml:space="preserve">    (b) something that reversed a previous decision</w:t>
      </w:r>
      <w:r>
        <w:br/>
      </w:r>
      <w:r>
        <w:t xml:space="preserve">    (c) something that made a decision easy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demonstration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sheer</w:t>
      </w:r>
      <w:r>
        <w:rPr>
          <w:b/>
          <w:bCs/>
        </w:rPr>
        <w:t xml:space="preserve"> </w:t>
      </w:r>
      <w:r>
        <w:rPr>
          <w:b/>
          <w:bCs/>
        </w:rPr>
        <w:t xml:space="preserve">stupidity.</w:t>
      </w:r>
      <w:r>
        <w:br/>
      </w:r>
      <w:r>
        <w:t xml:space="preserve">    (a) misguided</w:t>
      </w:r>
      <w:r>
        <w:br/>
      </w:r>
      <w:r>
        <w:t xml:space="preserve">    (b) complete</w:t>
      </w:r>
      <w:r>
        <w:br/>
      </w:r>
      <w:r>
        <w:t xml:space="preserve">    (c) mixed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appreciated</w:t>
      </w:r>
      <w:r>
        <w:br/>
      </w:r>
      <w:r>
        <w:t xml:space="preserve">    (b) important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awakened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twilight</w:t>
      </w:r>
      <w:r>
        <w:rPr>
          <w:b/>
          <w:bCs/>
        </w:rPr>
        <w:t xml:space="preserve"> </w:t>
      </w:r>
      <w:r>
        <w:rPr>
          <w:b/>
          <w:bCs/>
        </w:rPr>
        <w:t xml:space="preserve">sky but did not know if the sun was setting or rising.</w:t>
      </w:r>
      <w:r>
        <w:br/>
      </w:r>
      <w:r>
        <w:t xml:space="preserve">    (a) the light from the sky between daylight and darkness</w:t>
      </w:r>
      <w:r>
        <w:br/>
      </w:r>
      <w:r>
        <w:t xml:space="preserve">    (b) the light from the sky just after sunset</w:t>
      </w:r>
      <w:r>
        <w:br/>
      </w:r>
      <w:r>
        <w:t xml:space="preserve">    (c) the light from the sky just before sunrise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of God.</w:t>
      </w:r>
      <w:r>
        <w:br/>
      </w:r>
      <w:r>
        <w:t xml:space="preserve">    (a) unpredictable moods</w:t>
      </w:r>
      <w:r>
        <w:br/>
      </w:r>
      <w:r>
        <w:t xml:space="preserve">    (b) power</w:t>
      </w:r>
      <w:r>
        <w:br/>
      </w:r>
      <w:r>
        <w:t xml:space="preserve">    (c) angry punishment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2026-07-31T15:08:22Z</dcterms:created>
  <dcterms:modified xsi:type="dcterms:W3CDTF">2026-07-31T15:08:22Z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