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d2e13885728e51098d16e730d04473ae7fb828"/>
    <w:p>
      <w:pPr>
        <w:pStyle w:val="Heading1"/>
      </w:pPr>
      <w:r>
        <w:rPr>
          <w:b/>
          <w:bCs/>
        </w:rPr>
        <w:t xml:space="preserve">The Call of the Wild</w:t>
      </w:r>
      <w:r>
        <w:br/>
      </w:r>
      <w:r>
        <w:rPr>
          <w:i/>
          <w:iCs/>
        </w:rPr>
        <w:t xml:space="preserve">Jack London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undertook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arduous</w:t>
      </w:r>
      <w:r>
        <w:rPr>
          <w:b/>
          <w:bCs/>
        </w:rPr>
        <w:t xml:space="preserve"> </w:t>
      </w:r>
      <w:r>
        <w:rPr>
          <w:b/>
          <w:bCs/>
        </w:rPr>
        <w:t xml:space="preserve">work of caring for twins.</w:t>
      </w:r>
      <w:r>
        <w:br/>
      </w:r>
      <w:r>
        <w:t xml:space="preserve">    (a) difficult</w:t>
      </w:r>
      <w:r>
        <w:br/>
      </w:r>
      <w:r>
        <w:t xml:space="preserve">    (b) profitable</w:t>
      </w:r>
      <w:r>
        <w:br/>
      </w:r>
      <w:r>
        <w:t xml:space="preserve">    (c) rewarding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took every opportunity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assail</w:t>
      </w:r>
      <w:r>
        <w:rPr>
          <w:b/>
          <w:bCs/>
        </w:rPr>
        <w:t xml:space="preserve"> </w:t>
      </w:r>
      <w:r>
        <w:rPr>
          <w:b/>
          <w:bCs/>
        </w:rPr>
        <w:t xml:space="preserve">the policy.</w:t>
      </w:r>
      <w:r>
        <w:br/>
      </w:r>
      <w:r>
        <w:t xml:space="preserve">    (a) attack</w:t>
      </w:r>
      <w:r>
        <w:br/>
      </w:r>
      <w:r>
        <w:t xml:space="preserve">    (b) study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aurora borealis</w:t>
      </w:r>
      <w:r>
        <w:rPr>
          <w:b/>
          <w:bCs/>
        </w:rPr>
        <w:t xml:space="preserve"> </w:t>
      </w:r>
      <w:r>
        <w:rPr>
          <w:b/>
          <w:bCs/>
        </w:rPr>
        <w:t xml:space="preserve">most often occurs from September to October and from March to April.</w:t>
      </w:r>
      <w:r>
        <w:br/>
      </w:r>
      <w:r>
        <w:t xml:space="preserve">    (a) northern lights</w:t>
      </w:r>
      <w:r>
        <w:br/>
      </w:r>
      <w:r>
        <w:t xml:space="preserve">    (b) temperate weather</w:t>
      </w:r>
      <w:r>
        <w:br/>
      </w:r>
      <w:r>
        <w:t xml:space="preserve">    (c) hunting season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contends</w:t>
      </w:r>
      <w:r>
        <w:rPr>
          <w:b/>
          <w:bCs/>
        </w:rPr>
        <w:t xml:space="preserve"> </w:t>
      </w:r>
      <w:r>
        <w:rPr>
          <w:b/>
          <w:bCs/>
        </w:rPr>
        <w:t xml:space="preserve">that they quoted her out of context.</w:t>
      </w:r>
      <w:r>
        <w:br/>
      </w:r>
      <w:r>
        <w:t xml:space="preserve">    (a) claims</w:t>
      </w:r>
      <w:r>
        <w:br/>
      </w:r>
      <w:r>
        <w:t xml:space="preserve">    (b) offers proof</w:t>
      </w:r>
      <w:r>
        <w:br/>
      </w:r>
      <w:r>
        <w:t xml:space="preserve">    (c) proves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Politicians have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contend</w:t>
      </w:r>
      <w:r>
        <w:rPr>
          <w:b/>
          <w:bCs/>
        </w:rPr>
        <w:t xml:space="preserve"> </w:t>
      </w:r>
      <w:r>
        <w:rPr>
          <w:b/>
          <w:bCs/>
        </w:rPr>
        <w:t xml:space="preserve">with false attacks.</w:t>
      </w:r>
      <w:r>
        <w:br/>
      </w:r>
      <w:r>
        <w:t xml:space="preserve">    (a) raise money</w:t>
      </w:r>
      <w:r>
        <w:br/>
      </w:r>
      <w:r>
        <w:t xml:space="preserve">    (b) struggle</w:t>
      </w:r>
      <w:r>
        <w:br/>
      </w:r>
      <w:r>
        <w:t xml:space="preserve">    (c) campaign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government's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covert</w:t>
      </w:r>
      <w:r>
        <w:rPr>
          <w:b/>
          <w:bCs/>
        </w:rPr>
        <w:t xml:space="preserve"> </w:t>
      </w:r>
      <w:r>
        <w:rPr>
          <w:b/>
          <w:bCs/>
        </w:rPr>
        <w:t xml:space="preserve">funding of foreign rebel groups has been criticized for destabilizing the region.</w:t>
      </w:r>
      <w:r>
        <w:br/>
      </w:r>
      <w:r>
        <w:t xml:space="preserve">    (a) excessive</w:t>
      </w:r>
      <w:r>
        <w:br/>
      </w:r>
      <w:r>
        <w:t xml:space="preserve">    (b) secret</w:t>
      </w:r>
      <w:r>
        <w:br/>
      </w:r>
      <w:r>
        <w:t xml:space="preserve">    (c) inadequate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trusted her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impartial</w:t>
      </w:r>
      <w:r>
        <w:rPr>
          <w:b/>
          <w:bCs/>
        </w:rPr>
        <w:t xml:space="preserve">.</w:t>
      </w:r>
      <w:r>
        <w:br/>
      </w:r>
      <w:r>
        <w:t xml:space="preserve">    (a) forgiving</w:t>
      </w:r>
      <w:r>
        <w:br/>
      </w:r>
      <w:r>
        <w:t xml:space="preserve">    (b) smart</w:t>
      </w:r>
      <w:r>
        <w:br/>
      </w:r>
      <w:r>
        <w:t xml:space="preserve">    (c) unbiased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Tolkien referred to his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Lord of the Rings</w:t>
      </w:r>
      <w:r>
        <w:rPr>
          <w:b/>
          <w:bCs/>
        </w:rPr>
        <w:t xml:space="preserve"> </w:t>
      </w:r>
      <w:r>
        <w:rPr>
          <w:b/>
          <w:bCs/>
        </w:rPr>
        <w:t xml:space="preserve">character, Gandalf, as an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angel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u w:val="single"/>
        </w:rPr>
        <w:t xml:space="preserve">incarnate</w:t>
      </w:r>
      <w:r>
        <w:rPr>
          <w:b/>
          <w:bCs/>
        </w:rPr>
        <w:t xml:space="preserve">.</w:t>
      </w:r>
      <w:r>
        <w:br/>
      </w:r>
      <w:r>
        <w:t xml:space="preserve">    (a) in a human body</w:t>
      </w:r>
      <w:r>
        <w:br/>
      </w:r>
      <w:r>
        <w:t xml:space="preserve">    (b) in training</w:t>
      </w:r>
      <w:r>
        <w:br/>
      </w:r>
      <w:r>
        <w:t xml:space="preserve">    (c) in evil surroundings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Malignant</w:t>
      </w:r>
      <w:r>
        <w:rPr>
          <w:b/>
          <w:bCs/>
        </w:rPr>
        <w:t xml:space="preserve"> </w:t>
      </w:r>
      <w:r>
        <w:rPr>
          <w:b/>
          <w:bCs/>
        </w:rPr>
        <w:t xml:space="preserve">rumors spread through social media damaged her reputation.</w:t>
      </w:r>
      <w:r>
        <w:br/>
      </w:r>
      <w:r>
        <w:t xml:space="preserve">    (a) beneficial or helpful</w:t>
      </w:r>
      <w:r>
        <w:br/>
      </w:r>
      <w:r>
        <w:t xml:space="preserve">    (b) harmful or evil</w:t>
      </w:r>
      <w:r>
        <w:br/>
      </w:r>
      <w:r>
        <w:t xml:space="preserve">    (c) insignificant or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morose</w:t>
      </w:r>
      <w:r>
        <w:rPr>
          <w:b/>
          <w:bCs/>
        </w:rPr>
        <w:t xml:space="preserve"> </w:t>
      </w:r>
      <w:r>
        <w:rPr>
          <w:b/>
          <w:bCs/>
        </w:rPr>
        <w:t xml:space="preserve">and unsociable.</w:t>
      </w:r>
      <w:r>
        <w:br/>
      </w:r>
      <w:r>
        <w:t xml:space="preserve">    (a) frustrated</w:t>
      </w:r>
      <w:r>
        <w:br/>
      </w:r>
      <w:r>
        <w:t xml:space="preserve">    (b) angry</w:t>
      </w:r>
      <w:r>
        <w:br/>
      </w:r>
      <w:r>
        <w:t xml:space="preserve">    (c) unhappy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largest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mutiny</w:t>
      </w:r>
      <w:r>
        <w:rPr>
          <w:b/>
          <w:bCs/>
        </w:rPr>
        <w:t xml:space="preserve"> </w:t>
      </w:r>
      <w:r>
        <w:rPr>
          <w:b/>
          <w:bCs/>
        </w:rPr>
        <w:t xml:space="preserve">in modern military history occurred during the first world war when an estimated 40,000 French soldiers, probably wisely, ignored the command to advance on German troops entrenched in hilltop positions.</w:t>
      </w:r>
      <w:r>
        <w:br/>
      </w:r>
      <w:r>
        <w:t xml:space="preserve">    (a) turnaround in a battle</w:t>
      </w:r>
      <w:r>
        <w:br/>
      </w:r>
      <w:r>
        <w:t xml:space="preserve">    (b) defeat in battle</w:t>
      </w:r>
      <w:r>
        <w:br/>
      </w:r>
      <w:r>
        <w:t xml:space="preserve">    (c) open rebellion against authority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agency recommended against taking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precipitate</w:t>
      </w:r>
      <w:r>
        <w:rPr>
          <w:b/>
          <w:bCs/>
        </w:rPr>
        <w:t xml:space="preserve"> </w:t>
      </w:r>
      <w:r>
        <w:rPr>
          <w:b/>
          <w:bCs/>
        </w:rPr>
        <w:t xml:space="preserve">action.</w:t>
      </w:r>
      <w:r>
        <w:br/>
      </w:r>
      <w:r>
        <w:t xml:space="preserve">    (a) dramatic</w:t>
      </w:r>
      <w:r>
        <w:br/>
      </w:r>
      <w:r>
        <w:t xml:space="preserve">    (b) hidden</w:t>
      </w:r>
      <w:r>
        <w:br/>
      </w:r>
      <w:r>
        <w:t xml:space="preserve">    (c) quick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expressed concern that withdrawal of UN troops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precipitate</w:t>
      </w:r>
      <w:r>
        <w:rPr>
          <w:b/>
          <w:bCs/>
        </w:rPr>
        <w:t xml:space="preserve"> </w:t>
      </w:r>
      <w:r>
        <w:rPr>
          <w:b/>
          <w:bCs/>
        </w:rPr>
        <w:t xml:space="preserve">chaos and tribal warfare.</w:t>
      </w:r>
      <w:r>
        <w:br/>
      </w:r>
      <w:r>
        <w:t xml:space="preserve">    (a) prevent</w:t>
      </w:r>
      <w:r>
        <w:br/>
      </w:r>
      <w:r>
        <w:t xml:space="preserve">    (b) cause gradually</w:t>
      </w:r>
      <w:r>
        <w:br/>
      </w:r>
      <w:r>
        <w:t xml:space="preserve">    (c) cause suddenly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rampant</w:t>
      </w:r>
      <w:r>
        <w:rPr>
          <w:b/>
          <w:bCs/>
        </w:rPr>
        <w:t xml:space="preserve"> </w:t>
      </w:r>
      <w:r>
        <w:rPr>
          <w:b/>
          <w:bCs/>
        </w:rPr>
        <w:t xml:space="preserve">inflation was making it difficult for people to afford basic necessities.</w:t>
      </w:r>
      <w:r>
        <w:br/>
      </w:r>
      <w:r>
        <w:t xml:space="preserve">    (a) harmful</w:t>
      </w:r>
      <w:r>
        <w:br/>
      </w:r>
      <w:r>
        <w:t xml:space="preserve">    (b) uncontrolled</w:t>
      </w:r>
      <w:r>
        <w:br/>
      </w:r>
      <w:r>
        <w:t xml:space="preserve">    (c) new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control the spread of the disease, the school has a separate room where sick students wait for a ride home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recuperate</w:t>
      </w:r>
      <w:r>
        <w:rPr>
          <w:b/>
          <w:bCs/>
        </w:rPr>
        <w:t xml:space="preserve">.</w:t>
      </w:r>
      <w:r>
        <w:br/>
      </w:r>
      <w:r>
        <w:t xml:space="preserve">    (a) regain health</w:t>
      </w:r>
      <w:r>
        <w:br/>
      </w:r>
      <w:r>
        <w:t xml:space="preserve">    (b) do homework</w:t>
      </w:r>
      <w:r>
        <w:br/>
      </w:r>
      <w:r>
        <w:t xml:space="preserve">    (c) family care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business meeting, they discussed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salient</w:t>
      </w:r>
      <w:r>
        <w:rPr>
          <w:b/>
          <w:bCs/>
        </w:rPr>
        <w:t xml:space="preserve"> </w:t>
      </w:r>
      <w:r>
        <w:rPr>
          <w:b/>
          <w:bCs/>
        </w:rPr>
        <w:t xml:space="preserve">features of the new product that set it apart from the competition.</w:t>
      </w:r>
      <w:r>
        <w:br/>
      </w:r>
      <w:r>
        <w:t xml:space="preserve">    (a) newest</w:t>
      </w:r>
      <w:r>
        <w:br/>
      </w:r>
      <w:r>
        <w:t xml:space="preserve">    (b) most subtle</w:t>
      </w:r>
      <w:r>
        <w:br/>
      </w:r>
      <w:r>
        <w:t xml:space="preserve">    (c) most noteworthy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restaurant was shut down due to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slovenly</w:t>
      </w:r>
      <w:r>
        <w:rPr>
          <w:b/>
          <w:bCs/>
        </w:rPr>
        <w:t xml:space="preserve"> </w:t>
      </w:r>
      <w:r>
        <w:rPr>
          <w:b/>
          <w:bCs/>
        </w:rPr>
        <w:t xml:space="preserve">kitchen conditions.</w:t>
      </w:r>
      <w:r>
        <w:br/>
      </w:r>
      <w:r>
        <w:t xml:space="preserve">    (a) costly</w:t>
      </w:r>
      <w:r>
        <w:br/>
      </w:r>
      <w:r>
        <w:t xml:space="preserve">    (b) inefficient</w:t>
      </w:r>
      <w:r>
        <w:br/>
      </w:r>
      <w:r>
        <w:t xml:space="preserve">    (c) dirty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treacherous</w:t>
      </w:r>
      <w:r>
        <w:rPr>
          <w:b/>
          <w:bCs/>
        </w:rPr>
        <w:t xml:space="preserve"> </w:t>
      </w:r>
      <w:r>
        <w:rPr>
          <w:b/>
          <w:bCs/>
        </w:rPr>
        <w:t xml:space="preserve">act.</w:t>
      </w:r>
      <w:r>
        <w:br/>
      </w:r>
      <w:r>
        <w:t xml:space="preserve">    (a) highly moral</w:t>
      </w:r>
      <w:r>
        <w:br/>
      </w:r>
      <w:r>
        <w:t xml:space="preserve">    (b) betraying trust</w:t>
      </w:r>
      <w:r>
        <w:br/>
      </w:r>
      <w:r>
        <w:t xml:space="preserve">    (c) especially cruel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committee grew so large it became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unwieldy</w:t>
      </w:r>
      <w:r>
        <w:rPr>
          <w:b/>
          <w:bCs/>
        </w:rPr>
        <w:t xml:space="preserve">.</w:t>
      </w:r>
      <w:r>
        <w:br/>
      </w:r>
      <w:r>
        <w:t xml:space="preserve">    (a) easy to manage</w:t>
      </w:r>
      <w:r>
        <w:br/>
      </w:r>
      <w:r>
        <w:t xml:space="preserve">    (b) small and neat</w:t>
      </w:r>
      <w:r>
        <w:br/>
      </w:r>
      <w:r>
        <w:t xml:space="preserve">    (c) hard to handle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an avid reader, she experiences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vicarious</w:t>
      </w:r>
      <w:r>
        <w:rPr>
          <w:b/>
          <w:bCs/>
        </w:rPr>
        <w:t xml:space="preserve"> </w:t>
      </w:r>
      <w:r>
        <w:rPr>
          <w:b/>
          <w:bCs/>
        </w:rPr>
        <w:t xml:space="preserve">adventures through the characters in her books.</w:t>
      </w:r>
      <w:r>
        <w:br/>
      </w:r>
      <w:r>
        <w:t xml:space="preserve">    (a) secondhand</w:t>
      </w:r>
      <w:r>
        <w:br/>
      </w:r>
      <w:r>
        <w:t xml:space="preserve">    (b) exciting</w:t>
      </w:r>
      <w:r>
        <w:br/>
      </w:r>
      <w:r>
        <w:t xml:space="preserve">    (c) dangerous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2026-07-31T15:08:22Z</dcterms:created>
  <dcterms:modified xsi:type="dcterms:W3CDTF">2026-07-31T15:08:22Z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