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babac9c7c2b72742f6baee19230f34bf2f1b8b8"/>
    <w:p>
      <w:pPr>
        <w:pStyle w:val="Heading1"/>
      </w:pPr>
      <w:r>
        <w:rPr>
          <w:b/>
          <w:bCs/>
        </w:rPr>
        <w:t xml:space="preserve">The Call of the Wild</w:t>
      </w:r>
      <w:r>
        <w:br/>
      </w:r>
      <w:r>
        <w:rPr>
          <w:i/>
          <w:iCs/>
        </w:rPr>
        <w:t xml:space="preserve">Jack London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For two days and nights he neither ate nor drank, and during those two days and nights of torment, he accumulated a fund of</w:t>
      </w:r>
      <w:r>
        <w:rPr>
          <w:b/>
          <w:bCs/>
        </w:rPr>
        <w:t xml:space="preserve"> </w:t>
      </w:r>
      <w:r>
        <w:rPr>
          <w:b/>
          <w:bCs/>
          <w:u w:val="single"/>
        </w:rPr>
        <w:t xml:space="preserve">wrath</w:t>
      </w:r>
      <w:r>
        <w:rPr>
          <w:b/>
          <w:bCs/>
        </w:rPr>
        <w:t xml:space="preserve"> </w:t>
      </w:r>
      <w:r>
        <w:rPr>
          <w:b/>
          <w:bCs/>
        </w:rPr>
        <w:t xml:space="preserve">that boded ill for whoever first fell foul of him.</w:t>
      </w:r>
      <w:r>
        <w:br/>
      </w:r>
      <w:r>
        <w:t xml:space="preserve">    (a) thirst</w:t>
      </w:r>
      <w:r>
        <w:br/>
      </w:r>
      <w:r>
        <w:t xml:space="preserve">    (b) hunger</w:t>
      </w:r>
      <w:r>
        <w:br/>
      </w:r>
      <w:r>
        <w:t xml:space="preserve">    (c) anger</w:t>
      </w:r>
    </w:p>
    <w:p>
      <w:pPr>
        <w:pStyle w:val="Compact"/>
        <w:numPr>
          <w:ilvl w:val="0"/>
          <w:numId w:val="1001"/>
        </w:numPr>
      </w:pPr>
      <w:r>
        <w:rPr>
          <w:b/>
          <w:bCs/>
        </w:rPr>
        <w:t xml:space="preserve">That club was a</w:t>
      </w:r>
      <w:r>
        <w:rPr>
          <w:b/>
          <w:bCs/>
        </w:rPr>
        <w:t xml:space="preserve"> </w:t>
      </w:r>
      <w:r>
        <w:rPr>
          <w:b/>
          <w:bCs/>
          <w:u w:val="single"/>
        </w:rPr>
        <w:t xml:space="preserve">revelation</w:t>
      </w:r>
      <w:r>
        <w:rPr>
          <w:b/>
          <w:bCs/>
        </w:rPr>
        <w:t xml:space="preserve">. It was his introduction to the reign of primitive law,</w:t>
      </w:r>
      <w:r>
        <w:br/>
      </w:r>
      <w:r>
        <w:t xml:space="preserve">    (a) source of confirmation of teaching</w:t>
      </w:r>
      <w:r>
        <w:br/>
      </w:r>
      <w:r>
        <w:t xml:space="preserve">    (b) source of pain</w:t>
      </w:r>
      <w:r>
        <w:br/>
      </w:r>
      <w:r>
        <w:t xml:space="preserve">    (c) source of something previously unknown</w:t>
      </w:r>
    </w:p>
    <w:p>
      <w:pPr>
        <w:pStyle w:val="Compact"/>
        <w:numPr>
          <w:ilvl w:val="0"/>
          <w:numId w:val="1001"/>
        </w:numPr>
      </w:pPr>
      <w:r>
        <w:rPr>
          <w:b/>
          <w:bCs/>
        </w:rPr>
        <w:t xml:space="preserve">He had been suddenly jerked from the heart of civilization and flung into the heart of things</w:t>
      </w:r>
      <w:r>
        <w:rPr>
          <w:b/>
          <w:bCs/>
        </w:rPr>
        <w:t xml:space="preserve"> </w:t>
      </w:r>
      <w:r>
        <w:rPr>
          <w:b/>
          <w:bCs/>
          <w:u w:val="single"/>
        </w:rPr>
        <w:t xml:space="preserve">primordial</w:t>
      </w:r>
      <w:r>
        <w:rPr>
          <w:b/>
          <w:bCs/>
        </w:rPr>
        <w:t xml:space="preserve">.</w:t>
      </w:r>
      <w:r>
        <w:br/>
      </w:r>
      <w:r>
        <w:t xml:space="preserve">    (a) ancient</w:t>
      </w:r>
      <w:r>
        <w:br/>
      </w:r>
      <w:r>
        <w:t xml:space="preserve">    (b) cold</w:t>
      </w:r>
      <w:r>
        <w:br/>
      </w:r>
      <w:r>
        <w:t xml:space="preserve">    (c) violent</w:t>
      </w:r>
    </w:p>
    <w:p>
      <w:pPr>
        <w:pStyle w:val="Compact"/>
        <w:numPr>
          <w:ilvl w:val="0"/>
          <w:numId w:val="1001"/>
        </w:numPr>
      </w:pPr>
      <w:r>
        <w:rPr>
          <w:b/>
          <w:bCs/>
        </w:rPr>
        <w:t xml:space="preserve">All was confusion and action, and every moment life and limb were in</w:t>
      </w:r>
      <w:r>
        <w:rPr>
          <w:b/>
          <w:bCs/>
        </w:rPr>
        <w:t xml:space="preserve"> </w:t>
      </w:r>
      <w:r>
        <w:rPr>
          <w:b/>
          <w:bCs/>
          <w:u w:val="single"/>
        </w:rPr>
        <w:t xml:space="preserve">peril</w:t>
      </w:r>
      <w:r>
        <w:rPr>
          <w:b/>
          <w:bCs/>
        </w:rPr>
        <w:t xml:space="preserve">.</w:t>
      </w:r>
      <w:r>
        <w:br/>
      </w:r>
      <w:r>
        <w:t xml:space="preserve">    (a) action</w:t>
      </w:r>
      <w:r>
        <w:br/>
      </w:r>
      <w:r>
        <w:t xml:space="preserve">    (b) danger</w:t>
      </w:r>
      <w:r>
        <w:br/>
      </w:r>
      <w:r>
        <w:t xml:space="preserve">    (c) cold</w:t>
      </w:r>
    </w:p>
    <w:p>
      <w:pPr>
        <w:pStyle w:val="Compact"/>
        <w:numPr>
          <w:ilvl w:val="0"/>
          <w:numId w:val="1001"/>
        </w:numPr>
      </w:pPr>
      <w:r>
        <w:rPr>
          <w:b/>
          <w:bCs/>
        </w:rPr>
        <w:t xml:space="preserve">There was</w:t>
      </w:r>
      <w:r>
        <w:rPr>
          <w:b/>
          <w:bCs/>
        </w:rPr>
        <w:t xml:space="preserve"> </w:t>
      </w:r>
      <w:r>
        <w:rPr>
          <w:b/>
          <w:bCs/>
          <w:u w:val="single"/>
        </w:rPr>
        <w:t xml:space="preserve">imperative</w:t>
      </w:r>
      <w:r>
        <w:rPr>
          <w:b/>
          <w:bCs/>
        </w:rPr>
        <w:t xml:space="preserve"> </w:t>
      </w:r>
      <w:r>
        <w:rPr>
          <w:b/>
          <w:bCs/>
        </w:rPr>
        <w:t xml:space="preserve">need to be constantly alert; for these dogs and men were not town dogs and men.</w:t>
      </w:r>
      <w:r>
        <w:br/>
      </w:r>
      <w:r>
        <w:t xml:space="preserve">    (a) frequent</w:t>
      </w:r>
      <w:r>
        <w:br/>
      </w:r>
      <w:r>
        <w:t xml:space="preserve">    (b) occasional</w:t>
      </w:r>
      <w:r>
        <w:br/>
      </w:r>
      <w:r>
        <w:t xml:space="preserve">    (c) essential</w:t>
      </w:r>
    </w:p>
    <w:p>
      <w:pPr>
        <w:pStyle w:val="Compact"/>
        <w:numPr>
          <w:ilvl w:val="0"/>
          <w:numId w:val="1001"/>
        </w:numPr>
      </w:pPr>
      <w:r>
        <w:rPr>
          <w:b/>
          <w:bCs/>
        </w:rPr>
        <w:t xml:space="preserve">He did not steal for joy of it, but because of the</w:t>
      </w:r>
      <w:r>
        <w:rPr>
          <w:b/>
          <w:bCs/>
        </w:rPr>
        <w:t xml:space="preserve"> </w:t>
      </w:r>
      <w:r>
        <w:rPr>
          <w:b/>
          <w:bCs/>
          <w:u w:val="single"/>
        </w:rPr>
        <w:t xml:space="preserve">clamor</w:t>
      </w:r>
      <w:r>
        <w:rPr>
          <w:b/>
          <w:bCs/>
        </w:rPr>
        <w:t xml:space="preserve"> </w:t>
      </w:r>
      <w:r>
        <w:rPr>
          <w:b/>
          <w:bCs/>
        </w:rPr>
        <w:t xml:space="preserve">of his stomach.</w:t>
      </w:r>
      <w:r>
        <w:br/>
      </w:r>
      <w:r>
        <w:t xml:space="preserve">    (a) persistent demand</w:t>
      </w:r>
      <w:r>
        <w:br/>
      </w:r>
      <w:r>
        <w:t xml:space="preserve">    (b) cold</w:t>
      </w:r>
      <w:r>
        <w:br/>
      </w:r>
      <w:r>
        <w:t xml:space="preserve">    (c) wound</w:t>
      </w:r>
    </w:p>
    <w:p>
      <w:pPr>
        <w:pStyle w:val="Compact"/>
        <w:numPr>
          <w:ilvl w:val="0"/>
          <w:numId w:val="1001"/>
        </w:numPr>
      </w:pPr>
      <w:r>
        <w:rPr>
          <w:b/>
          <w:bCs/>
        </w:rPr>
        <w:t xml:space="preserve">They were all too soft, dying under the toil, the frost, and starvation. Buck was the exception. He alone</w:t>
      </w:r>
      <w:r>
        <w:rPr>
          <w:b/>
          <w:bCs/>
        </w:rPr>
        <w:t xml:space="preserve"> </w:t>
      </w:r>
      <w:r>
        <w:rPr>
          <w:b/>
          <w:bCs/>
          <w:u w:val="single"/>
        </w:rPr>
        <w:t xml:space="preserve">endured</w:t>
      </w:r>
      <w:r>
        <w:rPr>
          <w:b/>
          <w:bCs/>
        </w:rPr>
        <w:t xml:space="preserve"> </w:t>
      </w:r>
      <w:r>
        <w:rPr>
          <w:b/>
          <w:bCs/>
        </w:rPr>
        <w:t xml:space="preserve">and prospered, matching the husky in strength, savagery, and cunning.</w:t>
      </w:r>
      <w:r>
        <w:br/>
      </w:r>
      <w:r>
        <w:t xml:space="preserve">    (a) pretended</w:t>
      </w:r>
      <w:r>
        <w:br/>
      </w:r>
      <w:r>
        <w:t xml:space="preserve">    (b) survived</w:t>
      </w:r>
      <w:r>
        <w:br/>
      </w:r>
      <w:r>
        <w:t xml:space="preserve">    (c) grew stronger</w:t>
      </w:r>
    </w:p>
    <w:p>
      <w:pPr>
        <w:pStyle w:val="Compact"/>
        <w:numPr>
          <w:ilvl w:val="0"/>
          <w:numId w:val="1001"/>
        </w:numPr>
      </w:pPr>
      <w:r>
        <w:rPr>
          <w:b/>
          <w:bCs/>
        </w:rPr>
        <w:t xml:space="preserve">He was mastered by the</w:t>
      </w:r>
      <w:r>
        <w:rPr>
          <w:b/>
          <w:bCs/>
        </w:rPr>
        <w:t xml:space="preserve"> </w:t>
      </w:r>
      <w:r>
        <w:rPr>
          <w:b/>
          <w:bCs/>
          <w:u w:val="single"/>
        </w:rPr>
        <w:t xml:space="preserve">sheer</w:t>
      </w:r>
      <w:r>
        <w:rPr>
          <w:b/>
          <w:bCs/>
        </w:rPr>
        <w:t xml:space="preserve"> </w:t>
      </w:r>
      <w:r>
        <w:rPr>
          <w:b/>
          <w:bCs/>
        </w:rPr>
        <w:t xml:space="preserve">surging of life, the tidal wave of being, the perfect joy of each separate muscle, joint, and sinew in that it was everything that was not death...</w:t>
      </w:r>
      <w:r>
        <w:br/>
      </w:r>
      <w:r>
        <w:t xml:space="preserve">    (a) partial</w:t>
      </w:r>
      <w:r>
        <w:br/>
      </w:r>
      <w:r>
        <w:t xml:space="preserve">    (b) limited</w:t>
      </w:r>
      <w:r>
        <w:br/>
      </w:r>
      <w:r>
        <w:t xml:space="preserve">    (c) complete</w:t>
      </w:r>
    </w:p>
    <w:p>
      <w:pPr>
        <w:pStyle w:val="Compact"/>
        <w:numPr>
          <w:ilvl w:val="0"/>
          <w:numId w:val="1001"/>
        </w:numPr>
      </w:pPr>
      <w:r>
        <w:rPr>
          <w:b/>
          <w:bCs/>
        </w:rPr>
        <w:t xml:space="preserve">He saw the silent circle, with gleaming eyes, lolling tongues, and silvery breaths drifting upward, closing in upon him as he had seen similar circles close in upon beaten</w:t>
      </w:r>
      <w:r>
        <w:rPr>
          <w:b/>
          <w:bCs/>
        </w:rPr>
        <w:t xml:space="preserve"> </w:t>
      </w:r>
      <w:r>
        <w:rPr>
          <w:b/>
          <w:bCs/>
          <w:u w:val="single"/>
        </w:rPr>
        <w:t xml:space="preserve">antagonists</w:t>
      </w:r>
      <w:r>
        <w:rPr>
          <w:b/>
          <w:bCs/>
        </w:rPr>
        <w:t xml:space="preserve"> </w:t>
      </w:r>
      <w:r>
        <w:rPr>
          <w:b/>
          <w:bCs/>
        </w:rPr>
        <w:t xml:space="preserve">in the past.</w:t>
      </w:r>
      <w:r>
        <w:br/>
      </w:r>
      <w:r>
        <w:t xml:space="preserve">    (a) cats</w:t>
      </w:r>
      <w:r>
        <w:br/>
      </w:r>
      <w:r>
        <w:t xml:space="preserve">    (b) dogs</w:t>
      </w:r>
      <w:r>
        <w:br/>
      </w:r>
      <w:r>
        <w:t xml:space="preserve">    (c) opponents</w:t>
      </w:r>
    </w:p>
    <w:p>
      <w:pPr>
        <w:pStyle w:val="Compact"/>
        <w:numPr>
          <w:ilvl w:val="0"/>
          <w:numId w:val="1001"/>
        </w:numPr>
      </w:pPr>
      <w:r>
        <w:rPr>
          <w:b/>
          <w:bCs/>
        </w:rPr>
        <w:t xml:space="preserve">Pike, the</w:t>
      </w:r>
      <w:r>
        <w:rPr>
          <w:b/>
          <w:bCs/>
        </w:rPr>
        <w:t xml:space="preserve"> </w:t>
      </w:r>
      <w:r>
        <w:rPr>
          <w:b/>
          <w:bCs/>
          <w:u w:val="single"/>
        </w:rPr>
        <w:t xml:space="preserve">malingerer</w:t>
      </w:r>
      <w:r>
        <w:rPr>
          <w:b/>
          <w:bCs/>
        </w:rPr>
        <w:t xml:space="preserve">, who, in his lifetime of deceit, had often successfully feigned a hurt leg, was now limping in earnest.</w:t>
      </w:r>
      <w:r>
        <w:br/>
      </w:r>
      <w:r>
        <w:t xml:space="preserve">    (a) someone who intrudes into others' business</w:t>
      </w:r>
      <w:r>
        <w:br/>
      </w:r>
      <w:r>
        <w:t xml:space="preserve">    (b) someone too concerned with formal rules</w:t>
      </w:r>
      <w:r>
        <w:br/>
      </w:r>
      <w:r>
        <w:t xml:space="preserve">    (c) someone who avoids work by pretending to be sick</w:t>
      </w:r>
    </w:p>
    <w:p>
      <w:pPr>
        <w:pStyle w:val="Compact"/>
        <w:numPr>
          <w:ilvl w:val="0"/>
          <w:numId w:val="1001"/>
        </w:numPr>
      </w:pPr>
      <w:r>
        <w:rPr>
          <w:b/>
          <w:bCs/>
        </w:rPr>
        <w:t xml:space="preserve">And so it went, the inexorable elimination of the</w:t>
      </w:r>
      <w:r>
        <w:rPr>
          <w:b/>
          <w:bCs/>
        </w:rPr>
        <w:t xml:space="preserve"> </w:t>
      </w:r>
      <w:r>
        <w:rPr>
          <w:b/>
          <w:bCs/>
          <w:u w:val="single"/>
        </w:rPr>
        <w:t xml:space="preserve">superfluous</w:t>
      </w:r>
      <w:r>
        <w:rPr>
          <w:b/>
          <w:bCs/>
        </w:rPr>
        <w:t xml:space="preserve">.</w:t>
      </w:r>
      <w:r>
        <w:br/>
      </w:r>
      <w:r>
        <w:t xml:space="preserve">    (a) things that are bulky</w:t>
      </w:r>
      <w:r>
        <w:br/>
      </w:r>
      <w:r>
        <w:t xml:space="preserve">    (b) things badly needed</w:t>
      </w:r>
      <w:r>
        <w:br/>
      </w:r>
      <w:r>
        <w:t xml:space="preserve">    (c) more than is needed</w:t>
      </w:r>
    </w:p>
    <w:p>
      <w:pPr>
        <w:pStyle w:val="Compact"/>
        <w:numPr>
          <w:ilvl w:val="0"/>
          <w:numId w:val="1001"/>
        </w:numPr>
      </w:pPr>
      <w:r>
        <w:rPr>
          <w:b/>
          <w:bCs/>
        </w:rPr>
        <w:t xml:space="preserve">It is a saying of the country that an Outside dog starves to death on the</w:t>
      </w:r>
      <w:r>
        <w:rPr>
          <w:b/>
          <w:bCs/>
        </w:rPr>
        <w:t xml:space="preserve"> </w:t>
      </w:r>
      <w:r>
        <w:rPr>
          <w:b/>
          <w:bCs/>
          <w:u w:val="single"/>
        </w:rPr>
        <w:t xml:space="preserve">ration</w:t>
      </w:r>
      <w:r>
        <w:rPr>
          <w:b/>
          <w:bCs/>
        </w:rPr>
        <w:t xml:space="preserve"> </w:t>
      </w:r>
      <w:r>
        <w:rPr>
          <w:b/>
          <w:bCs/>
        </w:rPr>
        <w:t xml:space="preserve">of the husky</w:t>
      </w:r>
      <w:r>
        <w:br/>
      </w:r>
      <w:r>
        <w:t xml:space="preserve">    (a) high-fat diet</w:t>
      </w:r>
      <w:r>
        <w:br/>
      </w:r>
      <w:r>
        <w:t xml:space="preserve">    (b) food share</w:t>
      </w:r>
      <w:r>
        <w:br/>
      </w:r>
      <w:r>
        <w:t xml:space="preserve">    (c) protein diet</w:t>
      </w:r>
    </w:p>
    <w:p>
      <w:pPr>
        <w:pStyle w:val="Compact"/>
        <w:numPr>
          <w:ilvl w:val="0"/>
          <w:numId w:val="1001"/>
        </w:numPr>
      </w:pPr>
      <w:r>
        <w:rPr>
          <w:b/>
          <w:bCs/>
        </w:rPr>
        <w:t xml:space="preserve">Kill or be killed, eat or be eaten, was the law; and this</w:t>
      </w:r>
      <w:r>
        <w:rPr>
          <w:b/>
          <w:bCs/>
        </w:rPr>
        <w:t xml:space="preserve"> </w:t>
      </w:r>
      <w:r>
        <w:rPr>
          <w:b/>
          <w:bCs/>
          <w:u w:val="single"/>
        </w:rPr>
        <w:t xml:space="preserve">mandate</w:t>
      </w:r>
      <w:r>
        <w:rPr>
          <w:b/>
          <w:bCs/>
        </w:rPr>
        <w:t xml:space="preserve">, down out of the depths of Time, he obeyed.</w:t>
      </w:r>
      <w:r>
        <w:br/>
      </w:r>
      <w:r>
        <w:t xml:space="preserve">    (a) advice passed on for generations</w:t>
      </w:r>
      <w:r>
        <w:br/>
      </w:r>
      <w:r>
        <w:t xml:space="preserve">    (b) instruction that must be followed</w:t>
      </w:r>
      <w:r>
        <w:br/>
      </w:r>
      <w:r>
        <w:t xml:space="preserve">    (c) thing that works best</w:t>
      </w:r>
    </w:p>
    <w:p>
      <w:pPr>
        <w:pStyle w:val="Compact"/>
        <w:numPr>
          <w:ilvl w:val="0"/>
          <w:numId w:val="1001"/>
        </w:numPr>
      </w:pPr>
      <w:r>
        <w:rPr>
          <w:b/>
          <w:bCs/>
        </w:rPr>
        <w:t xml:space="preserve">Deep in the forest a call was sounding, and as often as he heard this call, mysteriously thrilling and luring, he felt</w:t>
      </w:r>
      <w:r>
        <w:rPr>
          <w:b/>
          <w:bCs/>
        </w:rPr>
        <w:t xml:space="preserve"> </w:t>
      </w:r>
      <w:r>
        <w:rPr>
          <w:b/>
          <w:bCs/>
          <w:u w:val="single"/>
        </w:rPr>
        <w:t xml:space="preserve">compelled</w:t>
      </w:r>
      <w:r>
        <w:rPr>
          <w:b/>
          <w:bCs/>
        </w:rPr>
        <w:t xml:space="preserve"> </w:t>
      </w:r>
      <w:r>
        <w:rPr>
          <w:b/>
          <w:bCs/>
        </w:rPr>
        <w:t xml:space="preserve">to turn his back upon the fire and the beaten earth around it, and to plunge into the forest, and on and on, he knew not where or why; nor did he wonder where or why, the call sounding imperiously, deep in the forest.</w:t>
      </w:r>
      <w:r>
        <w:br/>
      </w:r>
      <w:r>
        <w:t xml:space="preserve">    (a) forced</w:t>
      </w:r>
      <w:r>
        <w:br/>
      </w:r>
      <w:r>
        <w:t xml:space="preserve">    (b) regret</w:t>
      </w:r>
      <w:r>
        <w:br/>
      </w:r>
      <w:r>
        <w:t xml:space="preserve">    (c) excitement</w:t>
      </w:r>
    </w:p>
    <w:p>
      <w:pPr>
        <w:pStyle w:val="Compact"/>
        <w:numPr>
          <w:ilvl w:val="0"/>
          <w:numId w:val="1001"/>
        </w:numPr>
      </w:pPr>
      <w:r>
        <w:rPr>
          <w:b/>
          <w:bCs/>
        </w:rPr>
        <w:t xml:space="preserve">But especially he loved to run in the dim</w:t>
      </w:r>
      <w:r>
        <w:rPr>
          <w:b/>
          <w:bCs/>
        </w:rPr>
        <w:t xml:space="preserve"> </w:t>
      </w:r>
      <w:r>
        <w:rPr>
          <w:b/>
          <w:bCs/>
          <w:u w:val="single"/>
        </w:rPr>
        <w:t xml:space="preserve">twilight</w:t>
      </w:r>
      <w:r>
        <w:rPr>
          <w:b/>
          <w:bCs/>
        </w:rPr>
        <w:t xml:space="preserve"> </w:t>
      </w:r>
      <w:r>
        <w:rPr>
          <w:b/>
          <w:bCs/>
        </w:rPr>
        <w:t xml:space="preserve">of the summer midnights, listening to the subdued and sleepy murmurs of the forest, reading signs and sounds as man may read a book, and seeking for the mysterious something that called—called, waking or sleeping, at all times, for him to come.</w:t>
      </w:r>
      <w:r>
        <w:br/>
      </w:r>
      <w:r>
        <w:t xml:space="preserve">    (a) the time of evening when the stars are brightest</w:t>
      </w:r>
      <w:r>
        <w:br/>
      </w:r>
      <w:r>
        <w:t xml:space="preserve">    (b) the time of the evening when the moon is brightest</w:t>
      </w:r>
      <w:r>
        <w:br/>
      </w:r>
      <w:r>
        <w:t xml:space="preserve">    (c) the time of day between daylight and darkness</w:t>
      </w:r>
    </w:p>
    <w:p>
      <w:pPr>
        <w:pStyle w:val="Compact"/>
        <w:numPr>
          <w:ilvl w:val="0"/>
          <w:numId w:val="1001"/>
        </w:numPr>
      </w:pPr>
      <w:r>
        <w:rPr>
          <w:b/>
          <w:bCs/>
        </w:rPr>
        <w:t xml:space="preserve">Even so, it was a hard fight, and it aroused the last</w:t>
      </w:r>
      <w:r>
        <w:rPr>
          <w:b/>
          <w:bCs/>
        </w:rPr>
        <w:t xml:space="preserve"> </w:t>
      </w:r>
      <w:r>
        <w:rPr>
          <w:b/>
          <w:bCs/>
          <w:u w:val="single"/>
        </w:rPr>
        <w:t xml:space="preserve">latent</w:t>
      </w:r>
      <w:r>
        <w:rPr>
          <w:b/>
          <w:bCs/>
        </w:rPr>
        <w:t xml:space="preserve"> </w:t>
      </w:r>
      <w:r>
        <w:rPr>
          <w:b/>
          <w:bCs/>
        </w:rPr>
        <w:t xml:space="preserve">remnants of Buck's ferocity.</w:t>
      </w:r>
      <w:r>
        <w:br/>
      </w:r>
      <w:r>
        <w:t xml:space="preserve">    (a) previously inactive</w:t>
      </w:r>
      <w:r>
        <w:br/>
      </w:r>
      <w:r>
        <w:t xml:space="preserve">    (b) well-trained</w:t>
      </w:r>
      <w:r>
        <w:br/>
      </w:r>
      <w:r>
        <w:t xml:space="preserve">    (c) severe (very bad)</w:t>
      </w:r>
    </w:p>
    <w:p>
      <w:pPr>
        <w:pStyle w:val="Compact"/>
        <w:numPr>
          <w:ilvl w:val="0"/>
          <w:numId w:val="1001"/>
        </w:numPr>
      </w:pPr>
      <w:r>
        <w:rPr>
          <w:b/>
          <w:bCs/>
        </w:rPr>
        <w:t xml:space="preserve">His cunning was wolf cunning, and wild cunning; his intelligence, shepherd intelligence and St. Bernard intelligence; and all this, plus an experience gained in the fiercest of schools, made him as</w:t>
      </w:r>
      <w:r>
        <w:rPr>
          <w:b/>
          <w:bCs/>
        </w:rPr>
        <w:t xml:space="preserve"> </w:t>
      </w:r>
      <w:r>
        <w:rPr>
          <w:b/>
          <w:bCs/>
          <w:u w:val="single"/>
        </w:rPr>
        <w:t xml:space="preserve">formidable</w:t>
      </w:r>
      <w:r>
        <w:rPr>
          <w:b/>
          <w:bCs/>
        </w:rPr>
        <w:t xml:space="preserve"> </w:t>
      </w:r>
      <w:r>
        <w:rPr>
          <w:b/>
          <w:bCs/>
        </w:rPr>
        <w:t xml:space="preserve">a creature as any that intelligence roamed the wild.</w:t>
      </w:r>
      <w:r>
        <w:br/>
      </w:r>
      <w:r>
        <w:t xml:space="preserve">    (a) big</w:t>
      </w:r>
      <w:r>
        <w:br/>
      </w:r>
      <w:r>
        <w:t xml:space="preserve">    (b) angry</w:t>
      </w:r>
      <w:r>
        <w:br/>
      </w:r>
      <w:r>
        <w:t xml:space="preserve">    (c) intimidating</w:t>
      </w:r>
    </w:p>
    <w:p>
      <w:pPr>
        <w:pStyle w:val="Compact"/>
        <w:numPr>
          <w:ilvl w:val="0"/>
          <w:numId w:val="1001"/>
        </w:numPr>
      </w:pPr>
      <w:r>
        <w:rPr>
          <w:b/>
          <w:bCs/>
        </w:rPr>
        <w:t xml:space="preserve">For the last time in his life he allowed passion to usurp</w:t>
      </w:r>
      <w:r>
        <w:rPr>
          <w:b/>
          <w:bCs/>
        </w:rPr>
        <w:t xml:space="preserve"> </w:t>
      </w:r>
      <w:r>
        <w:rPr>
          <w:b/>
          <w:bCs/>
          <w:u w:val="single"/>
        </w:rPr>
        <w:t xml:space="preserve">cunning</w:t>
      </w:r>
      <w:r>
        <w:rPr>
          <w:b/>
          <w:bCs/>
        </w:rPr>
        <w:t xml:space="preserve"> </w:t>
      </w:r>
      <w:r>
        <w:rPr>
          <w:b/>
          <w:bCs/>
        </w:rPr>
        <w:t xml:space="preserve">and reason, and it was because of his great love for John Thornton that he lost his head.</w:t>
      </w:r>
      <w:r>
        <w:br/>
      </w:r>
      <w:r>
        <w:t xml:space="preserve">    (a) planning</w:t>
      </w:r>
      <w:r>
        <w:br/>
      </w:r>
      <w:r>
        <w:t xml:space="preserve">    (b) teamwork</w:t>
      </w:r>
      <w:r>
        <w:br/>
      </w:r>
      <w:r>
        <w:t xml:space="preserve">    (c) cleverness</w:t>
      </w:r>
    </w:p>
    <w:p>
      <w:pPr>
        <w:pStyle w:val="Compact"/>
        <w:numPr>
          <w:ilvl w:val="0"/>
          <w:numId w:val="1001"/>
        </w:numPr>
      </w:pPr>
      <w:r>
        <w:rPr>
          <w:b/>
          <w:bCs/>
        </w:rPr>
        <w:t xml:space="preserve">Death, as a</w:t>
      </w:r>
      <w:r>
        <w:rPr>
          <w:b/>
          <w:bCs/>
        </w:rPr>
        <w:t xml:space="preserve"> </w:t>
      </w:r>
      <w:r>
        <w:rPr>
          <w:b/>
          <w:bCs/>
          <w:u w:val="single"/>
        </w:rPr>
        <w:t xml:space="preserve">cessation</w:t>
      </w:r>
      <w:r>
        <w:rPr>
          <w:b/>
          <w:bCs/>
        </w:rPr>
        <w:t xml:space="preserve"> </w:t>
      </w:r>
      <w:r>
        <w:rPr>
          <w:b/>
          <w:bCs/>
        </w:rPr>
        <w:t xml:space="preserve">of movement, as a passing out and away from the lives of the living, he knew, and he knew John Thornton was dead.</w:t>
      </w:r>
      <w:r>
        <w:br/>
      </w:r>
      <w:r>
        <w:t xml:space="preserve">    (a) start</w:t>
      </w:r>
      <w:r>
        <w:br/>
      </w:r>
      <w:r>
        <w:t xml:space="preserve">    (b) continuation</w:t>
      </w:r>
      <w:r>
        <w:br/>
      </w:r>
      <w:r>
        <w:t xml:space="preserve">    (c) ending</w:t>
      </w:r>
    </w:p>
    <w:p>
      <w:pPr>
        <w:pStyle w:val="Compact"/>
        <w:numPr>
          <w:ilvl w:val="0"/>
          <w:numId w:val="1001"/>
        </w:numPr>
      </w:pPr>
      <w:r>
        <w:rPr>
          <w:b/>
          <w:bCs/>
        </w:rPr>
        <w:t xml:space="preserve">When the long winter nights come on and the wolves follow their meat into the lower valleys, he may be seen running at the head of the pack through the pale moonlight or</w:t>
      </w:r>
      <w:r>
        <w:rPr>
          <w:b/>
          <w:bCs/>
        </w:rPr>
        <w:t xml:space="preserve"> </w:t>
      </w:r>
      <w:r>
        <w:rPr>
          <w:b/>
          <w:bCs/>
          <w:u w:val="single"/>
        </w:rPr>
        <w:t xml:space="preserve">glimmering</w:t>
      </w:r>
      <w:r>
        <w:rPr>
          <w:b/>
          <w:bCs/>
        </w:rPr>
        <w:t xml:space="preserve"> </w:t>
      </w:r>
      <w:r>
        <w:rPr>
          <w:b/>
          <w:bCs/>
        </w:rPr>
        <w:t xml:space="preserve">borealis, leaping gigantic above his fellows, his great throat a-bellow as he sings a song of the younger world, which is the song of the pack.</w:t>
      </w:r>
      <w:r>
        <w:br/>
      </w:r>
      <w:r>
        <w:t xml:space="preserve">    (a) setting</w:t>
      </w:r>
      <w:r>
        <w:br/>
      </w:r>
      <w:r>
        <w:t xml:space="preserve">    (b) wavering</w:t>
      </w:r>
      <w:r>
        <w:br/>
      </w:r>
      <w:r>
        <w:t xml:space="preserve">    (c) bright</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2026-07-31T15:08:22Z</dcterms:created>
  <dcterms:modified xsi:type="dcterms:W3CDTF">2026-07-31T15:08:22Z</dcterms:modified>
</cp:coreProperties>
</file>

<file path=docProps/custom.xml><?xml version="1.0" encoding="utf-8"?>
<Properties xmlns="http://schemas.openxmlformats.org/officeDocument/2006/custom-properties" xmlns:vt="http://schemas.openxmlformats.org/officeDocument/2006/docPropsVTypes"/>
</file>