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3b68fe9a5a271f1ecf13f1c7eb63b7a1c6dfcb"/>
    <w:p>
      <w:pPr>
        <w:pStyle w:val="Heading1"/>
      </w:pPr>
      <w:r>
        <w:rPr>
          <w:b/>
          <w:bCs/>
        </w:rPr>
        <w:t xml:space="preserve">The Call of the Wild</w:t>
      </w:r>
      <w:r>
        <w:br/>
      </w:r>
      <w:r>
        <w:rPr>
          <w:i/>
          <w:iCs/>
        </w:rPr>
        <w:t xml:space="preserve">Jack London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They only laughed and poked sticks at him, which he promptly</w:t>
      </w:r>
      <w:r>
        <w:rPr>
          <w:b/>
          <w:bCs/>
        </w:rPr>
        <w:t xml:space="preserve"> </w:t>
      </w:r>
      <w:r>
        <w:rPr>
          <w:b/>
          <w:bCs/>
          <w:u w:val="single"/>
        </w:rPr>
        <w:t xml:space="preserve">assailed</w:t>
      </w:r>
      <w:r>
        <w:rPr>
          <w:b/>
          <w:bCs/>
        </w:rPr>
        <w:t xml:space="preserve"> </w:t>
      </w:r>
      <w:r>
        <w:rPr>
          <w:b/>
          <w:bCs/>
        </w:rPr>
        <w:t xml:space="preserve">with his teeth till he realized that that was what they wanted.</w:t>
      </w:r>
      <w:r>
        <w:br/>
      </w:r>
      <w:r>
        <w:t xml:space="preserve">    (a) pushed away</w:t>
      </w:r>
      <w:r>
        <w:br/>
      </w:r>
      <w:r>
        <w:t xml:space="preserve">    (b) chewed</w:t>
      </w:r>
      <w:r>
        <w:br/>
      </w:r>
      <w:r>
        <w:t xml:space="preserve">    (c) attacked</w:t>
      </w:r>
    </w:p>
    <w:p>
      <w:pPr>
        <w:pStyle w:val="Compact"/>
        <w:numPr>
          <w:ilvl w:val="0"/>
          <w:numId w:val="1001"/>
        </w:numPr>
      </w:pPr>
      <w:r>
        <w:rPr>
          <w:b/>
          <w:bCs/>
        </w:rPr>
        <w:t xml:space="preserve">He speedily learned that Perrault and Francois were fair men, calm and</w:t>
      </w:r>
      <w:r>
        <w:rPr>
          <w:b/>
          <w:bCs/>
        </w:rPr>
        <w:t xml:space="preserve"> </w:t>
      </w:r>
      <w:r>
        <w:rPr>
          <w:b/>
          <w:bCs/>
          <w:u w:val="single"/>
        </w:rPr>
        <w:t xml:space="preserve">impartial</w:t>
      </w:r>
      <w:r>
        <w:rPr>
          <w:b/>
          <w:bCs/>
        </w:rPr>
        <w:t xml:space="preserve"> </w:t>
      </w:r>
      <w:r>
        <w:rPr>
          <w:b/>
          <w:bCs/>
        </w:rPr>
        <w:t xml:space="preserve">in administering justice, and too wise in the way of dogs to be fooled by dogs.</w:t>
      </w:r>
      <w:r>
        <w:br/>
      </w:r>
      <w:r>
        <w:t xml:space="preserve">    (a) unbiased</w:t>
      </w:r>
      <w:r>
        <w:br/>
      </w:r>
      <w:r>
        <w:t xml:space="preserve">    (b) forgiving</w:t>
      </w:r>
      <w:r>
        <w:br/>
      </w:r>
      <w:r>
        <w:t xml:space="preserve">    (c) strict</w:t>
      </w:r>
    </w:p>
    <w:p>
      <w:pPr>
        <w:pStyle w:val="Compact"/>
        <w:numPr>
          <w:ilvl w:val="0"/>
          <w:numId w:val="1001"/>
        </w:numPr>
      </w:pPr>
      <w:r>
        <w:rPr>
          <w:b/>
          <w:bCs/>
        </w:rPr>
        <w:t xml:space="preserve">He was friendly, in a</w:t>
      </w:r>
      <w:r>
        <w:rPr>
          <w:b/>
          <w:bCs/>
        </w:rPr>
        <w:t xml:space="preserve"> </w:t>
      </w:r>
      <w:r>
        <w:rPr>
          <w:b/>
          <w:bCs/>
          <w:u w:val="single"/>
        </w:rPr>
        <w:t xml:space="preserve">treacherous</w:t>
      </w:r>
      <w:r>
        <w:rPr>
          <w:b/>
          <w:bCs/>
        </w:rPr>
        <w:t xml:space="preserve"> </w:t>
      </w:r>
      <w:r>
        <w:rPr>
          <w:b/>
          <w:bCs/>
        </w:rPr>
        <w:t xml:space="preserve">sort of way, smiling into one's face the while he meditated some underhand trick, as, for instance, when he stole from Buck's food at the first meal.</w:t>
      </w:r>
      <w:r>
        <w:br/>
      </w:r>
      <w:r>
        <w:t xml:space="preserve">    (a) untrustworthy</w:t>
      </w:r>
      <w:r>
        <w:br/>
      </w:r>
      <w:r>
        <w:t xml:space="preserve">    (b) lighthearted</w:t>
      </w:r>
      <w:r>
        <w:br/>
      </w:r>
      <w:r>
        <w:t xml:space="preserve">    (c) outgoing</w:t>
      </w:r>
    </w:p>
    <w:p>
      <w:pPr>
        <w:pStyle w:val="Compact"/>
        <w:numPr>
          <w:ilvl w:val="0"/>
          <w:numId w:val="1001"/>
        </w:numPr>
      </w:pPr>
      <w:r>
        <w:rPr>
          <w:b/>
          <w:bCs/>
        </w:rPr>
        <w:t xml:space="preserve">He was a gloomy,</w:t>
      </w:r>
      <w:r>
        <w:rPr>
          <w:b/>
          <w:bCs/>
        </w:rPr>
        <w:t xml:space="preserve"> </w:t>
      </w:r>
      <w:r>
        <w:rPr>
          <w:b/>
          <w:bCs/>
          <w:u w:val="single"/>
        </w:rPr>
        <w:t xml:space="preserve">morose</w:t>
      </w:r>
      <w:r>
        <w:rPr>
          <w:b/>
          <w:bCs/>
        </w:rPr>
        <w:t xml:space="preserve"> </w:t>
      </w:r>
      <w:r>
        <w:rPr>
          <w:b/>
          <w:bCs/>
        </w:rPr>
        <w:t xml:space="preserve">fellow, and he showed Curly plainly that all he desired was to be left alone</w:t>
      </w:r>
      <w:r>
        <w:br/>
      </w:r>
      <w:r>
        <w:t xml:space="preserve">    (a) angry</w:t>
      </w:r>
      <w:r>
        <w:br/>
      </w:r>
      <w:r>
        <w:t xml:space="preserve">    (b) unhappy</w:t>
      </w:r>
      <w:r>
        <w:br/>
      </w:r>
      <w:r>
        <w:t xml:space="preserve">    (c) frustrated</w:t>
      </w:r>
    </w:p>
    <w:p>
      <w:pPr>
        <w:pStyle w:val="Compact"/>
        <w:numPr>
          <w:ilvl w:val="0"/>
          <w:numId w:val="1001"/>
        </w:numPr>
      </w:pPr>
      <w:r>
        <w:rPr>
          <w:b/>
          <w:bCs/>
        </w:rPr>
        <w:t xml:space="preserve">It is true, it was a</w:t>
      </w:r>
      <w:r>
        <w:rPr>
          <w:b/>
          <w:bCs/>
        </w:rPr>
        <w:t xml:space="preserve"> </w:t>
      </w:r>
      <w:r>
        <w:rPr>
          <w:b/>
          <w:bCs/>
          <w:u w:val="single"/>
        </w:rPr>
        <w:t xml:space="preserve">vicarious</w:t>
      </w:r>
      <w:r>
        <w:rPr>
          <w:b/>
          <w:bCs/>
        </w:rPr>
        <w:t xml:space="preserve"> </w:t>
      </w:r>
      <w:r>
        <w:rPr>
          <w:b/>
          <w:bCs/>
        </w:rPr>
        <w:t xml:space="preserve">experience, else he would not have lived to profit by it. Curly was the victim.</w:t>
      </w:r>
      <w:r>
        <w:br/>
      </w:r>
      <w:r>
        <w:t xml:space="preserve">    (a) experienced recently</w:t>
      </w:r>
      <w:r>
        <w:br/>
      </w:r>
      <w:r>
        <w:t xml:space="preserve">    (b) experienced secondhand</w:t>
      </w:r>
      <w:r>
        <w:br/>
      </w:r>
      <w:r>
        <w:t xml:space="preserve">    (c) experienced early in life</w:t>
      </w:r>
    </w:p>
    <w:p>
      <w:pPr>
        <w:pStyle w:val="Compact"/>
        <w:numPr>
          <w:ilvl w:val="0"/>
          <w:numId w:val="1001"/>
        </w:numPr>
      </w:pPr>
      <w:r>
        <w:rPr>
          <w:b/>
          <w:bCs/>
        </w:rPr>
        <w:t xml:space="preserve">Billee's one fault was his excessive good nature, while Joe was the very opposite, sour and introspective, with a perpetual snarl and a</w:t>
      </w:r>
      <w:r>
        <w:rPr>
          <w:b/>
          <w:bCs/>
        </w:rPr>
        <w:t xml:space="preserve"> </w:t>
      </w:r>
      <w:r>
        <w:rPr>
          <w:b/>
          <w:bCs/>
          <w:u w:val="single"/>
        </w:rPr>
        <w:t xml:space="preserve">malignant</w:t>
      </w:r>
      <w:r>
        <w:rPr>
          <w:b/>
          <w:bCs/>
        </w:rPr>
        <w:t xml:space="preserve"> </w:t>
      </w:r>
      <w:r>
        <w:rPr>
          <w:b/>
          <w:bCs/>
        </w:rPr>
        <w:t xml:space="preserve">eye.</w:t>
      </w:r>
      <w:r>
        <w:br/>
      </w:r>
      <w:r>
        <w:t xml:space="preserve">    (a) showing a desire to see</w:t>
      </w:r>
      <w:r>
        <w:br/>
      </w:r>
      <w:r>
        <w:t xml:space="preserve">    (b) showing a desire to win</w:t>
      </w:r>
      <w:r>
        <w:br/>
      </w:r>
      <w:r>
        <w:t xml:space="preserve">    (c) showing a desire to harm</w:t>
      </w:r>
    </w:p>
    <w:p>
      <w:pPr>
        <w:pStyle w:val="Compact"/>
        <w:numPr>
          <w:ilvl w:val="0"/>
          <w:numId w:val="1001"/>
        </w:numPr>
      </w:pPr>
      <w:r>
        <w:rPr>
          <w:b/>
          <w:bCs/>
        </w:rPr>
        <w:t xml:space="preserve">The day had been long and</w:t>
      </w:r>
      <w:r>
        <w:rPr>
          <w:b/>
          <w:bCs/>
        </w:rPr>
        <w:t xml:space="preserve"> </w:t>
      </w:r>
      <w:r>
        <w:rPr>
          <w:b/>
          <w:bCs/>
          <w:u w:val="single"/>
        </w:rPr>
        <w:t xml:space="preserve">arduous</w:t>
      </w:r>
      <w:r>
        <w:rPr>
          <w:b/>
          <w:bCs/>
        </w:rPr>
        <w:t xml:space="preserve">, and he slept soundly and comfortably, though he growled and barked and wrestled with bad dreams.</w:t>
      </w:r>
      <w:r>
        <w:br/>
      </w:r>
      <w:r>
        <w:t xml:space="preserve">    (a) difficult</w:t>
      </w:r>
      <w:r>
        <w:br/>
      </w:r>
      <w:r>
        <w:t xml:space="preserve">    (b) unusual</w:t>
      </w:r>
      <w:r>
        <w:br/>
      </w:r>
      <w:r>
        <w:t xml:space="preserve">    (c) pleasant</w:t>
      </w:r>
    </w:p>
    <w:p>
      <w:pPr>
        <w:pStyle w:val="Compact"/>
        <w:numPr>
          <w:ilvl w:val="0"/>
          <w:numId w:val="1001"/>
        </w:numPr>
      </w:pPr>
      <w:r>
        <w:rPr>
          <w:b/>
          <w:bCs/>
        </w:rPr>
        <w:t xml:space="preserve">He was not prone to rashness and</w:t>
      </w:r>
      <w:r>
        <w:rPr>
          <w:b/>
          <w:bCs/>
        </w:rPr>
        <w:t xml:space="preserve"> </w:t>
      </w:r>
      <w:r>
        <w:rPr>
          <w:b/>
          <w:bCs/>
          <w:u w:val="single"/>
        </w:rPr>
        <w:t xml:space="preserve">precipitate</w:t>
      </w:r>
      <w:r>
        <w:rPr>
          <w:b/>
          <w:bCs/>
        </w:rPr>
        <w:t xml:space="preserve"> </w:t>
      </w:r>
      <w:r>
        <w:rPr>
          <w:b/>
          <w:bCs/>
        </w:rPr>
        <w:t xml:space="preserve">action;</w:t>
      </w:r>
      <w:r>
        <w:br/>
      </w:r>
      <w:r>
        <w:t xml:space="preserve">    (a) unconsidered</w:t>
      </w:r>
      <w:r>
        <w:br/>
      </w:r>
      <w:r>
        <w:t xml:space="preserve">    (b) coordinated</w:t>
      </w:r>
      <w:r>
        <w:br/>
      </w:r>
      <w:r>
        <w:t xml:space="preserve">    (c) dramatic</w:t>
      </w:r>
    </w:p>
    <w:p>
      <w:pPr>
        <w:pStyle w:val="Compact"/>
        <w:numPr>
          <w:ilvl w:val="0"/>
          <w:numId w:val="1001"/>
        </w:numPr>
      </w:pPr>
      <w:r>
        <w:rPr>
          <w:b/>
          <w:bCs/>
        </w:rPr>
        <w:t xml:space="preserve">it was a greater delight slyly to</w:t>
      </w:r>
      <w:r>
        <w:rPr>
          <w:b/>
          <w:bCs/>
        </w:rPr>
        <w:t xml:space="preserve"> </w:t>
      </w:r>
      <w:r>
        <w:rPr>
          <w:b/>
          <w:bCs/>
          <w:u w:val="single"/>
        </w:rPr>
        <w:t xml:space="preserve">precipitate</w:t>
      </w:r>
      <w:r>
        <w:rPr>
          <w:b/>
          <w:bCs/>
        </w:rPr>
        <w:t xml:space="preserve"> </w:t>
      </w:r>
      <w:r>
        <w:rPr>
          <w:b/>
          <w:bCs/>
        </w:rPr>
        <w:t xml:space="preserve">a fight amongst his mates</w:t>
      </w:r>
      <w:r>
        <w:br/>
      </w:r>
      <w:r>
        <w:t xml:space="preserve">    (a) cause</w:t>
      </w:r>
      <w:r>
        <w:br/>
      </w:r>
      <w:r>
        <w:t xml:space="preserve">    (b) prevent</w:t>
      </w:r>
      <w:r>
        <w:br/>
      </w:r>
      <w:r>
        <w:t xml:space="preserve">    (c) watch</w:t>
      </w:r>
    </w:p>
    <w:p>
      <w:pPr>
        <w:pStyle w:val="Compact"/>
        <w:numPr>
          <w:ilvl w:val="0"/>
          <w:numId w:val="1001"/>
        </w:numPr>
      </w:pPr>
      <w:r>
        <w:rPr>
          <w:b/>
          <w:bCs/>
        </w:rPr>
        <w:t xml:space="preserve">Pike, who had been trembling abjectly, took heart at this open</w:t>
      </w:r>
      <w:r>
        <w:rPr>
          <w:b/>
          <w:bCs/>
        </w:rPr>
        <w:t xml:space="preserve"> </w:t>
      </w:r>
      <w:r>
        <w:rPr>
          <w:b/>
          <w:bCs/>
          <w:u w:val="single"/>
        </w:rPr>
        <w:t xml:space="preserve">mutiny</w:t>
      </w:r>
      <w:r>
        <w:rPr>
          <w:b/>
          <w:bCs/>
        </w:rPr>
        <w:t xml:space="preserve">, and sprang upon his overthrown leader.</w:t>
      </w:r>
      <w:r>
        <w:br/>
      </w:r>
      <w:r>
        <w:t xml:space="preserve">    (a) change</w:t>
      </w:r>
      <w:r>
        <w:br/>
      </w:r>
      <w:r>
        <w:t xml:space="preserve">    (b) rebellion</w:t>
      </w:r>
      <w:r>
        <w:br/>
      </w:r>
      <w:r>
        <w:t xml:space="preserve">    (c) opportunity</w:t>
      </w:r>
    </w:p>
    <w:p>
      <w:pPr>
        <w:pStyle w:val="Compact"/>
        <w:numPr>
          <w:ilvl w:val="0"/>
          <w:numId w:val="1001"/>
        </w:numPr>
      </w:pPr>
      <w:r>
        <w:rPr>
          <w:b/>
          <w:bCs/>
        </w:rPr>
        <w:t xml:space="preserve">Buck still continued to interfere between Spitz and the culprits; but he did it craftily, when Francois was not around. With the</w:t>
      </w:r>
      <w:r>
        <w:rPr>
          <w:b/>
          <w:bCs/>
        </w:rPr>
        <w:t xml:space="preserve"> </w:t>
      </w:r>
      <w:r>
        <w:rPr>
          <w:b/>
          <w:bCs/>
          <w:u w:val="single"/>
        </w:rPr>
        <w:t xml:space="preserve">covert</w:t>
      </w:r>
      <w:r>
        <w:rPr>
          <w:b/>
          <w:bCs/>
        </w:rPr>
        <w:t xml:space="preserve"> </w:t>
      </w:r>
      <w:r>
        <w:rPr>
          <w:b/>
          <w:bCs/>
        </w:rPr>
        <w:t xml:space="preserve">mutiny of Buck, a general insubordination sprang up and increased.</w:t>
      </w:r>
      <w:r>
        <w:br/>
      </w:r>
      <w:r>
        <w:t xml:space="preserve">    (a) hidden</w:t>
      </w:r>
      <w:r>
        <w:br/>
      </w:r>
      <w:r>
        <w:t xml:space="preserve">    (b) organized</w:t>
      </w:r>
      <w:r>
        <w:br/>
      </w:r>
      <w:r>
        <w:t xml:space="preserve">    (c) clever</w:t>
      </w:r>
    </w:p>
    <w:p>
      <w:pPr>
        <w:pStyle w:val="Compact"/>
        <w:numPr>
          <w:ilvl w:val="0"/>
          <w:numId w:val="1001"/>
        </w:numPr>
      </w:pPr>
      <w:r>
        <w:rPr>
          <w:b/>
          <w:bCs/>
        </w:rPr>
        <w:t xml:space="preserve">With the</w:t>
      </w:r>
      <w:r>
        <w:rPr>
          <w:b/>
          <w:bCs/>
        </w:rPr>
        <w:t xml:space="preserve"> </w:t>
      </w:r>
      <w:r>
        <w:rPr>
          <w:b/>
          <w:bCs/>
          <w:u w:val="single"/>
        </w:rPr>
        <w:t xml:space="preserve">aurora borealis</w:t>
      </w:r>
      <w:r>
        <w:rPr>
          <w:b/>
          <w:bCs/>
        </w:rPr>
        <w:t xml:space="preserve"> </w:t>
      </w:r>
      <w:r>
        <w:rPr>
          <w:b/>
          <w:bCs/>
        </w:rPr>
        <w:t xml:space="preserve">flaming coldly overhead, or the stars leaping in the frost dance, and the land numb and frozen under its pall of snow, this song of the huskies might have been the defiance of life, only it was pitched in minor key, with long-drawn wailings and half-sobs, and was more the pleading of life, the articulate travail of existence.</w:t>
      </w:r>
      <w:r>
        <w:br/>
      </w:r>
      <w:r>
        <w:t xml:space="preserve">    (a) the northern lights</w:t>
      </w:r>
      <w:r>
        <w:br/>
      </w:r>
      <w:r>
        <w:t xml:space="preserve">    (b) the Crab Nebula</w:t>
      </w:r>
      <w:r>
        <w:br/>
      </w:r>
      <w:r>
        <w:t xml:space="preserve">    (c) the Milky Way</w:t>
      </w:r>
    </w:p>
    <w:p>
      <w:pPr>
        <w:pStyle w:val="Compact"/>
        <w:numPr>
          <w:ilvl w:val="0"/>
          <w:numId w:val="1001"/>
        </w:numPr>
      </w:pPr>
      <w:r>
        <w:rPr>
          <w:b/>
          <w:bCs/>
        </w:rPr>
        <w:t xml:space="preserve">The week's rest had</w:t>
      </w:r>
      <w:r>
        <w:rPr>
          <w:b/>
          <w:bCs/>
        </w:rPr>
        <w:t xml:space="preserve"> </w:t>
      </w:r>
      <w:r>
        <w:rPr>
          <w:b/>
          <w:bCs/>
          <w:u w:val="single"/>
        </w:rPr>
        <w:t xml:space="preserve">recuperated</w:t>
      </w:r>
      <w:r>
        <w:rPr>
          <w:b/>
          <w:bCs/>
        </w:rPr>
        <w:t xml:space="preserve"> </w:t>
      </w:r>
      <w:r>
        <w:rPr>
          <w:b/>
          <w:bCs/>
        </w:rPr>
        <w:t xml:space="preserve">the dogs and put them in thorough trim.</w:t>
      </w:r>
      <w:r>
        <w:br/>
      </w:r>
      <w:r>
        <w:t xml:space="preserve">    (a) taken the edge off of</w:t>
      </w:r>
      <w:r>
        <w:br/>
      </w:r>
      <w:r>
        <w:t xml:space="preserve">    (b) fattened</w:t>
      </w:r>
      <w:r>
        <w:br/>
      </w:r>
      <w:r>
        <w:t xml:space="preserve">    (c) regained strength of</w:t>
      </w:r>
    </w:p>
    <w:p>
      <w:pPr>
        <w:pStyle w:val="Compact"/>
        <w:numPr>
          <w:ilvl w:val="0"/>
          <w:numId w:val="1001"/>
        </w:numPr>
      </w:pPr>
      <w:r>
        <w:rPr>
          <w:b/>
          <w:bCs/>
        </w:rPr>
        <w:t xml:space="preserve">The trail was in excellent condition, well packed and hard, and there was no new-fallen snow with which to</w:t>
      </w:r>
      <w:r>
        <w:rPr>
          <w:b/>
          <w:bCs/>
        </w:rPr>
        <w:t xml:space="preserve"> </w:t>
      </w:r>
      <w:r>
        <w:rPr>
          <w:b/>
          <w:bCs/>
          <w:u w:val="single"/>
        </w:rPr>
        <w:t xml:space="preserve">contend</w:t>
      </w:r>
      <w:r>
        <w:rPr>
          <w:b/>
          <w:bCs/>
        </w:rPr>
        <w:t xml:space="preserve">.</w:t>
      </w:r>
      <w:r>
        <w:br/>
      </w:r>
      <w:r>
        <w:t xml:space="preserve">    (a) argue</w:t>
      </w:r>
      <w:r>
        <w:br/>
      </w:r>
      <w:r>
        <w:t xml:space="preserve">    (b) struggle</w:t>
      </w:r>
      <w:r>
        <w:br/>
      </w:r>
      <w:r>
        <w:t xml:space="preserve">    (c) ski</w:t>
      </w:r>
    </w:p>
    <w:p>
      <w:pPr>
        <w:pStyle w:val="Compact"/>
        <w:numPr>
          <w:ilvl w:val="0"/>
          <w:numId w:val="1001"/>
        </w:numPr>
      </w:pPr>
      <w:r>
        <w:rPr>
          <w:b/>
          <w:bCs/>
        </w:rPr>
        <w:t xml:space="preserve">O'Brien</w:t>
      </w:r>
      <w:r>
        <w:rPr>
          <w:b/>
          <w:bCs/>
        </w:rPr>
        <w:t xml:space="preserve"> </w:t>
      </w:r>
      <w:r>
        <w:rPr>
          <w:b/>
          <w:bCs/>
          <w:u w:val="single"/>
        </w:rPr>
        <w:t xml:space="preserve">contended</w:t>
      </w:r>
      <w:r>
        <w:rPr>
          <w:b/>
          <w:bCs/>
        </w:rPr>
        <w:t xml:space="preserve"> </w:t>
      </w:r>
      <w:r>
        <w:rPr>
          <w:b/>
          <w:bCs/>
        </w:rPr>
        <w:t xml:space="preserve">it was Thornton's privilege to knock the runners loose, leaving Buck to "break it out" from a dead standstill.</w:t>
      </w:r>
      <w:r>
        <w:br/>
      </w:r>
      <w:r>
        <w:t xml:space="preserve">    (a) competed</w:t>
      </w:r>
      <w:r>
        <w:br/>
      </w:r>
      <w:r>
        <w:t xml:space="preserve">    (b) claimed</w:t>
      </w:r>
      <w:r>
        <w:br/>
      </w:r>
      <w:r>
        <w:t xml:space="preserve">    (c) questioned if</w:t>
      </w:r>
    </w:p>
    <w:p>
      <w:pPr>
        <w:pStyle w:val="Compact"/>
        <w:numPr>
          <w:ilvl w:val="0"/>
          <w:numId w:val="1001"/>
        </w:numPr>
      </w:pPr>
      <w:r>
        <w:rPr>
          <w:b/>
          <w:bCs/>
        </w:rPr>
        <w:t xml:space="preserve">The overloaded and</w:t>
      </w:r>
      <w:r>
        <w:rPr>
          <w:b/>
          <w:bCs/>
        </w:rPr>
        <w:t xml:space="preserve"> </w:t>
      </w:r>
      <w:r>
        <w:rPr>
          <w:b/>
          <w:bCs/>
          <w:u w:val="single"/>
        </w:rPr>
        <w:t xml:space="preserve">unwieldy</w:t>
      </w:r>
      <w:r>
        <w:rPr>
          <w:b/>
          <w:bCs/>
        </w:rPr>
        <w:t xml:space="preserve"> </w:t>
      </w:r>
      <w:r>
        <w:rPr>
          <w:b/>
          <w:bCs/>
        </w:rPr>
        <w:t xml:space="preserve">sled forged ahead, Buck and his mates struggling frantically under the rain of blows.</w:t>
      </w:r>
      <w:r>
        <w:br/>
      </w:r>
      <w:r>
        <w:t xml:space="preserve">    (a) extremely heavy</w:t>
      </w:r>
      <w:r>
        <w:br/>
      </w:r>
      <w:r>
        <w:t xml:space="preserve">    (b) difficult to move or manage</w:t>
      </w:r>
      <w:r>
        <w:br/>
      </w:r>
      <w:r>
        <w:t xml:space="preserve">    (c) old and rickety</w:t>
      </w:r>
    </w:p>
    <w:p>
      <w:pPr>
        <w:pStyle w:val="Compact"/>
        <w:numPr>
          <w:ilvl w:val="0"/>
          <w:numId w:val="1001"/>
        </w:numPr>
      </w:pPr>
      <w:r>
        <w:rPr>
          <w:b/>
          <w:bCs/>
        </w:rPr>
        <w:t xml:space="preserve">It took them half the night to pitch a</w:t>
      </w:r>
      <w:r>
        <w:rPr>
          <w:b/>
          <w:bCs/>
        </w:rPr>
        <w:t xml:space="preserve"> </w:t>
      </w:r>
      <w:r>
        <w:rPr>
          <w:b/>
          <w:bCs/>
          <w:u w:val="single"/>
        </w:rPr>
        <w:t xml:space="preserve">slovenly</w:t>
      </w:r>
      <w:r>
        <w:rPr>
          <w:b/>
          <w:bCs/>
        </w:rPr>
        <w:t xml:space="preserve"> </w:t>
      </w:r>
      <w:r>
        <w:rPr>
          <w:b/>
          <w:bCs/>
        </w:rPr>
        <w:t xml:space="preserve">camp,</w:t>
      </w:r>
      <w:r>
        <w:br/>
      </w:r>
      <w:r>
        <w:t xml:space="preserve">    (a) prepared sloppily</w:t>
      </w:r>
      <w:r>
        <w:br/>
      </w:r>
      <w:r>
        <w:t xml:space="preserve">    (b) prepared in a special manner</w:t>
      </w:r>
      <w:r>
        <w:br/>
      </w:r>
      <w:r>
        <w:t xml:space="preserve">    (c) prepared correctly</w:t>
      </w:r>
    </w:p>
    <w:p>
      <w:pPr>
        <w:pStyle w:val="Compact"/>
        <w:numPr>
          <w:ilvl w:val="0"/>
          <w:numId w:val="1001"/>
        </w:numPr>
      </w:pPr>
      <w:r>
        <w:rPr>
          <w:b/>
          <w:bCs/>
        </w:rPr>
        <w:t xml:space="preserve">The</w:t>
      </w:r>
      <w:r>
        <w:rPr>
          <w:b/>
          <w:bCs/>
        </w:rPr>
        <w:t xml:space="preserve"> </w:t>
      </w:r>
      <w:r>
        <w:rPr>
          <w:b/>
          <w:bCs/>
          <w:u w:val="single"/>
        </w:rPr>
        <w:t xml:space="preserve">salient</w:t>
      </w:r>
      <w:r>
        <w:rPr>
          <w:b/>
          <w:bCs/>
        </w:rPr>
        <w:t xml:space="preserve"> </w:t>
      </w:r>
      <w:r>
        <w:rPr>
          <w:b/>
          <w:bCs/>
        </w:rPr>
        <w:t xml:space="preserve">thing of this other world seemed fear.</w:t>
      </w:r>
      <w:r>
        <w:br/>
      </w:r>
      <w:r>
        <w:t xml:space="preserve">    (a) most hidden</w:t>
      </w:r>
      <w:r>
        <w:br/>
      </w:r>
      <w:r>
        <w:t xml:space="preserve">    (b) most noteworthy</w:t>
      </w:r>
      <w:r>
        <w:br/>
      </w:r>
      <w:r>
        <w:t xml:space="preserve">    (c) completely missing</w:t>
      </w:r>
    </w:p>
    <w:p>
      <w:pPr>
        <w:pStyle w:val="Compact"/>
        <w:numPr>
          <w:ilvl w:val="0"/>
          <w:numId w:val="1001"/>
        </w:numPr>
      </w:pPr>
      <w:r>
        <w:rPr>
          <w:b/>
          <w:bCs/>
        </w:rPr>
        <w:t xml:space="preserve">Life streamed through him in splendid flood, glad and</w:t>
      </w:r>
      <w:r>
        <w:rPr>
          <w:b/>
          <w:bCs/>
        </w:rPr>
        <w:t xml:space="preserve"> </w:t>
      </w:r>
      <w:r>
        <w:rPr>
          <w:b/>
          <w:bCs/>
          <w:u w:val="single"/>
        </w:rPr>
        <w:t xml:space="preserve">rampant</w:t>
      </w:r>
      <w:r>
        <w:rPr>
          <w:b/>
          <w:bCs/>
        </w:rPr>
        <w:t xml:space="preserve">, until it seemed that it would burst him asunder in sheer ecstasy and pour forth generously over the world.</w:t>
      </w:r>
      <w:r>
        <w:br/>
      </w:r>
      <w:r>
        <w:t xml:space="preserve">    (a) without desire</w:t>
      </w:r>
      <w:r>
        <w:br/>
      </w:r>
      <w:r>
        <w:t xml:space="preserve">    (b) without foolishness</w:t>
      </w:r>
      <w:r>
        <w:br/>
      </w:r>
      <w:r>
        <w:t xml:space="preserve">    (c) without restraint</w:t>
      </w:r>
    </w:p>
    <w:p>
      <w:pPr>
        <w:pStyle w:val="Compact"/>
        <w:numPr>
          <w:ilvl w:val="0"/>
          <w:numId w:val="1001"/>
        </w:numPr>
      </w:pPr>
      <w:r>
        <w:rPr>
          <w:b/>
          <w:bCs/>
        </w:rPr>
        <w:t xml:space="preserve">And truly Buck was the Fiend</w:t>
      </w:r>
      <w:r>
        <w:rPr>
          <w:b/>
          <w:bCs/>
        </w:rPr>
        <w:t xml:space="preserve"> </w:t>
      </w:r>
      <w:r>
        <w:rPr>
          <w:b/>
          <w:bCs/>
          <w:u w:val="single"/>
        </w:rPr>
        <w:t xml:space="preserve">incarnate</w:t>
      </w:r>
      <w:r>
        <w:rPr>
          <w:b/>
          <w:bCs/>
        </w:rPr>
        <w:t xml:space="preserve">, raging at their heels and dragging them down like deer as they raced through the trees.</w:t>
      </w:r>
      <w:r>
        <w:br/>
      </w:r>
      <w:r>
        <w:t xml:space="preserve">    (a) ridiculous</w:t>
      </w:r>
      <w:r>
        <w:br/>
      </w:r>
      <w:r>
        <w:t xml:space="preserve">    (b) malevolent</w:t>
      </w:r>
      <w:r>
        <w:br/>
      </w:r>
      <w:r>
        <w:t xml:space="preserve">    (c) embodied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2026-07-31T15:08:22Z</dcterms:created>
  <dcterms:modified xsi:type="dcterms:W3CDTF">2026-07-31T15:08:22Z</dcterms:modified>
</cp:coreProperties>
</file>

<file path=docProps/custom.xml><?xml version="1.0" encoding="utf-8"?>
<Properties xmlns="http://schemas.openxmlformats.org/officeDocument/2006/custom-properties" xmlns:vt="http://schemas.openxmlformats.org/officeDocument/2006/docPropsVTypes"/>
</file>