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aeb6e77c04a527a04c9b4ca3b7002b374ed89d"/>
    <w:p>
      <w:pPr>
        <w:pStyle w:val="Heading1"/>
      </w:pPr>
      <w:r>
        <w:rPr>
          <w:b/>
          <w:bCs/>
        </w:rPr>
        <w:t xml:space="preserve">The Brothers Karamazov</w:t>
      </w:r>
      <w:r>
        <w:br/>
      </w:r>
      <w:r>
        <w:rPr>
          <w:i/>
          <w:iCs/>
        </w:rPr>
        <w:t xml:space="preserve">Fyodor Dostoyevsky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hope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 </w:t>
      </w:r>
      <w:r>
        <w:rPr>
          <w:b/>
          <w:bCs/>
        </w:rPr>
        <w:t xml:space="preserve">effective law and order in the region before withdrawing troops.</w:t>
      </w:r>
      <w:r>
        <w:br/>
      </w:r>
      <w:r>
        <w:t xml:space="preserve">    (a) carefully describe</w:t>
      </w:r>
      <w:r>
        <w:br/>
      </w:r>
      <w:r>
        <w:t xml:space="preserve">    (b) openly oppose</w:t>
      </w:r>
      <w:r>
        <w:br/>
      </w:r>
      <w:r>
        <w:t xml:space="preserve">    (c) successfully 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not allow members to act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contrary to</w:t>
      </w:r>
      <w:r>
        <w:rPr>
          <w:b/>
          <w:bCs/>
        </w:rPr>
        <w:t xml:space="preserve"> </w:t>
      </w:r>
      <w:r>
        <w:rPr>
          <w:b/>
          <w:bCs/>
        </w:rPr>
        <w:t xml:space="preserve">our code of ethics.</w:t>
      </w:r>
      <w:r>
        <w:br/>
      </w:r>
      <w:r>
        <w:t xml:space="preserve">    (a) without understanding</w:t>
      </w:r>
      <w:r>
        <w:br/>
      </w:r>
      <w:r>
        <w:t xml:space="preserve">    (b) prior to creating</w:t>
      </w:r>
      <w:r>
        <w:br/>
      </w:r>
      <w:r>
        <w:t xml:space="preserve">    (c) in opposition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not pay you for the work.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On the contrary</w:t>
      </w:r>
      <w:r>
        <w:rPr>
          <w:b/>
          <w:bCs/>
        </w:rPr>
        <w:t xml:space="preserve">, I may sue you for damages.</w:t>
      </w:r>
      <w:r>
        <w:br/>
      </w:r>
      <w:r>
        <w:t xml:space="preserve">    (a) regardless of that (unrelated to not paying)</w:t>
      </w:r>
      <w:r>
        <w:br/>
      </w:r>
      <w:r>
        <w:t xml:space="preserve">    (b) in spite of that (even though not paying)</w:t>
      </w:r>
      <w:r>
        <w:br/>
      </w:r>
      <w:r>
        <w:t xml:space="preserve">    (c) not only that (strengthening denial of payment)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 up in class with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</w:t>
      </w:r>
      <w:r>
        <w:rPr>
          <w:b/>
          <w:bCs/>
        </w:rPr>
        <w:t xml:space="preserve"> </w:t>
      </w:r>
      <w:r>
        <w:rPr>
          <w:b/>
          <w:bCs/>
        </w:rPr>
        <w:t xml:space="preserve">and said, "I believe animals deserve to be treated kindly, no matter what."</w:t>
      </w:r>
      <w:r>
        <w:br/>
      </w:r>
      <w:r>
        <w:t xml:space="preserve">    (a) firm belief</w:t>
      </w:r>
      <w:r>
        <w:br/>
      </w:r>
      <w:r>
        <w:t xml:space="preserve">    (b) raised voice</w:t>
      </w:r>
      <w:r>
        <w:br/>
      </w:r>
      <w:r>
        <w:t xml:space="preserve">    (c) shaky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novel describes a night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debauchery</w:t>
      </w:r>
      <w:r>
        <w:rPr>
          <w:b/>
          <w:bCs/>
        </w:rPr>
        <w:t xml:space="preserve"> </w:t>
      </w:r>
      <w:r>
        <w:rPr>
          <w:b/>
          <w:bCs/>
        </w:rPr>
        <w:t xml:space="preserve">that leaves the guests ashamed.</w:t>
      </w:r>
      <w:r>
        <w:br/>
      </w:r>
      <w:r>
        <w:t xml:space="preserve">    (a) careful planning</w:t>
      </w:r>
      <w:r>
        <w:br/>
      </w:r>
      <w:r>
        <w:t xml:space="preserve">    (b) wild immoral behavior</w:t>
      </w:r>
      <w:r>
        <w:br/>
      </w:r>
      <w:r>
        <w:t xml:space="preserve">    (c) quiet reflection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increase</w:t>
      </w:r>
      <w:r>
        <w:br/>
      </w:r>
      <w:r>
        <w:t xml:space="preserve">    (b) create</w:t>
      </w:r>
      <w:r>
        <w:br/>
      </w:r>
      <w:r>
        <w:t xml:space="preserve">    (c)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exaggerating</w:t>
      </w:r>
      <w:r>
        <w:br/>
      </w:r>
      <w:r>
        <w:t xml:space="preserve">    (b) minimizing</w:t>
      </w:r>
      <w:r>
        <w:br/>
      </w:r>
      <w:r>
        <w:t xml:space="preserve">    (c) showing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has ended, but the press continues to ask questions.</w:t>
      </w:r>
      <w:r>
        <w:br/>
      </w:r>
      <w:r>
        <w:t xml:space="preserve">    (a) story</w:t>
      </w:r>
      <w:r>
        <w:br/>
      </w:r>
      <w:r>
        <w:t xml:space="preserve">    (b) statement</w:t>
      </w:r>
      <w:r>
        <w:br/>
      </w:r>
      <w:r>
        <w:t xml:space="preserve">    (c)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evilly</w:t>
      </w:r>
      <w:r>
        <w:br/>
      </w:r>
      <w:r>
        <w:t xml:space="preserve">    (b) carelessly</w:t>
      </w:r>
      <w:r>
        <w:br/>
      </w:r>
      <w:r>
        <w:t xml:space="preserve">    (c) mockingly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town has become a 21st century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metropolis</w:t>
      </w:r>
      <w:r>
        <w:rPr>
          <w:b/>
          <w:bCs/>
        </w:rPr>
        <w:t xml:space="preserve">.</w:t>
      </w:r>
      <w:r>
        <w:br/>
      </w:r>
      <w:r>
        <w:t xml:space="preserve">    (a) small village</w:t>
      </w:r>
      <w:r>
        <w:br/>
      </w:r>
      <w:r>
        <w:t xml:space="preserve">    (b) rural area</w:t>
      </w:r>
      <w:r>
        <w:br/>
      </w:r>
      <w:r>
        <w:t xml:space="preserve">    (c) large 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amount of lead can be harmful to children.</w:t>
      </w:r>
      <w:r>
        <w:br/>
      </w:r>
      <w:r>
        <w:t xml:space="preserve">    (a) tiny</w:t>
      </w:r>
      <w:r>
        <w:br/>
      </w:r>
      <w:r>
        <w:t xml:space="preserve">    (b) large</w:t>
      </w:r>
      <w:r>
        <w:br/>
      </w:r>
      <w:r>
        <w:t xml:space="preserve">    (c) 60 seconds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available from prior research</w:t>
      </w:r>
      <w:r>
        <w:br/>
      </w:r>
      <w:r>
        <w:t xml:space="preserve">    (b) quickly eliminated</w:t>
      </w:r>
      <w:r>
        <w:br/>
      </w:r>
      <w:r>
        <w:t xml:space="preserve">    (c) including even small considerations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her travels, she found peace and tranquility in the serene surroundings of the ancient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monastery</w:t>
      </w:r>
      <w:r>
        <w:rPr>
          <w:b/>
          <w:bCs/>
        </w:rPr>
        <w:t xml:space="preserve"> </w:t>
      </w:r>
      <w:r>
        <w:rPr>
          <w:b/>
          <w:bCs/>
        </w:rPr>
        <w:t xml:space="preserve">nestled high in the mountains.</w:t>
      </w:r>
      <w:r>
        <w:br/>
      </w:r>
      <w:r>
        <w:t xml:space="preserve">    (a) secure castle</w:t>
      </w:r>
      <w:r>
        <w:br/>
      </w:r>
      <w:r>
        <w:t xml:space="preserve">    (b) remote cabin</w:t>
      </w:r>
      <w:r>
        <w:br/>
      </w:r>
      <w:r>
        <w:t xml:space="preserve">    (c) religious residence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</w:t>
      </w:r>
      <w:r>
        <w:rPr>
          <w:b/>
          <w:bCs/>
        </w:rPr>
        <w:t xml:space="preserve"> </w:t>
      </w:r>
      <w:r>
        <w:rPr>
          <w:b/>
          <w:bCs/>
        </w:rPr>
        <w:t xml:space="preserve">in the order leads a simple life without luxury.</w:t>
      </w:r>
      <w:r>
        <w:br/>
      </w:r>
      <w:r>
        <w:t xml:space="preserve">    (a) a member of a religious order</w:t>
      </w:r>
      <w:r>
        <w:br/>
      </w:r>
      <w:r>
        <w:t xml:space="preserve">    (b) a male member of a religious order</w:t>
      </w:r>
      <w:r>
        <w:br/>
      </w:r>
      <w:r>
        <w:t xml:space="preserve">    (c) a female member of a religious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1932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revolt in Su County, China stopped collection of the poppy tax.</w:t>
      </w:r>
      <w:r>
        <w:br/>
      </w:r>
      <w:r>
        <w:t xml:space="preserve">    (a) city dweller</w:t>
      </w:r>
      <w:r>
        <w:br/>
      </w:r>
      <w:r>
        <w:t xml:space="preserve">    (b) poor farmer</w:t>
      </w:r>
      <w:r>
        <w:br/>
      </w:r>
      <w:r>
        <w:t xml:space="preserve">    (c) young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proud of one's actions</w:t>
      </w:r>
      <w:r>
        <w:br/>
      </w:r>
      <w:r>
        <w:t xml:space="preserve">    (b) confused about the rules</w:t>
      </w:r>
      <w:r>
        <w:br/>
      </w:r>
      <w:r>
        <w:t xml:space="preserve">    (c) feeling regret for wrongdoing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preventing argument or disagreement.</w:t>
      </w:r>
      <w:r>
        <w:br/>
      </w:r>
      <w:r>
        <w:t xml:space="preserve">    (a) more rushed than usual</w:t>
      </w:r>
      <w:r>
        <w:br/>
      </w:r>
      <w:r>
        <w:t xml:space="preserve">    (b) not in line with her usual manner</w:t>
      </w:r>
      <w:r>
        <w:br/>
      </w:r>
      <w:r>
        <w:t xml:space="preserve">    (c) not allowing contradiction or refusal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congratulate</w:t>
      </w:r>
      <w:r>
        <w:br/>
      </w:r>
      <w:r>
        <w:t xml:space="preserve">    (b) criticize</w:t>
      </w:r>
      <w:r>
        <w:br/>
      </w:r>
      <w:r>
        <w:t xml:space="preserve">    (c) accept honor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the most intolerable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 </w:t>
      </w:r>
      <w:r>
        <w:rPr>
          <w:b/>
          <w:bCs/>
        </w:rPr>
        <w:t xml:space="preserve">on the face of the earth.</w:t>
      </w:r>
      <w:r>
        <w:br/>
      </w:r>
      <w:r>
        <w:t xml:space="preserve">    (a) without pattern or planning</w:t>
      </w:r>
      <w:r>
        <w:br/>
      </w:r>
      <w:r>
        <w:t xml:space="preserve">    (b) apparently reasonable, but unproven</w:t>
      </w:r>
      <w:r>
        <w:br/>
      </w:r>
      <w:r>
        <w:t xml:space="preserve">    (c) person without moral principles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supercilious</w:t>
      </w:r>
      <w:r>
        <w:rPr>
          <w:b/>
          <w:bCs/>
        </w:rPr>
        <w:t xml:space="preserve"> </w:t>
      </w:r>
      <w:r>
        <w:rPr>
          <w:b/>
          <w:bCs/>
        </w:rPr>
        <w:t xml:space="preserve">tone made everyone in the room feel inferior.</w:t>
      </w:r>
      <w:r>
        <w:br/>
      </w:r>
      <w:r>
        <w:t xml:space="preserve">    (a) haughty and disdainful</w:t>
      </w:r>
      <w:r>
        <w:br/>
      </w:r>
      <w:r>
        <w:t xml:space="preserve">    (b) shy and uncertain</w:t>
      </w:r>
      <w:r>
        <w:br/>
      </w:r>
      <w:r>
        <w:t xml:space="preserve">    (c) warm and welcoming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2026-07-31T15:07:17Z</dcterms:created>
  <dcterms:modified xsi:type="dcterms:W3CDTF">2026-07-31T15:07:17Z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