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fb3eca1854452d1be06c92c8247433380bce75"/>
    <w:p>
      <w:pPr>
        <w:pStyle w:val="Heading1"/>
      </w:pPr>
      <w:r>
        <w:rPr>
          <w:b/>
          <w:bCs/>
        </w:rPr>
        <w:t xml:space="preserve">The Brothers Karamazov</w:t>
      </w:r>
      <w:r>
        <w:br/>
      </w:r>
      <w:r>
        <w:rPr>
          <w:i/>
          <w:iCs/>
        </w:rPr>
        <w:t xml:space="preserve">Fyodor Dostoyevsky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partner</w:t>
      </w:r>
      <w:r>
        <w:br/>
      </w:r>
      <w:r>
        <w:t xml:space="preserve">    (b) enemy</w:t>
      </w:r>
      <w:r>
        <w:br/>
      </w:r>
      <w:r>
        <w:t xml:space="preserve">    (c) friend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religions have or have had traces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asceticism</w:t>
      </w:r>
      <w:r>
        <w:rPr>
          <w:b/>
          <w:bCs/>
        </w:rPr>
        <w:t xml:space="preserve"> </w:t>
      </w:r>
      <w:r>
        <w:rPr>
          <w:b/>
          <w:bCs/>
        </w:rPr>
        <w:t xml:space="preserve">in order to achieve a spiritual goal.</w:t>
      </w:r>
      <w:r>
        <w:br/>
      </w:r>
      <w:r>
        <w:t xml:space="preserve">    (a) self-denial</w:t>
      </w:r>
      <w:r>
        <w:br/>
      </w:r>
      <w:r>
        <w:t xml:space="preserve">    (b) spiritual mysticism</w:t>
      </w:r>
      <w:r>
        <w:br/>
      </w:r>
      <w:r>
        <w:t xml:space="preserve">    (c) sensual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carousing</w:t>
      </w:r>
      <w:r>
        <w:rPr>
          <w:b/>
          <w:bCs/>
        </w:rPr>
        <w:t xml:space="preserve"> </w:t>
      </w:r>
      <w:r>
        <w:rPr>
          <w:b/>
          <w:bCs/>
        </w:rPr>
        <w:t xml:space="preserve">last night.</w:t>
      </w:r>
      <w:r>
        <w:br/>
      </w:r>
      <w:r>
        <w:t xml:space="preserve">    (a) partying loudly</w:t>
      </w:r>
      <w:r>
        <w:br/>
      </w:r>
      <w:r>
        <w:t xml:space="preserve">    (b) working late</w:t>
      </w:r>
      <w:r>
        <w:br/>
      </w:r>
      <w:r>
        <w:t xml:space="preserve">    (c) eating dinner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spite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of her colleagues, she believed she had done the right thing.</w:t>
      </w:r>
      <w:r>
        <w:br/>
      </w:r>
      <w:r>
        <w:t xml:space="preserve">    (a) criticism</w:t>
      </w:r>
      <w:r>
        <w:br/>
      </w:r>
      <w:r>
        <w:t xml:space="preserve">    (b) anger</w:t>
      </w:r>
      <w:r>
        <w:br/>
      </w:r>
      <w:r>
        <w:t xml:space="preserve">    (c) disinterest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test results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</w:t>
      </w:r>
      <w:r>
        <w:rPr>
          <w:b/>
          <w:bCs/>
        </w:rPr>
        <w:t xml:space="preserve">, proving the medicine was effective.</w:t>
      </w:r>
      <w:r>
        <w:br/>
      </w:r>
      <w:r>
        <w:t xml:space="preserve">    (a) definite (leaving no doubt)</w:t>
      </w:r>
      <w:r>
        <w:br/>
      </w:r>
      <w:r>
        <w:t xml:space="preserve">    (b) possible (but unproven)</w:t>
      </w:r>
      <w:r>
        <w:br/>
      </w:r>
      <w:r>
        <w:t xml:space="preserve">    (c) early (and uncertain)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contemptible</w:t>
      </w:r>
      <w:r>
        <w:rPr>
          <w:b/>
          <w:bCs/>
        </w:rPr>
        <w:t xml:space="preserve"> </w:t>
      </w:r>
      <w:r>
        <w:rPr>
          <w:b/>
          <w:bCs/>
        </w:rPr>
        <w:t xml:space="preserve">liar.</w:t>
      </w:r>
      <w:r>
        <w:br/>
      </w:r>
      <w:r>
        <w:t xml:space="preserve">    (a) good (at pretending)</w:t>
      </w:r>
      <w:r>
        <w:br/>
      </w:r>
      <w:r>
        <w:t xml:space="preserve">    (b) unreliable</w:t>
      </w:r>
      <w:r>
        <w:br/>
      </w:r>
      <w:r>
        <w:t xml:space="preserve">    (c) deserving no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document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conveys</w:t>
      </w:r>
      <w:r>
        <w:rPr>
          <w:b/>
          <w:bCs/>
        </w:rPr>
        <w:t xml:space="preserve"> </w:t>
      </w:r>
      <w:r>
        <w:rPr>
          <w:b/>
          <w:bCs/>
        </w:rPr>
        <w:t xml:space="preserve">title to the new owner.</w:t>
      </w:r>
      <w:r>
        <w:br/>
      </w:r>
      <w:r>
        <w:t xml:space="preserve">    (a) divides</w:t>
      </w:r>
      <w:r>
        <w:br/>
      </w:r>
      <w:r>
        <w:t xml:space="preserve">    (b) gives or transfers</w:t>
      </w:r>
      <w:r>
        <w:br/>
      </w:r>
      <w:r>
        <w:t xml:space="preserve">    (c) prevents giving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Russian TV is famous for inventing stories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 </w:t>
      </w:r>
      <w:r>
        <w:rPr>
          <w:b/>
          <w:bCs/>
        </w:rPr>
        <w:t xml:space="preserve">those who disagree with Russian interests.</w:t>
      </w:r>
      <w:r>
        <w:br/>
      </w:r>
      <w:r>
        <w:t xml:space="preserve">    (a) anger</w:t>
      </w:r>
      <w:r>
        <w:br/>
      </w:r>
      <w:r>
        <w:t xml:space="preserve">    (b) convince</w:t>
      </w:r>
      <w:r>
        <w:br/>
      </w:r>
      <w:r>
        <w:t xml:space="preserve">    (c) damage the reputation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Ecclesiastical</w:t>
      </w:r>
      <w:r>
        <w:rPr>
          <w:b/>
          <w:bCs/>
        </w:rPr>
        <w:t xml:space="preserve"> </w:t>
      </w:r>
      <w:r>
        <w:rPr>
          <w:b/>
          <w:bCs/>
        </w:rPr>
        <w:t xml:space="preserve">law governs many church traditions.</w:t>
      </w:r>
      <w:r>
        <w:br/>
      </w:r>
      <w:r>
        <w:t xml:space="preserve">    (a) sports-related</w:t>
      </w:r>
      <w:r>
        <w:br/>
      </w:r>
      <w:r>
        <w:t xml:space="preserve">    (b) church-related</w:t>
      </w:r>
      <w:r>
        <w:br/>
      </w:r>
      <w:r>
        <w:t xml:space="preserve">    (c) kitchen-related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incident led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departure from political office.</w:t>
      </w:r>
      <w:r>
        <w:br/>
      </w:r>
      <w:r>
        <w:t xml:space="preserve">    (a) eventual</w:t>
      </w:r>
      <w:r>
        <w:br/>
      </w:r>
      <w:r>
        <w:t xml:space="preserve">    (b) quick</w:t>
      </w:r>
      <w:r>
        <w:br/>
      </w:r>
      <w:r>
        <w:t xml:space="preserve">    (c) disgraceful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Concern for her children's safety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impelled</w:t>
      </w:r>
      <w:r>
        <w:rPr>
          <w:b/>
          <w:bCs/>
        </w:rPr>
        <w:t xml:space="preserve"> </w:t>
      </w:r>
      <w:r>
        <w:rPr>
          <w:b/>
          <w:bCs/>
        </w:rPr>
        <w:t xml:space="preserve">her to take action and confront the intruder.</w:t>
      </w:r>
      <w:r>
        <w:br/>
      </w:r>
      <w:r>
        <w:t xml:space="preserve">    (a) drove</w:t>
      </w:r>
      <w:r>
        <w:br/>
      </w:r>
      <w:r>
        <w:t xml:space="preserve">    (b) prevented</w:t>
      </w:r>
      <w:r>
        <w:br/>
      </w:r>
      <w:r>
        <w:t xml:space="preserve">    (c) slowed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purchase, buying the car without test-driving it first.</w:t>
      </w:r>
      <w:r>
        <w:br/>
      </w:r>
      <w:r>
        <w:t xml:space="preserve">    (a) cautious</w:t>
      </w:r>
      <w:r>
        <w:br/>
      </w:r>
      <w:r>
        <w:t xml:space="preserve">    (b) impulsive</w:t>
      </w:r>
      <w:r>
        <w:br/>
      </w:r>
      <w:r>
        <w:t xml:space="preserve">    (c) wealthy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hidden</w:t>
      </w:r>
      <w:r>
        <w:br/>
      </w:r>
      <w:r>
        <w:t xml:space="preserve">    (b) been seen</w:t>
      </w:r>
      <w:r>
        <w:br/>
      </w:r>
      <w:r>
        <w:t xml:space="preserve">    (c) inserted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billionaire's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philanthropy</w:t>
      </w:r>
      <w:r>
        <w:rPr>
          <w:b/>
          <w:bCs/>
        </w:rPr>
        <w:t xml:space="preserve"> </w:t>
      </w:r>
      <w:r>
        <w:rPr>
          <w:b/>
          <w:bCs/>
        </w:rPr>
        <w:t xml:space="preserve">supported hospitals around the world.</w:t>
      </w:r>
      <w:r>
        <w:br/>
      </w:r>
      <w:r>
        <w:t xml:space="preserve">    (a) selfish hoarding</w:t>
      </w:r>
      <w:r>
        <w:br/>
      </w:r>
      <w:r>
        <w:t xml:space="preserve">    (b) loud boasting</w:t>
      </w:r>
      <w:r>
        <w:br/>
      </w:r>
      <w:r>
        <w:t xml:space="preserve">    (c) charitable giving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Critics called the event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profligate</w:t>
      </w:r>
      <w:r>
        <w:rPr>
          <w:b/>
          <w:bCs/>
        </w:rPr>
        <w:t xml:space="preserve"> </w:t>
      </w:r>
      <w:r>
        <w:rPr>
          <w:b/>
          <w:bCs/>
        </w:rPr>
        <w:t xml:space="preserve">display of wealth during a time of economic hardship.</w:t>
      </w:r>
      <w:r>
        <w:br/>
      </w:r>
      <w:r>
        <w:t xml:space="preserve">    (a) wastefully extravagant</w:t>
      </w:r>
      <w:r>
        <w:br/>
      </w:r>
      <w:r>
        <w:t xml:space="preserve">    (b) (adjective) designed to stop something  OR  (noun) something that stops something else</w:t>
      </w:r>
      <w:r>
        <w:br/>
      </w:r>
      <w:r>
        <w:t xml:space="preserve">    (c) related to intelligence -- such as requiring, appealing to, or possessing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refuted</w:t>
      </w:r>
      <w:r>
        <w:rPr>
          <w:b/>
          <w:bCs/>
        </w:rPr>
        <w:t xml:space="preserve"> </w:t>
      </w:r>
      <w:r>
        <w:rPr>
          <w:b/>
          <w:bCs/>
        </w:rPr>
        <w:t xml:space="preserve">the argument.</w:t>
      </w:r>
      <w:r>
        <w:br/>
      </w:r>
      <w:r>
        <w:t xml:space="preserve">    (a) complained about</w:t>
      </w:r>
      <w:r>
        <w:br/>
      </w:r>
      <w:r>
        <w:t xml:space="preserve">    (b) avoided</w:t>
      </w:r>
      <w:r>
        <w:br/>
      </w:r>
      <w:r>
        <w:t xml:space="preserve">    (c) argued against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election results were a clear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repudiation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incumbent’s policies.</w:t>
      </w:r>
      <w:r>
        <w:br/>
      </w:r>
      <w:r>
        <w:t xml:space="preserve">    (a) explanation</w:t>
      </w:r>
      <w:r>
        <w:br/>
      </w:r>
      <w:r>
        <w:t xml:space="preserve">    (b) approval</w:t>
      </w:r>
      <w:r>
        <w:br/>
      </w:r>
      <w:r>
        <w:t xml:space="preserve">    (c) rejection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repugnant</w:t>
      </w:r>
      <w:r>
        <w:rPr>
          <w:b/>
          <w:bCs/>
        </w:rPr>
        <w:t xml:space="preserve"> </w:t>
      </w:r>
      <w:r>
        <w:rPr>
          <w:b/>
          <w:bCs/>
        </w:rPr>
        <w:t xml:space="preserve">behavior at the party made everyone want to go home early.</w:t>
      </w:r>
      <w:r>
        <w:br/>
      </w:r>
      <w:r>
        <w:t xml:space="preserve">    (a) highly amusing</w:t>
      </w:r>
      <w:r>
        <w:br/>
      </w:r>
      <w:r>
        <w:t xml:space="preserve">    (b) warmly welcomed</w:t>
      </w:r>
      <w:r>
        <w:br/>
      </w:r>
      <w:r>
        <w:t xml:space="preserve">    (c) deeply offensive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serf</w:t>
      </w:r>
      <w:r>
        <w:rPr>
          <w:b/>
          <w:bCs/>
        </w:rPr>
        <w:t xml:space="preserve"> </w:t>
      </w:r>
      <w:r>
        <w:rPr>
          <w:b/>
          <w:bCs/>
        </w:rPr>
        <w:t xml:space="preserve">worked the lord's fields from dawn until dusk for little reward.</w:t>
      </w:r>
      <w:r>
        <w:br/>
      </w:r>
      <w:r>
        <w:t xml:space="preserve">    (a) bound peasant</w:t>
      </w:r>
      <w:r>
        <w:br/>
      </w:r>
      <w:r>
        <w:t xml:space="preserve">    (b) wandering hermit</w:t>
      </w:r>
      <w:r>
        <w:br/>
      </w:r>
      <w:r>
        <w:t xml:space="preserve">    (c) trained knight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Scammers often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through fake phone calls.</w:t>
      </w:r>
      <w:r>
        <w:br/>
      </w:r>
      <w:r>
        <w:t xml:space="preserve">    (a) pay back fully</w:t>
      </w:r>
      <w:r>
        <w:br/>
      </w:r>
      <w:r>
        <w:t xml:space="preserve">    (b) cheat or defraud</w:t>
      </w:r>
      <w:r>
        <w:br/>
      </w:r>
      <w:r>
        <w:t xml:space="preserve">    (c) warn or protect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2026-07-31T15:07:18Z</dcterms:created>
  <dcterms:modified xsi:type="dcterms:W3CDTF">2026-07-31T15:07:18Z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