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f5a3d0118dc1b7667d08d9bbbd7127ac1e2e29"/>
    <w:p>
      <w:pPr>
        <w:pStyle w:val="Heading1"/>
      </w:pPr>
      <w:r>
        <w:rPr>
          <w:b/>
          <w:bCs/>
        </w:rPr>
        <w:t xml:space="preserve">The Brothers Karamazov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Fyodor Pavlovitch made her an offer;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inquiries</w:t>
      </w:r>
      <w:r>
        <w:rPr>
          <w:b/>
          <w:bCs/>
        </w:rPr>
        <w:t xml:space="preserve"> </w:t>
      </w:r>
      <w:r>
        <w:rPr>
          <w:b/>
          <w:bCs/>
        </w:rPr>
        <w:t xml:space="preserve">were made about him and he was refused.</w:t>
      </w:r>
      <w:r>
        <w:br/>
      </w:r>
      <w:r>
        <w:t xml:space="preserve">    (a) social events or ceremonies</w:t>
      </w:r>
      <w:r>
        <w:br/>
      </w:r>
      <w:r>
        <w:t xml:space="preserve">    (b) reasons for doing something</w:t>
      </w:r>
      <w:r>
        <w:br/>
      </w:r>
      <w:r>
        <w:t xml:space="preserve">    (c) questions or investigations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end, however, the institution of elders has been retained and is becoming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in Russian monasteries.</w:t>
      </w:r>
      <w:r>
        <w:br/>
      </w:r>
      <w:r>
        <w:t xml:space="preserve">    (a) not having a relationship whereby a change in one thing helps predict a change in another</w:t>
      </w:r>
      <w:r>
        <w:br/>
      </w:r>
      <w:r>
        <w:t xml:space="preserve">    (b) set in place</w:t>
      </w:r>
      <w:r>
        <w:br/>
      </w:r>
      <w:r>
        <w:t xml:space="preserve">    (c) persuaded someone to want something (often sex or love) by tempting with something desired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man seeks to worship what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established</w:t>
      </w:r>
      <w:r>
        <w:rPr>
          <w:b/>
          <w:bCs/>
        </w:rPr>
        <w:t xml:space="preserve"> </w:t>
      </w:r>
      <w:r>
        <w:rPr>
          <w:b/>
          <w:bCs/>
        </w:rPr>
        <w:t xml:space="preserve">beyond dispute, so that all men would agree at once to worship it.</w:t>
      </w:r>
      <w:r>
        <w:br/>
      </w:r>
      <w:r>
        <w:t xml:space="preserve">    (a) examined an issue, got opinions by asking specific questions; and/or asked people for political support individually</w:t>
      </w:r>
      <w:r>
        <w:br/>
      </w:r>
      <w:r>
        <w:t xml:space="preserve">    (b) demonstrated or proved</w:t>
      </w:r>
      <w:r>
        <w:br/>
      </w:r>
      <w:r>
        <w:t xml:space="preserve">    (c) accepted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"To all appearances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</w:t>
      </w:r>
      <w:r>
        <w:rPr>
          <w:b/>
          <w:bCs/>
        </w:rPr>
        <w:t xml:space="preserve"> </w:t>
      </w:r>
      <w:r>
        <w:rPr>
          <w:b/>
          <w:bCs/>
        </w:rPr>
        <w:t xml:space="preserve">soul, full of petty pride," thought Miuesov.</w:t>
      </w:r>
      <w:r>
        <w:br/>
      </w:r>
      <w:r>
        <w:t xml:space="preserve">    (a) exceedingly important, serious, or dangerous</w:t>
      </w:r>
      <w:r>
        <w:br/>
      </w:r>
      <w:r>
        <w:t xml:space="preserve">    (b) designed to be useful; or capable of working</w:t>
      </w:r>
      <w:r>
        <w:br/>
      </w:r>
      <w:r>
        <w:t xml:space="preserve">    (c) the intention or desire to see others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, you love.</w:t>
      </w:r>
      <w:r>
        <w:br/>
      </w:r>
      <w:r>
        <w:t xml:space="preserve">    (a) feeling or expressing sorrow for having done wrong; or a person who does such</w:t>
      </w:r>
      <w:r>
        <w:br/>
      </w:r>
      <w:r>
        <w:t xml:space="preserve">    (b) having the characteristic of or relating to bouncing back light/heat/sound...</w:t>
      </w:r>
      <w:r>
        <w:br/>
      </w:r>
      <w:r>
        <w:t xml:space="preserve">    (c) suffering from too few red blood cells</w:t>
      </w:r>
      <w:r>
        <w:br/>
      </w:r>
      <w:r>
        <w:br/>
      </w:r>
      <w:r>
        <w:t xml:space="preserve">or (less commonly):  lacking vitality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 be frightened at your own faint-heartedness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attaining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gaining or reaching something with effort</w:t>
      </w:r>
      <w:r>
        <w:br/>
      </w:r>
      <w:r>
        <w:t xml:space="preserve">    (b) saying (or making a sound) with the voice</w:t>
      </w:r>
      <w:r>
        <w:br/>
      </w:r>
      <w:r>
        <w:t xml:space="preserve">    (c) moving into position to work; or starting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and condescending smile played on his lips.</w:t>
      </w:r>
      <w:r>
        <w:br/>
      </w:r>
      <w:r>
        <w:t xml:space="preserve">    (a) arrogant</w:t>
      </w:r>
      <w:r>
        <w:br/>
      </w:r>
      <w:r>
        <w:t xml:space="preserve">    (b) absolute</w:t>
      </w:r>
      <w:r>
        <w:br/>
      </w:r>
      <w:r>
        <w:t xml:space="preserve">    (c)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 town is echoing with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debaucheries</w:t>
      </w:r>
      <w:r>
        <w:rPr>
          <w:b/>
          <w:bCs/>
        </w:rPr>
        <w:t xml:space="preserve">.</w:t>
      </w:r>
      <w:r>
        <w:br/>
      </w:r>
      <w:r>
        <w:t xml:space="preserve">    (a) extreme indulgence in pleasures -- especially those considered immoral or harmful, such as drinking, partying, or other reckless behavior</w:t>
      </w:r>
      <w:r>
        <w:br/>
      </w:r>
      <w:r>
        <w:t xml:space="preserve">    (b)</w:t>
      </w:r>
      <w:r>
        <w:t xml:space="preserve"> </w:t>
      </w:r>
      <w:r>
        <w:rPr>
          <w:u w:val="single"/>
        </w:rPr>
        <w:t xml:space="preserve">n</w:t>
      </w:r>
      <w:r>
        <w:t xml:space="preserve">on-</w:t>
      </w:r>
      <w:r>
        <w:rPr>
          <w:u w:val="single"/>
        </w:rPr>
        <w:t xml:space="preserve">g</w:t>
      </w:r>
      <w:r>
        <w:t xml:space="preserve">overnmental</w:t>
      </w:r>
      <w:r>
        <w:t xml:space="preserve"> </w:t>
      </w:r>
      <w:r>
        <w:rPr>
          <w:u w:val="single"/>
        </w:rPr>
        <w:t xml:space="preserve">o</w:t>
      </w:r>
      <w:r>
        <w:t xml:space="preserve">rganizations (private, non-profit organizations working for member goals at the international level)</w:t>
      </w:r>
      <w:r>
        <w:br/>
      </w:r>
      <w:r>
        <w:t xml:space="preserve">    (c) (noun) people who like sexual practices considered unacceptable by society  OR  (verb) converts something so it is not what it should 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man who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reproached</w:t>
      </w:r>
      <w:r>
        <w:rPr>
          <w:b/>
          <w:bCs/>
        </w:rPr>
        <w:t xml:space="preserve"> </w:t>
      </w:r>
      <w:r>
        <w:rPr>
          <w:b/>
          <w:bCs/>
        </w:rPr>
        <w:t xml:space="preserve">me with what never happened does not even know of this fact; I never told any one about it.</w:t>
      </w:r>
      <w:r>
        <w:br/>
      </w:r>
      <w:r>
        <w:t xml:space="preserve">    (a) subtracted</w:t>
      </w:r>
      <w:r>
        <w:br/>
      </w:r>
      <w:r>
        <w:t xml:space="preserve">    (b) translated</w:t>
      </w:r>
      <w:r>
        <w:br/>
      </w:r>
      <w:r>
        <w:t xml:space="preserve">    (c) criticized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"Wait a little, Varvara!" cried her father, speaking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peremptorily</w:t>
      </w:r>
      <w:r>
        <w:rPr>
          <w:b/>
          <w:bCs/>
        </w:rPr>
        <w:t xml:space="preserve"> </w:t>
      </w:r>
      <w:r>
        <w:rPr>
          <w:b/>
          <w:bCs/>
        </w:rPr>
        <w:t xml:space="preserve">but looking at her quite approvingly.</w:t>
      </w:r>
      <w:r>
        <w:br/>
      </w:r>
      <w:r>
        <w:t xml:space="preserve">    (a) in a manner that does not allow contradiction or refusal</w:t>
      </w:r>
      <w:r>
        <w:br/>
      </w:r>
      <w:r>
        <w:t xml:space="preserve">    (b) in a manner that gradually destroys an established order</w:t>
      </w:r>
      <w:r>
        <w:br/>
      </w:r>
      <w:r>
        <w:t xml:space="preserve">    (c) with low spirits (sadness, disappointment, hopelessness)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not at all angry, I assure you;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he is surprised that you could suppose so.</w:t>
      </w:r>
      <w:r>
        <w:br/>
      </w:r>
      <w:r>
        <w:t xml:space="preserve">    (a) an expression used to introduce a creative idea</w:t>
      </w:r>
      <w:r>
        <w:br/>
      </w:r>
      <w:r>
        <w:t xml:space="preserve">    (b) an expression used to intensify denial of an idea</w:t>
      </w:r>
      <w:r>
        <w:br/>
      </w:r>
      <w:r>
        <w:t xml:space="preserve">    (c) an expression used to introduce a statement that might be thought impolite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before three o'clock in the afternoon that something took place to which I alluded at the end of the last book, something so unexpected by all of us and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the general hope, that, I repeat, this trivial incident has been minutely remembered to this day in our town and all the surrounding neighborhood.</w:t>
      </w:r>
      <w:r>
        <w:br/>
      </w:r>
      <w:r>
        <w:t xml:space="preserve">    (a) decisive defeat</w:t>
      </w:r>
      <w:r>
        <w:br/>
      </w:r>
      <w:r>
        <w:t xml:space="preserve">    (b) produce or show</w:t>
      </w:r>
      <w:r>
        <w:br/>
      </w:r>
      <w:r>
        <w:t xml:space="preserve">    (c) in opposition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a Russian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be said to feel, in comparison with an educated man?</w:t>
      </w:r>
      <w:r>
        <w:br/>
      </w:r>
      <w:r>
        <w:t xml:space="preserve">    (a) someone who walks slowly without definite direction  OR  someone who writes or talks without definite direction (changing subjects or rambling rather than in a purposeful direct way)</w:t>
      </w:r>
      <w:r>
        <w:br/>
      </w:r>
      <w:r>
        <w:t xml:space="preserve">    (b) used historically or possibly in relation to a very poor country:  people of low income, education, and social standing -- especially those who raise crops or livestock</w:t>
      </w:r>
      <w:r>
        <w:br/>
      </w:r>
      <w:r>
        <w:t xml:space="preserve">    (c) relating to an artistic movement pioneered by Pablo Picasso and Georges Braque that featured surfaces of geometrical planes to depict three-dimensional organic forms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this was terrible, for their words had great influence on young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monks</w:t>
      </w:r>
      <w:r>
        <w:rPr>
          <w:b/>
          <w:bCs/>
        </w:rPr>
        <w:t xml:space="preserve"> </w:t>
      </w:r>
      <w:r>
        <w:rPr>
          <w:b/>
          <w:bCs/>
        </w:rPr>
        <w:t xml:space="preserve">who were not yet firm in their convictions.</w:t>
      </w:r>
      <w:r>
        <w:br/>
      </w:r>
      <w:r>
        <w:t xml:space="preserve">    (a) amounts of the value of homes that some states and local jurisdictions deduct from the value that is taxed</w:t>
      </w:r>
      <w:r>
        <w:br/>
      </w:r>
      <w:r>
        <w:t xml:space="preserve">    (b) male members of a religious order  living together and devoting themselves to contemplation, prayer and work</w:t>
      </w:r>
      <w:r>
        <w:br/>
      </w:r>
      <w:r>
        <w:t xml:space="preserve">    (c) inhabitants of Assyria -- an ancient kingdom centered in northern Mesopotamia which is in present-day Iraq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this was terrible, for their words had great influence on young monks who were not yet firm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.</w:t>
      </w:r>
      <w:r>
        <w:br/>
      </w:r>
      <w:r>
        <w:t xml:space="preserve">    (a) calculates or judges too low</w:t>
      </w:r>
      <w:r>
        <w:br/>
      </w:r>
      <w:r>
        <w:t xml:space="preserve">    (b) not working or not operating</w:t>
      </w:r>
      <w:r>
        <w:br/>
      </w:r>
      <w:r>
        <w:t xml:space="preserve">    (c) a strong, firmly held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Korneplodov, after questioning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minutely</w:t>
      </w:r>
      <w:r>
        <w:rPr>
          <w:b/>
          <w:bCs/>
        </w:rPr>
        <w:t xml:space="preserve">, and inspecting the documents he was able to bring...</w:t>
      </w:r>
      <w:r>
        <w:br/>
      </w:r>
      <w:r>
        <w:t xml:space="preserve">    (a) in a manner that does not change</w:t>
      </w:r>
      <w:r>
        <w:br/>
      </w:r>
      <w:r>
        <w:t xml:space="preserve">    (b) in a manner that deserves praise</w:t>
      </w:r>
      <w:r>
        <w:br/>
      </w:r>
      <w:r>
        <w:t xml:space="preserve">    (c) with careful attention to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captain, as a military man, undertook to load it, putting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quantity of powder.</w:t>
      </w:r>
      <w:r>
        <w:br/>
      </w:r>
      <w:r>
        <w:t xml:space="preserve">    (a) small</w:t>
      </w:r>
      <w:r>
        <w:br/>
      </w:r>
      <w:r>
        <w:t xml:space="preserve">    (b) exact</w:t>
      </w:r>
      <w:r>
        <w:br/>
      </w:r>
      <w:r>
        <w:t xml:space="preserve">    (c)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paper had even stated that he had gone into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 </w:t>
      </w:r>
      <w:r>
        <w:rPr>
          <w:b/>
          <w:bCs/>
        </w:rPr>
        <w:t xml:space="preserve">and become a monk, in horror at his brother's crime.</w:t>
      </w:r>
      <w:r>
        <w:br/>
      </w:r>
      <w:r>
        <w:t xml:space="preserve">    (a) dense, rainy forest with many species</w:t>
      </w:r>
      <w:r>
        <w:br/>
      </w:r>
      <w:r>
        <w:t xml:space="preserve">    (b) island (that is made of a coral reef)</w:t>
      </w:r>
      <w:r>
        <w:br/>
      </w:r>
      <w:r>
        <w:t xml:space="preserve">    (c) the residence of a religious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know whether he saw her, but in the evening he was at the "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," where he got thoroughly drunk.</w:t>
      </w:r>
      <w:r>
        <w:br/>
      </w:r>
      <w:r>
        <w:t xml:space="preserve">    (a) ghetto</w:t>
      </w:r>
      <w:r>
        <w:br/>
      </w:r>
      <w:r>
        <w:t xml:space="preserve">    (b) city</w:t>
      </w:r>
      <w:r>
        <w:br/>
      </w:r>
      <w:r>
        <w:t xml:space="preserve">    (c) tourist attraction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Dmitri Karamazov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, but not a thief.</w:t>
      </w:r>
      <w:r>
        <w:br/>
      </w:r>
      <w:r>
        <w:t xml:space="preserve">    (a) someone without good moral principles</w:t>
      </w:r>
      <w:r>
        <w:br/>
      </w:r>
      <w:r>
        <w:t xml:space="preserve">    (b) important, serious, or dangerous</w:t>
      </w:r>
      <w:r>
        <w:br/>
      </w:r>
      <w:r>
        <w:t xml:space="preserve">    (c) the condition of being different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2026-07-31T15:07:17Z</dcterms:created>
  <dcterms:modified xsi:type="dcterms:W3CDTF">2026-07-31T15:07:17Z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