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f677cc5459c0364a6c6b8730b01aeb31b141c8"/>
    <w:p>
      <w:pPr>
        <w:pStyle w:val="Heading1"/>
      </w:pPr>
      <w:r>
        <w:rPr>
          <w:b/>
          <w:bCs/>
        </w:rPr>
        <w:t xml:space="preserve">The Broken Gun</w:t>
      </w:r>
      <w:r>
        <w:br/>
      </w:r>
      <w:r>
        <w:rPr>
          <w:i/>
          <w:iCs/>
        </w:rPr>
        <w:t xml:space="preserve">Louis L'Amour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Actors and politicians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accustomed to</w:t>
      </w:r>
      <w:r>
        <w:rPr>
          <w:b/>
          <w:bCs/>
        </w:rPr>
        <w:t xml:space="preserve"> </w:t>
      </w:r>
      <w:r>
        <w:rPr>
          <w:b/>
          <w:bCs/>
        </w:rPr>
        <w:t xml:space="preserve">less privacy than the rest of us.</w:t>
      </w:r>
      <w:r>
        <w:br/>
      </w:r>
      <w:r>
        <w:t xml:space="preserve">    (a) used to</w:t>
      </w:r>
      <w:r>
        <w:br/>
      </w:r>
      <w:r>
        <w:t xml:space="preserve">    (b) paid for</w:t>
      </w:r>
      <w:r>
        <w:br/>
      </w:r>
      <w:r>
        <w:t xml:space="preserve">    (c) happy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working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acquire</w:t>
      </w:r>
      <w:r>
        <w:rPr>
          <w:b/>
          <w:bCs/>
        </w:rPr>
        <w:t xml:space="preserve"> </w:t>
      </w:r>
      <w:r>
        <w:rPr>
          <w:b/>
          <w:bCs/>
        </w:rPr>
        <w:t xml:space="preserve">nuclear weapons.</w:t>
      </w:r>
      <w:r>
        <w:br/>
      </w:r>
      <w:r>
        <w:t xml:space="preserve">    (a) disguise or hide</w:t>
      </w:r>
      <w:r>
        <w:br/>
      </w:r>
      <w:r>
        <w:t xml:space="preserve">    (b) obtain (get)</w:t>
      </w:r>
      <w:r>
        <w:br/>
      </w:r>
      <w:r>
        <w:t xml:space="preserve">    (c) eliminate (get rid 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tested the letter to prove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.</w:t>
      </w:r>
      <w:r>
        <w:br/>
      </w:r>
      <w:r>
        <w:t xml:space="preserve">    (a) being genuine</w:t>
      </w:r>
      <w:r>
        <w:br/>
      </w:r>
      <w:r>
        <w:t xml:space="preserve">    (b) being colorful</w:t>
      </w:r>
      <w:r>
        <w:br/>
      </w:r>
      <w:r>
        <w:t xml:space="preserve">    (c) being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to make people lose their cool by starting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political arguments.</w:t>
      </w:r>
      <w:r>
        <w:br/>
      </w:r>
      <w:r>
        <w:t xml:space="preserve">    (a) ridiculous or absurd</w:t>
      </w:r>
      <w:r>
        <w:br/>
      </w:r>
      <w:r>
        <w:t xml:space="preserve">    (b) clever or intelligent</w:t>
      </w:r>
      <w:r>
        <w:br/>
      </w:r>
      <w:r>
        <w:t xml:space="preserve">    (c) hostile or combative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impolite. She pretended not to notice except that she treated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.</w:t>
      </w:r>
      <w:r>
        <w:br/>
      </w:r>
      <w:r>
        <w:t xml:space="preserve">    (a) lack of respect</w:t>
      </w:r>
      <w:r>
        <w:br/>
      </w:r>
      <w:r>
        <w:t xml:space="preserve">    (b) impatience</w:t>
      </w:r>
      <w:r>
        <w:br/>
      </w:r>
      <w:r>
        <w:t xml:space="preserve">    (c) great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feinted</w:t>
      </w:r>
      <w:r>
        <w:rPr>
          <w:b/>
          <w:bCs/>
        </w:rPr>
        <w:t xml:space="preserve"> </w:t>
      </w:r>
      <w:r>
        <w:rPr>
          <w:b/>
          <w:bCs/>
        </w:rPr>
        <w:t xml:space="preserve">left and then charged from the right.</w:t>
      </w:r>
      <w:r>
        <w:br/>
      </w:r>
      <w:r>
        <w:t xml:space="preserve">    (a) faked</w:t>
      </w:r>
      <w:r>
        <w:br/>
      </w:r>
      <w:r>
        <w:t xml:space="preserve">    (b) moved sideways</w:t>
      </w:r>
      <w:r>
        <w:br/>
      </w:r>
      <w:r>
        <w:t xml:space="preserve">    (c) attacked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but</w:t>
      </w:r>
      <w:r>
        <w:br/>
      </w:r>
      <w:r>
        <w:t xml:space="preserve">    (c)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safe we make it, there will always be risk.</w:t>
      </w:r>
      <w:r>
        <w:br/>
      </w:r>
      <w:r>
        <w:t xml:space="preserve">    (a) no matter how</w:t>
      </w:r>
      <w:r>
        <w:br/>
      </w:r>
      <w:r>
        <w:t xml:space="preserve">    (b) on-the-other-hand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afraid</w:t>
      </w:r>
      <w:r>
        <w:br/>
      </w:r>
      <w:r>
        <w:t xml:space="preserve">    (b) disinclined</w:t>
      </w:r>
      <w:r>
        <w:br/>
      </w:r>
      <w:r>
        <w:t xml:space="preserve">    (c) tending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night sky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as we gazed at countless stars.</w:t>
      </w:r>
      <w:r>
        <w:br/>
      </w:r>
      <w:r>
        <w:t xml:space="preserve">    (a) blurry</w:t>
      </w:r>
      <w:r>
        <w:br/>
      </w:r>
      <w:r>
        <w:t xml:space="preserve">    (b) silent</w:t>
      </w:r>
      <w:r>
        <w:br/>
      </w:r>
      <w:r>
        <w:t xml:space="preserve">    (c) endless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trying to avoid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litigation</w:t>
      </w:r>
      <w:r>
        <w:rPr>
          <w:b/>
          <w:bCs/>
        </w:rPr>
        <w:t xml:space="preserve">.</w:t>
      </w:r>
      <w:r>
        <w:br/>
      </w:r>
      <w:r>
        <w:t xml:space="preserve">    (a) feelings of respect and reverence</w:t>
      </w:r>
      <w:r>
        <w:br/>
      </w:r>
      <w:r>
        <w:t xml:space="preserve">    (b) close friendship amongst a group of people</w:t>
      </w:r>
      <w:r>
        <w:br/>
      </w:r>
      <w:r>
        <w:t xml:space="preserve">    (c) the process of a engaging in a lawsuit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as a result of that</w:t>
      </w:r>
      <w:r>
        <w:br/>
      </w:r>
      <w:r>
        <w:t xml:space="preserve">    (b) in contrast to that</w:t>
      </w:r>
      <w:r>
        <w:br/>
      </w:r>
      <w:r>
        <w:t xml:space="preserve">    (c) in addition to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desire for religious freedom was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for leaving England.</w:t>
      </w:r>
      <w:r>
        <w:br/>
      </w:r>
      <w:r>
        <w:t xml:space="preserve">    (a) reason</w:t>
      </w:r>
      <w:r>
        <w:br/>
      </w:r>
      <w:r>
        <w:t xml:space="preserve">    (b) excuse</w:t>
      </w:r>
      <w:r>
        <w:br/>
      </w:r>
      <w:r>
        <w:t xml:space="preserve">    (c) technique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also</w:t>
      </w:r>
      <w:r>
        <w:br/>
      </w:r>
      <w:r>
        <w:t xml:space="preserve">    (b) despite that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sun under a beautiful oak tree.</w:t>
      </w:r>
      <w:r>
        <w:br/>
      </w:r>
      <w:r>
        <w:t xml:space="preserve">    (a) protection</w:t>
      </w:r>
      <w:r>
        <w:br/>
      </w:r>
      <w:r>
        <w:t xml:space="preserve">    (b) shade</w:t>
      </w:r>
      <w:r>
        <w:br/>
      </w:r>
      <w:r>
        <w:t xml:space="preserve">    (c) warmth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weekend provided a much-needed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respite</w:t>
      </w:r>
      <w:r>
        <w:rPr>
          <w:b/>
          <w:bCs/>
        </w:rPr>
        <w:t xml:space="preserve"> </w:t>
      </w:r>
      <w:r>
        <w:rPr>
          <w:b/>
          <w:bCs/>
        </w:rPr>
        <w:t xml:space="preserve">from her busy school schedule.</w:t>
      </w:r>
      <w:r>
        <w:br/>
      </w:r>
      <w:r>
        <w:t xml:space="preserve">    (a) continuation</w:t>
      </w:r>
      <w:r>
        <w:br/>
      </w:r>
      <w:r>
        <w:t xml:space="preserve">    (b) resumption</w:t>
      </w:r>
      <w:r>
        <w:br/>
      </w:r>
      <w:r>
        <w:t xml:space="preserve">    (c) break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project.</w:t>
      </w:r>
      <w:r>
        <w:br/>
      </w:r>
      <w:r>
        <w:t xml:space="preserve">    (a) keeping silent</w:t>
      </w:r>
      <w:r>
        <w:br/>
      </w:r>
      <w:r>
        <w:t xml:space="preserve">    (b) doubtful</w:t>
      </w:r>
      <w:r>
        <w:br/>
      </w:r>
      <w:r>
        <w:t xml:space="preserve">    (c)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revenge was a motive,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subconscious</w:t>
      </w:r>
      <w:r>
        <w:rPr>
          <w:b/>
          <w:bCs/>
        </w:rPr>
        <w:t xml:space="preserve">.</w:t>
      </w:r>
      <w:r>
        <w:br/>
      </w:r>
      <w:r>
        <w:t xml:space="preserve">    (a) unnecessary</w:t>
      </w:r>
      <w:r>
        <w:br/>
      </w:r>
      <w:r>
        <w:t xml:space="preserve">    (b) without awareness</w:t>
      </w:r>
      <w:r>
        <w:br/>
      </w:r>
      <w:r>
        <w:t xml:space="preserve">    (c) well-disguised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taunted</w:t>
      </w:r>
      <w:r>
        <w:rPr>
          <w:b/>
          <w:bCs/>
        </w:rPr>
        <w:t xml:space="preserve"> </w:t>
      </w:r>
      <w:r>
        <w:rPr>
          <w:b/>
          <w:bCs/>
        </w:rPr>
        <w:t xml:space="preserve">her until she responded physically, and then they beat her up.</w:t>
      </w:r>
      <w:r>
        <w:br/>
      </w:r>
      <w:r>
        <w:t xml:space="preserve">    (a) surrounded</w:t>
      </w:r>
      <w:r>
        <w:br/>
      </w:r>
      <w:r>
        <w:t xml:space="preserve">    (b) insulted</w:t>
      </w:r>
      <w:r>
        <w:br/>
      </w:r>
      <w:r>
        <w:t xml:space="preserve">    (c) followed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wary</w:t>
      </w:r>
      <w:r>
        <w:rPr>
          <w:b/>
          <w:bCs/>
        </w:rPr>
        <w:t xml:space="preserve"> </w:t>
      </w:r>
      <w:r>
        <w:rPr>
          <w:b/>
          <w:bCs/>
        </w:rPr>
        <w:t xml:space="preserve">as she reached out to pet her friend's new dog.</w:t>
      </w:r>
      <w:r>
        <w:br/>
      </w:r>
      <w:r>
        <w:t xml:space="preserve">    (a) excited</w:t>
      </w:r>
      <w:r>
        <w:br/>
      </w:r>
      <w:r>
        <w:t xml:space="preserve">    (b) determined</w:t>
      </w:r>
      <w:r>
        <w:br/>
      </w:r>
      <w:r>
        <w:t xml:space="preserve">    (c) distrustful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2026-07-31T16:16:17Z</dcterms:created>
  <dcterms:modified xsi:type="dcterms:W3CDTF">2026-07-31T16:16:17Z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