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b94d8fea7b36e96d12d803dab737d1f460e7c1"/>
    <w:p>
      <w:pPr>
        <w:pStyle w:val="Heading1"/>
      </w:pPr>
      <w:r>
        <w:rPr>
          <w:b/>
          <w:bCs/>
        </w:rPr>
        <w:t xml:space="preserve">The Broken Gun</w:t>
      </w:r>
      <w:r>
        <w:br/>
      </w:r>
      <w:r>
        <w:rPr>
          <w:i/>
          <w:iCs/>
        </w:rPr>
        <w:t xml:space="preserve">Louis L'Amour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the things a hoaxer would not think of, and they were evidence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not recognizable as different</w:t>
      </w:r>
      <w:r>
        <w:br/>
      </w:r>
      <w:r>
        <w:t xml:space="preserve">    (b) not mirroring back (an image)</w:t>
      </w:r>
      <w:r>
        <w:br/>
      </w:r>
      <w:r>
        <w:t xml:space="preserve">    (c) quality of being real or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to look at me, his eyes faintly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taunting</w:t>
      </w:r>
      <w:r>
        <w:rPr>
          <w:b/>
          <w:bCs/>
        </w:rPr>
        <w:t xml:space="preserve">.</w:t>
      </w:r>
      <w:r>
        <w:br/>
      </w:r>
      <w:r>
        <w:t xml:space="preserve">    (a) keeping people and goods from reaching a location</w:t>
      </w:r>
      <w:r>
        <w:br/>
      </w:r>
      <w:r>
        <w:t xml:space="preserve">    (b) intentionally angering, challenging, or upsetting</w:t>
      </w:r>
      <w:r>
        <w:br/>
      </w:r>
      <w:r>
        <w:t xml:space="preserve">    (c) giving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when there were no comments on the scars, I could see the curiosity they created, and I had not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the state or character of being good or beneficial</w:t>
      </w:r>
      <w:r>
        <w:br/>
      </w:r>
      <w:r>
        <w:t xml:space="preserve">    (b) the ability to be taken up or received into heaven</w:t>
      </w:r>
      <w:r>
        <w:br/>
      </w:r>
      <w:r>
        <w:t xml:space="preserve">    (c) used to (adapted to something, so it seems normal)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wariness</w:t>
      </w:r>
      <w:r>
        <w:rPr>
          <w:b/>
          <w:bCs/>
        </w:rPr>
        <w:t xml:space="preserve"> </w:t>
      </w:r>
      <w:r>
        <w:rPr>
          <w:b/>
          <w:bCs/>
        </w:rPr>
        <w:t xml:space="preserve">did not show, for I have frequently been called too trusting by people who knew me only slightly.</w:t>
      </w:r>
      <w:r>
        <w:br/>
      </w:r>
      <w:r>
        <w:t xml:space="preserve">    (a) not done on purpose</w:t>
      </w:r>
      <w:r>
        <w:br/>
      </w:r>
      <w:r>
        <w:t xml:space="preserve">    (b) caution or distrust</w:t>
      </w:r>
      <w:r>
        <w:br/>
      </w:r>
      <w:r>
        <w:t xml:space="preserve">    (c) not straightforward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perception of movement?</w:t>
      </w:r>
      <w:r>
        <w:br/>
      </w:r>
      <w:r>
        <w:t xml:space="preserve">    (a) the quality of not being clear, easily noticed, or identifiable as different or separate</w:t>
      </w:r>
      <w:r>
        <w:br/>
      </w:r>
      <w:r>
        <w:t xml:space="preserve">    (b) the quality of being clear, easily noticed, and/or identifiable as different or separate</w:t>
      </w:r>
      <w:r>
        <w:br/>
      </w:r>
      <w:r>
        <w:t xml:space="preserve">    (c) mental activity of which we are not aware, but which can influence feelings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Wells family had never tried to sell any of their land perhaps there had never been a title search; and even if there had been, the methods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acquiring</w:t>
      </w:r>
      <w:r>
        <w:rPr>
          <w:b/>
          <w:bCs/>
        </w:rPr>
        <w:t xml:space="preserve"> </w:t>
      </w:r>
      <w:r>
        <w:rPr>
          <w:b/>
          <w:bCs/>
        </w:rPr>
        <w:t xml:space="preserve">land in pioneer days had been irregular, to say the least.</w:t>
      </w:r>
      <w:r>
        <w:br/>
      </w:r>
      <w:r>
        <w:t xml:space="preserve">    (a) obtaining (coming into possession of)</w:t>
      </w:r>
      <w:r>
        <w:br/>
      </w:r>
      <w:r>
        <w:t xml:space="preserve">    (b) changing to fit a different situation</w:t>
      </w:r>
      <w:r>
        <w:br/>
      </w:r>
      <w:r>
        <w:t xml:space="preserve">    (c) strongly desiring; or a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, but scared too.</w:t>
      </w:r>
      <w:r>
        <w:br/>
      </w:r>
      <w:r>
        <w:t xml:space="preserve">    (a) related to intelligence -- such as requiring, appealing to, or possessing intelligence</w:t>
      </w:r>
      <w:r>
        <w:br/>
      </w:r>
      <w:r>
        <w:t xml:space="preserve">    (b) hostile (the attitude of one eager to fight); or one already engaged in a fight or war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there had to be a catch somewhere.</w:t>
      </w:r>
      <w:r>
        <w:br/>
      </w:r>
      <w:r>
        <w:t xml:space="preserve">    (a) therefore (for that reason)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bronc I was riding had so far shown no real itch for trouble, but I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</w:t>
      </w:r>
      <w:r>
        <w:rPr>
          <w:b/>
          <w:bCs/>
        </w:rPr>
        <w:t xml:space="preserve">, and I kept remembering that shying for even a small drop-off.</w:t>
      </w:r>
      <w:r>
        <w:br/>
      </w:r>
      <w:r>
        <w:t xml:space="preserve">    (a) doubtful (that something is true or worthwhile)</w:t>
      </w:r>
      <w:r>
        <w:br/>
      </w:r>
      <w:r>
        <w:br/>
      </w:r>
      <w:r>
        <w:t xml:space="preserve">or more rarely:</w:t>
      </w:r>
      <w:r>
        <w:br/>
      </w:r>
      <w:r>
        <w:br/>
      </w:r>
      <w:r>
        <w:t xml:space="preserve">generally tending to doubt what others believe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a hole or dropoff so deep the bottom cannot be seen -- often used figuratively to imply a frightening bottomless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a little to my left and back of me there was a saddle about six or seven hundred feet higher than where I now lay.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in addition to what has just been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Slowly,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</w:t>
      </w:r>
      <w:r>
        <w:rPr>
          <w:b/>
          <w:bCs/>
        </w:rPr>
        <w:t xml:space="preserve"> </w:t>
      </w:r>
      <w:r>
        <w:rPr>
          <w:b/>
          <w:bCs/>
        </w:rPr>
        <w:t xml:space="preserve">care, my palms reached up along the wall...up, up higher.</w:t>
      </w:r>
      <w:r>
        <w:br/>
      </w:r>
      <w:r>
        <w:t xml:space="preserve">    (a) power or responsibility that can be taken on or adopted</w:t>
      </w:r>
      <w:r>
        <w:br/>
      </w:r>
      <w:r>
        <w:t xml:space="preserve">    (b) the characteristic of bouncing back light/heat/sound...</w:t>
      </w:r>
      <w:r>
        <w:br/>
      </w:r>
      <w:r>
        <w:t xml:space="preserve">    (c) unlimited; without boundaries; or too numerous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back of my mind,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there was something else.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in lonely country there are always such sounds-the rustle of some small animal moving, the trickle of sand, the sound of wind,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slight.</w:t>
      </w:r>
      <w:r>
        <w:br/>
      </w:r>
      <w:r>
        <w:t xml:space="preserve">    (a) regardless of how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Cities and highways and people were not many miles away from us, no distance at all as such things are figured in these days, but between ourselves and whatever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</w:t>
      </w:r>
      <w:r>
        <w:rPr>
          <w:b/>
          <w:bCs/>
        </w:rPr>
        <w:t xml:space="preserve"> </w:t>
      </w:r>
      <w:r>
        <w:rPr>
          <w:b/>
          <w:bCs/>
        </w:rPr>
        <w:t xml:space="preserve">they offered, those miles were all desert and mountains.</w:t>
      </w:r>
      <w:r>
        <w:br/>
      </w:r>
      <w:r>
        <w:t xml:space="preserve">    (a) a person (often a writer or artist) living an unconventional life</w:t>
      </w:r>
      <w:r>
        <w:br/>
      </w:r>
      <w:r>
        <w:t xml:space="preserve">    (b) something giving protection or comfort -- especially a safe place</w:t>
      </w:r>
      <w:r>
        <w:br/>
      </w:r>
      <w:r>
        <w:t xml:space="preserve">    (c) a ceiling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needed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respite</w:t>
      </w:r>
      <w:r>
        <w:rPr>
          <w:b/>
          <w:bCs/>
        </w:rPr>
        <w:t xml:space="preserve">, and despite the fact that we seemed to be in a trap here, there was a way out if John Toomey was right.</w:t>
      </w:r>
      <w:r>
        <w:br/>
      </w:r>
      <w:r>
        <w:t xml:space="preserve">    (a) continuation</w:t>
      </w:r>
      <w:r>
        <w:br/>
      </w:r>
      <w:r>
        <w:t xml:space="preserve">    (b) a temporary relief from harm or discomfort</w:t>
      </w:r>
      <w:r>
        <w:br/>
      </w:r>
      <w:r>
        <w:t xml:space="preserve">    (c) resumption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confident their plans would succeed, and had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law and for the law-abiding citizen.</w:t>
      </w:r>
      <w:r>
        <w:br/>
      </w:r>
      <w:r>
        <w:t xml:space="preserve">    (a) frustration at being treated unfairly</w:t>
      </w:r>
      <w:r>
        <w:br/>
      </w:r>
      <w:r>
        <w:t xml:space="preserve">    (b) prejudice or unfair treatment</w:t>
      </w:r>
      <w:r>
        <w:br/>
      </w:r>
      <w:r>
        <w:t xml:space="preserve">    (c)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litigation</w:t>
      </w:r>
      <w:r>
        <w:rPr>
          <w:b/>
          <w:bCs/>
        </w:rPr>
        <w:t xml:space="preserve"> </w:t>
      </w:r>
      <w:r>
        <w:rPr>
          <w:b/>
          <w:bCs/>
        </w:rPr>
        <w:t xml:space="preserve">you would lose the ranch, but you would still be free.</w:t>
      </w:r>
      <w:r>
        <w:br/>
      </w:r>
      <w:r>
        <w:t xml:space="preserve">    (a) job, reservation, booking, or activity</w:t>
      </w:r>
      <w:r>
        <w:br/>
      </w:r>
      <w:r>
        <w:t xml:space="preserve">    (b) thing that affects a result or outcome</w:t>
      </w:r>
      <w:r>
        <w:br/>
      </w:r>
      <w:r>
        <w:t xml:space="preserve">    (c) the process of a engaging in a lawsuit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...good police officers have a sense of impending trouble, and a natural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inclination</w:t>
      </w:r>
      <w:r>
        <w:rPr>
          <w:b/>
          <w:bCs/>
        </w:rPr>
        <w:t xml:space="preserve"> </w:t>
      </w:r>
      <w:r>
        <w:rPr>
          <w:b/>
          <w:bCs/>
        </w:rPr>
        <w:t xml:space="preserve">to be not only suspicious, but skeptical.</w:t>
      </w:r>
      <w:r>
        <w:br/>
      </w:r>
      <w:r>
        <w:t xml:space="preserve">    (a) wrong understanding</w:t>
      </w:r>
      <w:r>
        <w:br/>
      </w:r>
      <w:r>
        <w:t xml:space="preserve">    (b) tendency</w:t>
      </w:r>
      <w:r>
        <w:br/>
      </w:r>
      <w:r>
        <w:t xml:space="preserve">    (c) act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be an invited guest, they had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wanting me out of the way that anyone could guess ...it would simply be an accident.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got up off the floor, his face a great blotch of blood, and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feinted</w:t>
      </w:r>
      <w:r>
        <w:rPr>
          <w:b/>
          <w:bCs/>
        </w:rPr>
        <w:t xml:space="preserve">.</w:t>
      </w:r>
      <w:r>
        <w:br/>
      </w:r>
      <w:r>
        <w:t xml:space="preserve">    (a) having points along the edge -- like a saw, some knives, and some leaves</w:t>
      </w:r>
      <w:r>
        <w:br/>
      </w:r>
      <w:r>
        <w:t xml:space="preserve">    (b) any distracting or deceptive maneuver; or the act of making the maneuver</w:t>
      </w:r>
      <w:r>
        <w:br/>
      </w:r>
      <w:r>
        <w:t xml:space="preserve">    (c) broke the law by telling lies after formally promising to tell the truth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2026-07-31T16:16:18Z</dcterms:created>
  <dcterms:modified xsi:type="dcterms:W3CDTF">2026-07-31T16:16:18Z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