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75e33fed68a7338956cbc131c65b0c0fea2ba96"/>
    <w:p>
      <w:pPr>
        <w:pStyle w:val="Heading1"/>
      </w:pPr>
      <w:r>
        <w:rPr>
          <w:b/>
          <w:bCs/>
        </w:rPr>
        <w:t xml:space="preserve">The Bridge of San Luis Rey</w:t>
      </w:r>
      <w:r>
        <w:br/>
      </w:r>
      <w:r>
        <w:rPr>
          <w:i/>
          <w:iCs/>
        </w:rPr>
        <w:t xml:space="preserve">Thornton Wilder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result of all this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diligence</w:t>
      </w:r>
      <w:r>
        <w:rPr>
          <w:b/>
          <w:bCs/>
        </w:rPr>
        <w:t xml:space="preserve"> </w:t>
      </w:r>
      <w:r>
        <w:rPr>
          <w:b/>
          <w:bCs/>
        </w:rPr>
        <w:t xml:space="preserve">was an enormous book,</w:t>
      </w:r>
      <w:r>
        <w:br/>
      </w:r>
      <w:r>
        <w:t xml:space="preserve">    (a) hard work and care in tasks</w:t>
      </w:r>
      <w:r>
        <w:br/>
      </w:r>
      <w:r>
        <w:t xml:space="preserve">    (b) calm state of mind</w:t>
      </w:r>
      <w:r>
        <w:br/>
      </w:r>
      <w:r>
        <w:t xml:space="preserve">    (c) restarted (a fire)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had been denounced three times before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Inquisition</w:t>
      </w:r>
      <w:r>
        <w:rPr>
          <w:b/>
          <w:bCs/>
        </w:rPr>
        <w:t xml:space="preserve">.</w:t>
      </w:r>
      <w:r>
        <w:br/>
      </w:r>
      <w:r>
        <w:t xml:space="preserve">    (a) harsh and unfair historical religious investigations</w:t>
      </w:r>
      <w:r>
        <w:br/>
      </w:r>
      <w:r>
        <w:t xml:space="preserve">    (b) military court in a country ruled by the military</w:t>
      </w:r>
      <w:r>
        <w:br/>
      </w:r>
      <w:r>
        <w:t xml:space="preserve">    (c) secret political organizations of spies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At last 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resigned</w:t>
      </w:r>
      <w:r>
        <w:rPr>
          <w:b/>
          <w:bCs/>
        </w:rPr>
        <w:t xml:space="preserve"> </w:t>
      </w:r>
      <w:r>
        <w:rPr>
          <w:b/>
          <w:bCs/>
        </w:rPr>
        <w:t xml:space="preserve">all pretense.</w:t>
      </w:r>
      <w:r>
        <w:br/>
      </w:r>
      <w:r>
        <w:t xml:space="preserve">    (a) gave up</w:t>
      </w:r>
      <w:r>
        <w:br/>
      </w:r>
      <w:r>
        <w:t xml:space="preserve">    (b) showed something -- such as demonstrated, expressed, or represented</w:t>
      </w:r>
      <w:r>
        <w:br/>
      </w:r>
      <w:r>
        <w:t xml:space="preserve">    (c) to be or to become used to (adapted to and with an expectation of)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week that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preceded</w:t>
      </w:r>
      <w:r>
        <w:rPr>
          <w:b/>
          <w:bCs/>
        </w:rPr>
        <w:t xml:space="preserve"> </w:t>
      </w:r>
      <w:r>
        <w:rPr>
          <w:b/>
          <w:bCs/>
        </w:rPr>
        <w:t xml:space="preserve">the making of the packet she observed a strict regimen and cultivated the city assiduously for material.</w:t>
      </w:r>
      <w:r>
        <w:br/>
      </w:r>
      <w:r>
        <w:t xml:space="preserve">    (a) went or was before</w:t>
      </w:r>
      <w:r>
        <w:br/>
      </w:r>
      <w:r>
        <w:t xml:space="preserve">    (b) wrongly understood</w:t>
      </w:r>
      <w:r>
        <w:br/>
      </w:r>
      <w:r>
        <w:t xml:space="preserve">    (c) influenced opinion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During the week that preceded the making of the packet she observed a strict regimen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cultivated</w:t>
      </w:r>
      <w:r>
        <w:rPr>
          <w:b/>
          <w:bCs/>
        </w:rPr>
        <w:t xml:space="preserve"> </w:t>
      </w:r>
      <w:r>
        <w:rPr>
          <w:b/>
          <w:bCs/>
        </w:rPr>
        <w:t xml:space="preserve">the city assiduously for material.</w:t>
      </w:r>
      <w:r>
        <w:br/>
      </w:r>
      <w:r>
        <w:t xml:space="preserve">    (a) not found guilty or forced into a bad situation</w:t>
      </w:r>
      <w:r>
        <w:br/>
      </w:r>
      <w:r>
        <w:t xml:space="preserve">    (b) developed, grown, or prepared for growing crops</w:t>
      </w:r>
      <w:r>
        <w:br/>
      </w:r>
      <w:r>
        <w:t xml:space="preserve">    (c) a non-doctor who assisted a women in childbirth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Camila had intended to be perfunctory and if possible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impudent</w:t>
      </w:r>
      <w:r>
        <w:rPr>
          <w:b/>
          <w:bCs/>
        </w:rPr>
        <w:t xml:space="preserve">, but now she was struck for the first time with the dignity of the old woman.</w:t>
      </w:r>
      <w:r>
        <w:br/>
      </w:r>
      <w:r>
        <w:t xml:space="preserve">    (a) alternative medicine using extremely diluted doses of a substance to treat the same symptoms larger doses cause</w:t>
      </w:r>
      <w:r>
        <w:br/>
      </w:r>
      <w:r>
        <w:t xml:space="preserve">    (b) working against psychosis (any severe mental disorder in which contact with reality is lost or highly distorted)</w:t>
      </w:r>
      <w:r>
        <w:br/>
      </w:r>
      <w:r>
        <w:t xml:space="preserve">    (c) improperly bold or disrespectful -- especially toward someone who is older or considered to be of higher status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Such persons are raised up in every age; they obstinately insist on transporting their grains of wheat and they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derive</w:t>
      </w:r>
      <w:r>
        <w:rPr>
          <w:b/>
          <w:bCs/>
        </w:rPr>
        <w:t xml:space="preserve"> </w:t>
      </w:r>
      <w:r>
        <w:rPr>
          <w:b/>
          <w:bCs/>
        </w:rPr>
        <w:t xml:space="preserve">a certain exhilaration from the sneers of the bystanders.</w:t>
      </w:r>
      <w:r>
        <w:br/>
      </w:r>
      <w:r>
        <w:t xml:space="preserve">    (a) get</w:t>
      </w:r>
      <w:r>
        <w:br/>
      </w:r>
      <w:r>
        <w:t xml:space="preserve">    (b) pay</w:t>
      </w:r>
      <w:r>
        <w:br/>
      </w:r>
      <w:r>
        <w:t xml:space="preserve">    (c) cut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There was an etiquette of propitiation which generations of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peasant</w:t>
      </w:r>
      <w:r>
        <w:rPr>
          <w:b/>
          <w:bCs/>
        </w:rPr>
        <w:t xml:space="preserve"> </w:t>
      </w:r>
      <w:r>
        <w:rPr>
          <w:b/>
          <w:bCs/>
        </w:rPr>
        <w:t xml:space="preserve">women had found comforting.</w:t>
      </w:r>
      <w:r>
        <w:br/>
      </w:r>
      <w:r>
        <w:t xml:space="preserve">    (a) relating to an artistic movement pioneered by Pablo Picasso and Georges Braque that featured surfaces of geometrical planes to depict three-dimensional organic forms</w:t>
      </w:r>
      <w:r>
        <w:br/>
      </w:r>
      <w:r>
        <w:t xml:space="preserve">    (b) someone who walks slowly without definite direction  OR  someone who writes or talks without definite direction (changing subjects or rambling rather than in a purposeful direct way)</w:t>
      </w:r>
      <w:r>
        <w:br/>
      </w:r>
      <w:r>
        <w:t xml:space="preserve">    (c) used historically or possibly in relation to a very poor country:  a person of low income, education, and social standing -- especially one who raises crops or livestock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resolved</w:t>
      </w:r>
      <w:r>
        <w:rPr>
          <w:b/>
          <w:bCs/>
        </w:rPr>
        <w:t xml:space="preserve"> </w:t>
      </w:r>
      <w:r>
        <w:rPr>
          <w:b/>
          <w:bCs/>
        </w:rPr>
        <w:t xml:space="preserve">to write a letter to the Abbess.</w:t>
      </w:r>
      <w:r>
        <w:br/>
      </w:r>
      <w:r>
        <w:t xml:space="preserve">    (a) decided</w:t>
      </w:r>
      <w:r>
        <w:br/>
      </w:r>
      <w:r>
        <w:t xml:space="preserve">    (b) adapted</w:t>
      </w:r>
      <w:r>
        <w:br/>
      </w:r>
      <w:r>
        <w:t xml:space="preserve">    (c) changed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Straight,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somber</w:t>
      </w:r>
      <w:r>
        <w:rPr>
          <w:b/>
          <w:bCs/>
        </w:rPr>
        <w:t xml:space="preserve"> </w:t>
      </w:r>
      <w:r>
        <w:rPr>
          <w:b/>
          <w:bCs/>
        </w:rPr>
        <w:t xml:space="preserve">and impersonal, he entered the actress's room and stood waiting.</w:t>
      </w:r>
      <w:r>
        <w:br/>
      </w:r>
      <w:r>
        <w:t xml:space="preserve">    (a) increasing reason or general desire to do something</w:t>
      </w:r>
      <w:r>
        <w:br/>
      </w:r>
      <w:r>
        <w:t xml:space="preserve">    (b) serious--without humour or fun</w:t>
      </w:r>
      <w:r>
        <w:br/>
      </w:r>
      <w:r>
        <w:t xml:space="preserve">    (c) the state of being unaware of one's mental activity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To Esteban in the shadows the picture of Camila leaning over his brother's hand and whispering into his ear was complete evidence that a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congeniality</w:t>
      </w:r>
      <w:r>
        <w:rPr>
          <w:b/>
          <w:bCs/>
        </w:rPr>
        <w:t xml:space="preserve"> </w:t>
      </w:r>
      <w:r>
        <w:rPr>
          <w:b/>
          <w:bCs/>
        </w:rPr>
        <w:t xml:space="preserve">had formed such as he would never know.</w:t>
      </w:r>
      <w:r>
        <w:br/>
      </w:r>
      <w:r>
        <w:t xml:space="preserve">    (a) agreeableness  (friendliness)</w:t>
      </w:r>
      <w:r>
        <w:br/>
      </w:r>
      <w:r>
        <w:t xml:space="preserve">    (b) something taken on or adopted</w:t>
      </w:r>
      <w:r>
        <w:br/>
      </w:r>
      <w:r>
        <w:t xml:space="preserve">    (c) aka analysist -- psychiatrist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shall give him that old bent salad fork with the turquoise in it, and he will bring me a copy of the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ballad</w:t>
      </w:r>
      <w:r>
        <w:rPr>
          <w:b/>
          <w:bCs/>
        </w:rPr>
        <w:t xml:space="preserve"> </w:t>
      </w:r>
      <w:r>
        <w:rPr>
          <w:b/>
          <w:bCs/>
        </w:rPr>
        <w:t xml:space="preserve">that everyone is singing about the d—q—a of Ol—v—s.</w:t>
      </w:r>
      <w:r>
        <w:br/>
      </w:r>
      <w:r>
        <w:t xml:space="preserve">    (a) a song (or poem) that tells a story or expresses strong feelings -- typically slow in tempo</w:t>
      </w:r>
      <w:r>
        <w:br/>
      </w:r>
      <w:r>
        <w:t xml:space="preserve">    (b) of the Church of Jesus Christ of Latter-Day Saints which was founded by Joseph Smith in 1830</w:t>
      </w:r>
      <w:r>
        <w:br/>
      </w:r>
      <w:r>
        <w:t xml:space="preserve">    (c) related to the branch of physics concerned with the conversion of different forms of energy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what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Spanish he speaks and what exquisite things he says in it!</w:t>
      </w:r>
      <w:r>
        <w:br/>
      </w:r>
      <w:r>
        <w:t xml:space="preserve">    (a) wonderful</w:t>
      </w:r>
      <w:r>
        <w:br/>
      </w:r>
      <w:r>
        <w:t xml:space="preserve">    (b) the quality of being sensible and careful</w:t>
      </w:r>
      <w:r>
        <w:br/>
      </w:r>
      <w:r>
        <w:t xml:space="preserve">    (c) unable or difficult to meet and talk with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would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divine</w:t>
      </w:r>
      <w:r>
        <w:rPr>
          <w:b/>
          <w:bCs/>
        </w:rPr>
        <w:t xml:space="preserve"> </w:t>
      </w:r>
      <w:r>
        <w:rPr>
          <w:b/>
          <w:bCs/>
        </w:rPr>
        <w:t xml:space="preserve">his attitude at once and...</w:t>
      </w:r>
      <w:r>
        <w:br/>
      </w:r>
      <w:r>
        <w:t xml:space="preserve">    (a) add fuel or stir a fire to make it burn hotter; or make feelings stronger</w:t>
      </w:r>
      <w:r>
        <w:br/>
      </w:r>
      <w:r>
        <w:t xml:space="preserve">    (b) a rough calculation or guess of a value, quantity, or extent of something</w:t>
      </w:r>
      <w:r>
        <w:br/>
      </w:r>
      <w:r>
        <w:t xml:space="preserve">    (c) discover (figure out)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Each one poured into the conversation his store of wise sad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anecdotes</w:t>
      </w:r>
      <w:r>
        <w:rPr>
          <w:b/>
          <w:bCs/>
        </w:rPr>
        <w:t xml:space="preserve"> </w:t>
      </w:r>
      <w:r>
        <w:rPr>
          <w:b/>
          <w:bCs/>
        </w:rPr>
        <w:t xml:space="preserve">and his dry regret about the race of men.</w:t>
      </w:r>
      <w:r>
        <w:br/>
      </w:r>
      <w:r>
        <w:t xml:space="preserve">    (a) short, true stories</w:t>
      </w:r>
      <w:r>
        <w:br/>
      </w:r>
      <w:r>
        <w:t xml:space="preserve">    (b) sizes or dimensions</w:t>
      </w:r>
      <w:r>
        <w:br/>
      </w:r>
      <w:r>
        <w:t xml:space="preserve">    (c) outward appearances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They only put on the Old Comedy twice a week; all the other nights there are these new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farces</w:t>
      </w:r>
      <w:r>
        <w:rPr>
          <w:b/>
          <w:bCs/>
        </w:rPr>
        <w:t xml:space="preserve"> </w:t>
      </w:r>
      <w:r>
        <w:rPr>
          <w:b/>
          <w:bCs/>
        </w:rPr>
        <w:t xml:space="preserve">in prose.</w:t>
      </w:r>
      <w:r>
        <w:br/>
      </w:r>
      <w:r>
        <w:t xml:space="preserve">    (a) a ridiculous, exaggerated situation too absurd to be taken seriously; or a type of comedy that relies on absurd humor, using physical slapstick, unlikely situations, and deliberate misunderstandings</w:t>
      </w:r>
      <w:r>
        <w:br/>
      </w:r>
      <w:r>
        <w:t xml:space="preserve">    (b) treats in a manner that demonstrates a sense of superiority, but is supposed to seem kind  OR  the actions of a patron (supports someone or something; or is a customer)</w:t>
      </w:r>
      <w:r>
        <w:br/>
      </w:r>
      <w:r>
        <w:t xml:space="preserve">    (c) forces into an undesired activity or situation -- such as legally sentencing someone to punishment  OR  finds guilty -- especially in court  OR  provides the means of finding guilty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new rumors that all was fury and despair on the little farm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contradicted</w:t>
      </w:r>
      <w:r>
        <w:rPr>
          <w:b/>
          <w:bCs/>
        </w:rPr>
        <w:t xml:space="preserve"> </w:t>
      </w:r>
      <w:r>
        <w:rPr>
          <w:b/>
          <w:bCs/>
        </w:rPr>
        <w:t xml:space="preserve">the old.</w:t>
      </w:r>
      <w:r>
        <w:br/>
      </w:r>
      <w:r>
        <w:t xml:space="preserve">    (a) separated</w:t>
      </w:r>
      <w:r>
        <w:br/>
      </w:r>
      <w:r>
        <w:t xml:space="preserve">    (b) disagreed</w:t>
      </w:r>
      <w:r>
        <w:br/>
      </w:r>
      <w:r>
        <w:t xml:space="preserve">    (c) satisfied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allusions</w:t>
      </w:r>
      <w:r>
        <w:rPr>
          <w:b/>
          <w:bCs/>
        </w:rPr>
        <w:t xml:space="preserve"> </w:t>
      </w:r>
      <w:r>
        <w:rPr>
          <w:b/>
          <w:bCs/>
        </w:rPr>
        <w:t xml:space="preserve">to her son were few and...</w:t>
      </w:r>
      <w:r>
        <w:br/>
      </w:r>
      <w:r>
        <w:t xml:space="preserve">    (a) outward appearances</w:t>
      </w:r>
      <w:r>
        <w:br/>
      </w:r>
      <w:r>
        <w:t xml:space="preserve">    (b) agreements to marry</w:t>
      </w:r>
      <w:r>
        <w:br/>
      </w:r>
      <w:r>
        <w:t xml:space="preserve">    (c) indirect references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Even then, even then, there remained in his heart an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obstinate</w:t>
      </w:r>
      <w:r>
        <w:rPr>
          <w:b/>
          <w:bCs/>
        </w:rPr>
        <w:t xml:space="preserve"> </w:t>
      </w:r>
      <w:r>
        <w:rPr>
          <w:b/>
          <w:bCs/>
        </w:rPr>
        <w:t xml:space="preserve">nerve insisting that at least St. Francis would not utterly have condemned him,</w:t>
      </w:r>
      <w:r>
        <w:br/>
      </w:r>
      <w:r>
        <w:t xml:space="preserve">    (a) stubbornly unyielding</w:t>
      </w:r>
      <w:r>
        <w:br/>
      </w:r>
      <w:r>
        <w:t xml:space="preserve">    (b) not bouncing back light/heat/sound...</w:t>
      </w:r>
      <w:r>
        <w:br/>
      </w:r>
      <w:r>
        <w:t xml:space="preserve">    (c) able to be delayed until a later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knew that the crowd was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furtively</w:t>
      </w:r>
      <w:r>
        <w:rPr>
          <w:b/>
          <w:bCs/>
        </w:rPr>
        <w:t xml:space="preserve"> </w:t>
      </w:r>
      <w:r>
        <w:rPr>
          <w:b/>
          <w:bCs/>
        </w:rPr>
        <w:t xml:space="preserve">glancing at him,</w:t>
      </w:r>
      <w:r>
        <w:br/>
      </w:r>
      <w:r>
        <w:t xml:space="preserve">    (a) in a manner that provokes, excites, or stimulates -- especially controversy, sexual desire, or anger</w:t>
      </w:r>
      <w:r>
        <w:br/>
      </w:r>
      <w:r>
        <w:t xml:space="preserve">    (b) in a straightforward manner (uncomplicated or simple -- perhaps also indicating openness and honesty)</w:t>
      </w:r>
      <w:r>
        <w:br/>
      </w:r>
      <w:r>
        <w:t xml:space="preserve">    (c) while taking pains to avoid being observed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2026-07-31T18:19:01Z</dcterms:created>
  <dcterms:modified xsi:type="dcterms:W3CDTF">2026-07-31T18:19:01Z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