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1d3b71d2fe1086d6f0e67b1354cbc0c4d2737e"/>
    <w:p>
      <w:pPr>
        <w:pStyle w:val="Heading1"/>
      </w:pPr>
      <w:r>
        <w:rPr>
          <w:b/>
          <w:bCs/>
        </w:rPr>
        <w:t xml:space="preserve">The Bourne Ultimatum</w:t>
      </w:r>
      <w:r>
        <w:br/>
      </w:r>
      <w:r>
        <w:rPr>
          <w:i/>
          <w:iCs/>
        </w:rPr>
        <w:t xml:space="preserve">Robert Ludlum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opposition</w:t>
      </w:r>
      <w:r>
        <w:br/>
      </w:r>
      <w:r>
        <w:t xml:space="preserve">    (b) keeping</w:t>
      </w:r>
      <w:r>
        <w:br/>
      </w:r>
      <w:r>
        <w:t xml:space="preserve">    (c) ignorance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support the Geneva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</w:t>
      </w:r>
      <w:r>
        <w:rPr>
          <w:b/>
          <w:bCs/>
        </w:rPr>
        <w:t xml:space="preserve">.</w:t>
      </w:r>
      <w:r>
        <w:br/>
      </w:r>
      <w:r>
        <w:t xml:space="preserve">    (a) saying</w:t>
      </w:r>
      <w:r>
        <w:br/>
      </w:r>
      <w:r>
        <w:t xml:space="preserve">    (b) agreement</w:t>
      </w:r>
      <w:r>
        <w:br/>
      </w:r>
      <w:r>
        <w:t xml:space="preserve">    (c)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politician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chameleon</w:t>
      </w:r>
      <w:r>
        <w:rPr>
          <w:b/>
          <w:bCs/>
        </w:rPr>
        <w:t xml:space="preserve">, changing her positions on issues depending on the audience.</w:t>
      </w:r>
      <w:r>
        <w:br/>
      </w:r>
      <w:r>
        <w:t xml:space="preserve">    (a) someone who is calculating</w:t>
      </w:r>
      <w:r>
        <w:br/>
      </w:r>
      <w:r>
        <w:t xml:space="preserve">    (b) someone who changes opinions</w:t>
      </w:r>
      <w:r>
        <w:br/>
      </w:r>
      <w:r>
        <w:t xml:space="preserve">    (c) someone who is a true believer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Alternating walk and rest was more beneficial than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continuous</w:t>
      </w:r>
      <w:r>
        <w:rPr>
          <w:b/>
          <w:bCs/>
        </w:rPr>
        <w:t xml:space="preserve"> </w:t>
      </w:r>
      <w:r>
        <w:rPr>
          <w:b/>
          <w:bCs/>
        </w:rPr>
        <w:t xml:space="preserve">walking for people with Type 2 diabetes.</w:t>
      </w:r>
      <w:r>
        <w:br/>
      </w:r>
      <w:r>
        <w:t xml:space="preserve">    (a) scheduled</w:t>
      </w:r>
      <w:r>
        <w:br/>
      </w:r>
      <w:r>
        <w:t xml:space="preserve">    (b) occasional</w:t>
      </w:r>
      <w:r>
        <w:br/>
      </w:r>
      <w:r>
        <w:t xml:space="preserve">    (c) uninterrupted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accept</w:t>
      </w:r>
      <w:r>
        <w:br/>
      </w:r>
      <w:r>
        <w:t xml:space="preserve">    (b) understand</w:t>
      </w:r>
      <w:r>
        <w:br/>
      </w:r>
      <w:r>
        <w:t xml:space="preserve">    (c) express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hired a carriage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us to the city.</w:t>
      </w:r>
      <w:r>
        <w:br/>
      </w:r>
      <w:r>
        <w:t xml:space="preserve">    (a) explain</w:t>
      </w:r>
      <w:r>
        <w:br/>
      </w:r>
      <w:r>
        <w:t xml:space="preserve">    (b) give service of</w:t>
      </w:r>
      <w:r>
        <w:br/>
      </w:r>
      <w:r>
        <w:t xml:space="preserve">    (c) transport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studied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dossier</w:t>
      </w:r>
      <w:r>
        <w:rPr>
          <w:b/>
          <w:bCs/>
        </w:rPr>
        <w:t xml:space="preserve">.</w:t>
      </w:r>
      <w:r>
        <w:br/>
      </w:r>
      <w:r>
        <w:t xml:space="preserve">    (a) body language</w:t>
      </w:r>
      <w:r>
        <w:br/>
      </w:r>
      <w:r>
        <w:t xml:space="preserve">    (b) file</w:t>
      </w:r>
      <w:r>
        <w:br/>
      </w:r>
      <w:r>
        <w:t xml:space="preserve">    (c) face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heart rate increased and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erratic</w:t>
      </w:r>
      <w:r>
        <w:rPr>
          <w:b/>
          <w:bCs/>
        </w:rPr>
        <w:t xml:space="preserve">.</w:t>
      </w:r>
      <w:r>
        <w:br/>
      </w:r>
      <w:r>
        <w:t xml:space="preserve">    (a) irregular</w:t>
      </w:r>
      <w:r>
        <w:br/>
      </w:r>
      <w:r>
        <w:t xml:space="preserve">    (b) stronger</w:t>
      </w:r>
      <w:r>
        <w:br/>
      </w:r>
      <w:r>
        <w:t xml:space="preserve">    (c) more regular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difficult for ex-</w:t>
      </w:r>
      <w:r>
        <w:rPr>
          <w:b/>
          <w:bCs/>
          <w:u w:val="single"/>
        </w:rPr>
        <w:t xml:space="preserve">felons</w:t>
      </w:r>
      <w:r>
        <w:rPr>
          <w:b/>
          <w:bCs/>
        </w:rPr>
        <w:t xml:space="preserve"> </w:t>
      </w:r>
      <w:r>
        <w:rPr>
          <w:b/>
          <w:bCs/>
        </w:rPr>
        <w:t xml:space="preserve">to find work.</w:t>
      </w:r>
      <w:r>
        <w:br/>
      </w:r>
      <w:r>
        <w:t xml:space="preserve">    (a) people with unpopular opinions</w:t>
      </w:r>
      <w:r>
        <w:br/>
      </w:r>
      <w:r>
        <w:t xml:space="preserve">    (b) people who lost their jobs</w:t>
      </w:r>
      <w:r>
        <w:br/>
      </w:r>
      <w:r>
        <w:t xml:space="preserve">    (c) people convicted of serious crimes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Travel costs were the main expense; meals were 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incidental</w:t>
      </w:r>
      <w:r>
        <w:rPr>
          <w:b/>
          <w:bCs/>
        </w:rPr>
        <w:t xml:space="preserve">.</w:t>
      </w:r>
      <w:r>
        <w:br/>
      </w:r>
      <w:r>
        <w:t xml:space="preserve">    (a) carefully planned</w:t>
      </w:r>
      <w:r>
        <w:br/>
      </w:r>
      <w:r>
        <w:t xml:space="preserve">    (b) minor and secondary</w:t>
      </w:r>
      <w:r>
        <w:br/>
      </w:r>
      <w:r>
        <w:t xml:space="preserve">    (c) central and primary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Cold weather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</w:t>
      </w:r>
      <w:r>
        <w:rPr>
          <w:b/>
          <w:bCs/>
        </w:rPr>
        <w:t xml:space="preserve"> </w:t>
      </w:r>
      <w:r>
        <w:rPr>
          <w:b/>
          <w:bCs/>
        </w:rPr>
        <w:t xml:space="preserve">the growth of many tropical plants.</w:t>
      </w:r>
      <w:r>
        <w:br/>
      </w:r>
      <w:r>
        <w:t xml:space="preserve">    (a) describe</w:t>
      </w:r>
      <w:r>
        <w:br/>
      </w:r>
      <w:r>
        <w:t xml:space="preserve">    (b) slow down</w:t>
      </w:r>
      <w:r>
        <w:br/>
      </w:r>
      <w:r>
        <w:t xml:space="preserve">    (c) monitor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 a proud people and resent foreign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intrusion</w:t>
      </w:r>
      <w:r>
        <w:rPr>
          <w:b/>
          <w:bCs/>
        </w:rPr>
        <w:t xml:space="preserve"> </w:t>
      </w:r>
      <w:r>
        <w:rPr>
          <w:b/>
          <w:bCs/>
        </w:rPr>
        <w:t xml:space="preserve">into their local affairs.</w:t>
      </w:r>
      <w:r>
        <w:br/>
      </w:r>
      <w:r>
        <w:t xml:space="preserve">    (a) unwelcome involvement</w:t>
      </w:r>
      <w:r>
        <w:br/>
      </w:r>
      <w:r>
        <w:t xml:space="preserve">    (b) showing off superior abilities</w:t>
      </w:r>
      <w:r>
        <w:br/>
      </w:r>
      <w:r>
        <w:t xml:space="preserve">    (c) watching as a show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view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smoke.</w:t>
      </w:r>
      <w:r>
        <w:br/>
      </w:r>
      <w:r>
        <w:t xml:space="preserve">    (a) enhanced</w:t>
      </w:r>
      <w:r>
        <w:br/>
      </w:r>
      <w:r>
        <w:t xml:space="preserve">    (b) blocked</w:t>
      </w:r>
      <w:r>
        <w:br/>
      </w:r>
      <w:r>
        <w:t xml:space="preserve">    (c) made frightening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left instructions for us, but they are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</w:t>
      </w:r>
      <w:r>
        <w:rPr>
          <w:b/>
          <w:bCs/>
        </w:rPr>
        <w:t xml:space="preserve"> </w:t>
      </w:r>
      <w:r>
        <w:rPr>
          <w:b/>
          <w:bCs/>
        </w:rPr>
        <w:t xml:space="preserve">we can't agree on what they are.</w:t>
      </w:r>
      <w:r>
        <w:br/>
      </w:r>
      <w:r>
        <w:t xml:space="preserve">    (a) unrelated to the subject at hand</w:t>
      </w:r>
      <w:r>
        <w:br/>
      </w:r>
      <w:r>
        <w:t xml:space="preserve">    (b) not clearly expressed or understood</w:t>
      </w:r>
      <w:r>
        <w:br/>
      </w:r>
      <w:r>
        <w:t xml:space="preserve">    (c) controversial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ornate</w:t>
      </w:r>
      <w:r>
        <w:rPr>
          <w:b/>
          <w:bCs/>
        </w:rPr>
        <w:t xml:space="preserve"> </w:t>
      </w:r>
      <w:r>
        <w:rPr>
          <w:b/>
          <w:bCs/>
        </w:rPr>
        <w:t xml:space="preserve">building I've ever seen.</w:t>
      </w:r>
      <w:r>
        <w:br/>
      </w:r>
      <w:r>
        <w:t xml:space="preserve">    (a) ancient</w:t>
      </w:r>
      <w:r>
        <w:br/>
      </w:r>
      <w:r>
        <w:t xml:space="preserve">    (b) boring</w:t>
      </w:r>
      <w:r>
        <w:br/>
      </w:r>
      <w:r>
        <w:t xml:space="preserve">    (c) decorated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closed off the room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</w:t>
      </w:r>
      <w:r>
        <w:rPr>
          <w:b/>
          <w:bCs/>
        </w:rPr>
        <w:t xml:space="preserve"> </w:t>
      </w:r>
      <w:r>
        <w:rPr>
          <w:b/>
          <w:bCs/>
        </w:rPr>
        <w:t xml:space="preserve">the crime scene.</w:t>
      </w:r>
      <w:r>
        <w:br/>
      </w:r>
      <w:r>
        <w:t xml:space="preserve">    (a) keep unchanged</w:t>
      </w:r>
      <w:r>
        <w:br/>
      </w:r>
      <w:r>
        <w:t xml:space="preserve">    (b) keep quiet</w:t>
      </w:r>
      <w:r>
        <w:br/>
      </w:r>
      <w:r>
        <w:t xml:space="preserve">    (c) keep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visited the wildlife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</w:t>
      </w:r>
      <w:r>
        <w:rPr>
          <w:b/>
          <w:bCs/>
        </w:rPr>
        <w:t xml:space="preserve">.</w:t>
      </w:r>
      <w:r>
        <w:br/>
      </w:r>
      <w:r>
        <w:t xml:space="preserve">    (a) zoo</w:t>
      </w:r>
      <w:r>
        <w:br/>
      </w:r>
      <w:r>
        <w:t xml:space="preserve">    (b) park</w:t>
      </w:r>
      <w:r>
        <w:br/>
      </w:r>
      <w:r>
        <w:t xml:space="preserve">    (c) protected area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storm passed, the village returned 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tranquil</w:t>
      </w:r>
      <w:r>
        <w:rPr>
          <w:b/>
          <w:bCs/>
        </w:rPr>
        <w:t xml:space="preserve"> </w:t>
      </w:r>
      <w:r>
        <w:rPr>
          <w:b/>
          <w:bCs/>
        </w:rPr>
        <w:t xml:space="preserve">evening routine.</w:t>
      </w:r>
      <w:r>
        <w:br/>
      </w:r>
      <w:r>
        <w:t xml:space="preserve">    (a) peacefully calm</w:t>
      </w:r>
      <w:r>
        <w:br/>
      </w:r>
      <w:r>
        <w:t xml:space="preserve">    (b) brightly colored</w:t>
      </w:r>
      <w:r>
        <w:br/>
      </w:r>
      <w:r>
        <w:t xml:space="preserve">    (c) loudly chaotic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safety measure, the school now insists that all backpacks and school bags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.</w:t>
      </w:r>
      <w:r>
        <w:br/>
      </w:r>
      <w:r>
        <w:t xml:space="preserve">    (a) searched upon entry</w:t>
      </w:r>
      <w:r>
        <w:br/>
      </w:r>
      <w:r>
        <w:t xml:space="preserve">    (b) easily seen through</w:t>
      </w:r>
      <w:r>
        <w:br/>
      </w:r>
      <w:r>
        <w:t xml:space="preserve">    (c) weighed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 </w:t>
      </w:r>
      <w:r>
        <w:rPr>
          <w:b/>
          <w:bCs/>
        </w:rPr>
        <w:t xml:space="preserve">lie.</w:t>
      </w:r>
      <w:r>
        <w:br/>
      </w:r>
      <w:r>
        <w:t xml:space="preserve">    (a) clever</w:t>
      </w:r>
      <w:r>
        <w:br/>
      </w:r>
      <w:r>
        <w:t xml:space="preserve">    (b) vicious</w:t>
      </w:r>
      <w:r>
        <w:br/>
      </w:r>
      <w:r>
        <w:t xml:space="preserve">    (c) obvious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2026-07-31T16:30:46Z</dcterms:created>
  <dcterms:modified xsi:type="dcterms:W3CDTF">2026-07-31T16:30:46Z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