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7f8420d2c91dd0ebc1452b485f28dbc4d1557bf"/>
    <w:p>
      <w:pPr>
        <w:pStyle w:val="Heading1"/>
      </w:pPr>
      <w:r>
        <w:rPr>
          <w:b/>
          <w:bCs/>
        </w:rPr>
        <w:t xml:space="preserve">The Bourne Ultimatum</w:t>
      </w:r>
      <w:r>
        <w:br/>
      </w:r>
      <w:r>
        <w:rPr>
          <w:i/>
          <w:iCs/>
        </w:rPr>
        <w:t xml:space="preserve">Robert Ludlum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 determined to destroy the Sino-British Hong Kong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Accords</w:t>
      </w:r>
      <w:r>
        <w:rPr>
          <w:b/>
          <w:bCs/>
        </w:rPr>
        <w:t xml:space="preserve">, shutting down the colony, leaving the whole territory in chaos.</w:t>
      </w:r>
      <w:r>
        <w:br/>
      </w:r>
      <w:r>
        <w:t xml:space="preserve">    (a) agreements</w:t>
      </w:r>
      <w:r>
        <w:br/>
      </w:r>
      <w:r>
        <w:t xml:space="preserve">    (b) main roads</w:t>
      </w:r>
      <w:r>
        <w:br/>
      </w:r>
      <w:r>
        <w:t xml:space="preserve">    (c) sympathies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Let's just say it's a lot and you two personally can count on six figures, if everything goes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according to</w:t>
      </w:r>
      <w:r>
        <w:rPr>
          <w:b/>
          <w:bCs/>
        </w:rPr>
        <w:t xml:space="preserve"> </w:t>
      </w:r>
      <w:r>
        <w:rPr>
          <w:b/>
          <w:bCs/>
        </w:rPr>
        <w:t xml:space="preserve">the book.</w:t>
      </w:r>
      <w:r>
        <w:br/>
      </w:r>
      <w:r>
        <w:t xml:space="preserve">    (a) in keeping with</w:t>
      </w:r>
      <w:r>
        <w:br/>
      </w:r>
      <w:r>
        <w:t xml:space="preserve">    (b) U.S. history:  pre-Civil War period</w:t>
      </w:r>
      <w:r>
        <w:br/>
      </w:r>
      <w:r>
        <w:t xml:space="preserve">    (c) idiom meaning</w:t>
      </w:r>
      <w:r>
        <w:t xml:space="preserve"> </w:t>
      </w:r>
      <w:r>
        <w:rPr>
          <w:i/>
          <w:iCs/>
        </w:rPr>
        <w:t xml:space="preserve">"won the day"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Nowhere in that very creative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dossier</w:t>
      </w:r>
      <w:r>
        <w:rPr>
          <w:b/>
          <w:bCs/>
        </w:rPr>
        <w:t xml:space="preserve"> </w:t>
      </w:r>
      <w:r>
        <w:rPr>
          <w:b/>
          <w:bCs/>
        </w:rPr>
        <w:t xml:space="preserve">was there the slightest clue of a Washington connection.</w:t>
      </w:r>
      <w:r>
        <w:br/>
      </w:r>
      <w:r>
        <w:t xml:space="preserve">    (a) a small hole or a series of small holes such as are used to make it easy to tear a piece of paper along a specific line</w:t>
      </w:r>
      <w:r>
        <w:br/>
      </w:r>
      <w:r>
        <w:t xml:space="preserve">    (b) a collection of papers containing detailed information about a particular person or subject -- often a person's record</w:t>
      </w:r>
      <w:r>
        <w:br/>
      </w:r>
      <w:r>
        <w:t xml:space="preserve">    (c) to find someone blameless; or to forgive  OR  the words by which a clergyman pronounces someone forgiven by the church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Chameleon</w:t>
      </w:r>
      <w:r>
        <w:rPr>
          <w:b/>
          <w:bCs/>
        </w:rPr>
        <w:t xml:space="preserve"> </w:t>
      </w:r>
      <w:r>
        <w:rPr>
          <w:b/>
          <w:bCs/>
        </w:rPr>
        <w:t xml:space="preserve">retreats to another disguise.</w:t>
      </w:r>
      <w:r>
        <w:br/>
      </w:r>
      <w:r>
        <w:t xml:space="preserve">    (a) the act of forcing into an undesired activity or situation -- such as legally sentencing someone to punishment  OR  the act of finding guilty -- especially in court</w:t>
      </w:r>
      <w:r>
        <w:br/>
      </w:r>
      <w:r>
        <w:t xml:space="preserve">    (b) a workplace where people do scientific or medical research, or produce drugs or chemicals (also used figuratively)  OR  (as an adjective) related to such a place</w:t>
      </w:r>
      <w:r>
        <w:br/>
      </w:r>
      <w:r>
        <w:t xml:space="preserve">    (c) a person who changes opinions, behavior, or appearance depending upon the circumstances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a kind of lizard that changes its colors to match the colors around it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Conklin paused, and when he answered his quiet voice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conveyed</w:t>
      </w:r>
      <w:r>
        <w:rPr>
          <w:b/>
          <w:bCs/>
        </w:rPr>
        <w:t xml:space="preserve"> </w:t>
      </w:r>
      <w:r>
        <w:rPr>
          <w:b/>
          <w:bCs/>
        </w:rPr>
        <w:t xml:space="preserve">his fear; it was controlled but the fear was there.</w:t>
      </w:r>
      <w:r>
        <w:br/>
      </w:r>
      <w:r>
        <w:t xml:space="preserve">    (a) communicated or expressed</w:t>
      </w:r>
      <w:r>
        <w:br/>
      </w:r>
      <w:r>
        <w:t xml:space="preserve">    (b) thought -- possibly aloud</w:t>
      </w:r>
      <w:r>
        <w:br/>
      </w:r>
      <w:r>
        <w:t xml:space="preserve">    (c) was abundant or plentiful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 partially right, but he had not anticipated an embarrassment of personnel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conveyances</w:t>
      </w:r>
      <w:r>
        <w:rPr>
          <w:b/>
          <w:bCs/>
        </w:rPr>
        <w:t xml:space="preserve">.</w:t>
      </w:r>
      <w:r>
        <w:br/>
      </w:r>
      <w:r>
        <w:t xml:space="preserve">    (a) takes on or adopts</w:t>
      </w:r>
      <w:r>
        <w:br/>
      </w:r>
      <w:r>
        <w:t xml:space="preserve">    (b) influences opinion</w:t>
      </w:r>
      <w:r>
        <w:br/>
      </w:r>
      <w:r>
        <w:t xml:space="preserve">    (c) means of transport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Soon I'll be ice … clear,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transparent</w:t>
      </w:r>
      <w:r>
        <w:rPr>
          <w:b/>
          <w:bCs/>
        </w:rPr>
        <w:t xml:space="preserve"> </w:t>
      </w:r>
      <w:r>
        <w:rPr>
          <w:b/>
          <w:bCs/>
        </w:rPr>
        <w:t xml:space="preserve">ice, ice so cold and pure it can move anywhere without being seen.</w:t>
      </w:r>
      <w:r>
        <w:br/>
      </w:r>
      <w:r>
        <w:t xml:space="preserve">    (a) capable of being seen through</w:t>
      </w:r>
      <w:r>
        <w:br/>
      </w:r>
      <w:r>
        <w:t xml:space="preserve">    (b) relating to properties of sound or hearing</w:t>
      </w:r>
      <w:r>
        <w:br/>
      </w:r>
      <w:r>
        <w:t xml:space="preserve">    (c) mental activity of which one is self-aware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"Then be reasonable and use your head," he said coldly, suddenly feeling so old, too old for such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transparently</w:t>
      </w:r>
      <w:r>
        <w:rPr>
          <w:b/>
          <w:bCs/>
        </w:rPr>
        <w:t xml:space="preserve"> </w:t>
      </w:r>
      <w:r>
        <w:rPr>
          <w:b/>
          <w:bCs/>
        </w:rPr>
        <w:t xml:space="preserve">false lack of feeling.</w:t>
      </w:r>
      <w:r>
        <w:br/>
      </w:r>
      <w:r>
        <w:t xml:space="preserve">    (a) obviously</w:t>
      </w:r>
      <w:r>
        <w:br/>
      </w:r>
      <w:r>
        <w:t xml:space="preserve">    (b) in a manner that deserves praise</w:t>
      </w:r>
      <w:r>
        <w:br/>
      </w:r>
      <w:r>
        <w:t xml:space="preserve">    (c) in a manner that does not change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had never had his picture in the newspapers except 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felon</w:t>
      </w:r>
      <w:r>
        <w:rPr>
          <w:b/>
          <w:bCs/>
        </w:rPr>
        <w:t xml:space="preserve">.</w:t>
      </w:r>
      <w:r>
        <w:br/>
      </w:r>
      <w:r>
        <w:t xml:space="preserve">    (a) someone legally convicted of a felony (serious crime)</w:t>
      </w:r>
      <w:r>
        <w:br/>
      </w:r>
      <w:r>
        <w:t xml:space="preserve">    (b) a lens that limits light vibrations to a single plane</w:t>
      </w:r>
      <w:r>
        <w:br/>
      </w:r>
      <w:r>
        <w:t xml:space="preserve">    (c) an expert in the branch of geology that studies rocks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Its name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Tranquility</w:t>
      </w:r>
      <w:r>
        <w:rPr>
          <w:b/>
          <w:bCs/>
        </w:rPr>
        <w:t xml:space="preserve"> </w:t>
      </w:r>
      <w:r>
        <w:rPr>
          <w:b/>
          <w:bCs/>
        </w:rPr>
        <w:t xml:space="preserve">Isle and the resort is called Tranquility Inn.</w:t>
      </w:r>
      <w:r>
        <w:br/>
      </w:r>
      <w:r>
        <w:t xml:space="preserve">    (a) activity or natural activity</w:t>
      </w:r>
      <w:r>
        <w:br/>
      </w:r>
      <w:r>
        <w:t xml:space="preserve">    (b) not in an agreement to marry</w:t>
      </w:r>
      <w:r>
        <w:br/>
      </w:r>
      <w:r>
        <w:t xml:space="preserve">    (c) peace and quiet; or calmness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 the opposite side of each jacket and hooked to the cloth was a pair of Zeiss Ikon 8x10 binoculars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continuously</w:t>
      </w:r>
      <w:r>
        <w:rPr>
          <w:b/>
          <w:bCs/>
        </w:rPr>
        <w:t xml:space="preserve"> </w:t>
      </w:r>
      <w:r>
        <w:rPr>
          <w:b/>
          <w:bCs/>
        </w:rPr>
        <w:t xml:space="preserve">used to scan the darkness.</w:t>
      </w:r>
      <w:r>
        <w:br/>
      </w:r>
      <w:r>
        <w:t xml:space="preserve">    (a) in a manner that tests someone or something for a period of time</w:t>
      </w:r>
      <w:r>
        <w:br/>
      </w:r>
      <w:r>
        <w:t xml:space="preserve">    (b) in a manner that serves to help explain or demonstrate something</w:t>
      </w:r>
      <w:r>
        <w:br/>
      </w:r>
      <w:r>
        <w:t xml:space="preserve">    (c) continuing in time or space without interruption or irregularity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had been things to conceal within that Oriental wildlife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preserve</w:t>
      </w:r>
      <w:r>
        <w:rPr>
          <w:b/>
          <w:bCs/>
        </w:rPr>
        <w:t xml:space="preserve">, so it was protected by an all but impassable government barrier.</w:t>
      </w:r>
      <w:r>
        <w:br/>
      </w:r>
      <w:r>
        <w:t xml:space="preserve">    (a) someone who believes that all knowledge is derived from experience</w:t>
      </w:r>
      <w:r>
        <w:br/>
      </w:r>
      <w:r>
        <w:t xml:space="preserve">    (b) a place where conditions are kept as they were to protect wildlife</w:t>
      </w:r>
      <w:r>
        <w:br/>
      </w:r>
      <w:r>
        <w:t xml:space="preserve">    (c) mild mental disorders -- usually worrying too much about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properly uniformed officers decreed from far behind the lines, and the foot soldiers died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preserve</w:t>
      </w:r>
      <w:r>
        <w:rPr>
          <w:b/>
          <w:bCs/>
        </w:rPr>
        <w:t xml:space="preserve"> </w:t>
      </w:r>
      <w:r>
        <w:rPr>
          <w:b/>
          <w:bCs/>
        </w:rPr>
        <w:t xml:space="preserve">their superiors' wisdom.</w:t>
      </w:r>
      <w:r>
        <w:br/>
      </w:r>
      <w:r>
        <w:t xml:space="preserve">    (a) expose to life</w:t>
      </w:r>
      <w:r>
        <w:br/>
      </w:r>
      <w:r>
        <w:t xml:space="preserve">    (b) put in danger</w:t>
      </w:r>
      <w:r>
        <w:br/>
      </w:r>
      <w:r>
        <w:t xml:space="preserve">    (c) protect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mechanized, bulletproof vehicle stopped on the narrow path at midpoint between the two front gates nearly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obscured</w:t>
      </w:r>
      <w:r>
        <w:rPr>
          <w:b/>
          <w:bCs/>
        </w:rPr>
        <w:t xml:space="preserve"> </w:t>
      </w:r>
      <w:r>
        <w:rPr>
          <w:b/>
          <w:bCs/>
        </w:rPr>
        <w:t xml:space="preserve">by the shrubbery; Jason adjusted his binoculars.</w:t>
      </w:r>
      <w:r>
        <w:br/>
      </w:r>
      <w:r>
        <w:t xml:space="preserve">    (a) hidden</w:t>
      </w:r>
      <w:r>
        <w:br/>
      </w:r>
      <w:r>
        <w:t xml:space="preserve">    (b) not fit for service to humans or home life</w:t>
      </w:r>
      <w:r>
        <w:br/>
      </w:r>
      <w:r>
        <w:t xml:space="preserve">    (c) emphasized (called attention to something)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First, naturally, there'll be the trip to the Caymans, where, I'm told, there are excellent tailors; then perhaps a clever little yacht and a small charter business that can be substantiated as having been moved from Tierra del Fuego or the Malvinas, some godforsaken place where a little money can produce an identity and a highly credible if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obscure</w:t>
      </w:r>
      <w:r>
        <w:rPr>
          <w:b/>
          <w:bCs/>
        </w:rPr>
        <w:t xml:space="preserve"> </w:t>
      </w:r>
      <w:r>
        <w:rPr>
          <w:b/>
          <w:bCs/>
        </w:rPr>
        <w:t xml:space="preserve">past.</w:t>
      </w:r>
      <w:r>
        <w:br/>
      </w:r>
      <w:r>
        <w:t xml:space="preserve">    (a) mental activity of which one is self-aware</w:t>
      </w:r>
      <w:r>
        <w:br/>
      </w:r>
      <w:r>
        <w:t xml:space="preserve">    (b) mysterious (not clearly seen or understood)</w:t>
      </w:r>
      <w:r>
        <w:br/>
      </w:r>
      <w:r>
        <w:t xml:space="preserve">    (c) the state of doing something intentionally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Bourne suddenly walked over to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ornate</w:t>
      </w:r>
      <w:r>
        <w:rPr>
          <w:b/>
          <w:bCs/>
        </w:rPr>
        <w:t xml:space="preserve"> </w:t>
      </w:r>
      <w:r>
        <w:rPr>
          <w:b/>
          <w:bCs/>
        </w:rPr>
        <w:t xml:space="preserve">brass-topped coffee table, the sort so common in the bazaars of India and the Middle East.</w:t>
      </w:r>
      <w:r>
        <w:br/>
      </w:r>
      <w:r>
        <w:t xml:space="preserve">    (a) indicating approval or agreement</w:t>
      </w:r>
      <w:r>
        <w:br/>
      </w:r>
      <w:r>
        <w:t xml:space="preserve">    (b) having lots of decorative detail</w:t>
      </w:r>
      <w:r>
        <w:br/>
      </w:r>
      <w:r>
        <w:t xml:space="preserve">    (c) able to be taken on as one's own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Two shrill beeps suddenly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intruded</w:t>
      </w:r>
      <w:r>
        <w:rPr>
          <w:b/>
          <w:bCs/>
        </w:rPr>
        <w:t xml:space="preserve"> </w:t>
      </w:r>
      <w:r>
        <w:rPr>
          <w:b/>
          <w:bCs/>
        </w:rPr>
        <w:t xml:space="preserve">on the silence of the room.</w:t>
      </w:r>
      <w:r>
        <w:br/>
      </w:r>
      <w:r>
        <w:t xml:space="preserve">    (a) restricted in the amount each person could have</w:t>
      </w:r>
      <w:r>
        <w:br/>
      </w:r>
      <w:r>
        <w:t xml:space="preserve">    (b) a non-doctor who assisted a women in childbirth</w:t>
      </w:r>
      <w:r>
        <w:br/>
      </w:r>
      <w:r>
        <w:t xml:space="preserve">    (c) interrupted or involved oneself without welcome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loudspeakers on the beach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erratically</w:t>
      </w:r>
      <w:r>
        <w:rPr>
          <w:b/>
          <w:bCs/>
        </w:rPr>
        <w:t xml:space="preserve"> </w:t>
      </w:r>
      <w:r>
        <w:rPr>
          <w:b/>
          <w:bCs/>
        </w:rPr>
        <w:t xml:space="preserve">interrupted the winds and the thunder out of Basse-Terre.</w:t>
      </w:r>
      <w:r>
        <w:br/>
      </w:r>
      <w:r>
        <w:t xml:space="preserve">    (a) with a feeling of regret for having done wrong</w:t>
      </w:r>
      <w:r>
        <w:br/>
      </w:r>
      <w:r>
        <w:t xml:space="preserve">    (b) in a manner where a clear decision is not made</w:t>
      </w:r>
      <w:r>
        <w:br/>
      </w:r>
      <w:r>
        <w:t xml:space="preserve">    (c) in a manner that is irregular or unpredictable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then, in the recesses of his analyst's mind, by profession and training a warehouse for both essential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incidental</w:t>
      </w:r>
      <w:r>
        <w:rPr>
          <w:b/>
          <w:bCs/>
        </w:rPr>
        <w:t xml:space="preserve"> </w:t>
      </w:r>
      <w:r>
        <w:rPr>
          <w:b/>
          <w:bCs/>
        </w:rPr>
        <w:t xml:space="preserve">data, an alarm went off.</w:t>
      </w:r>
      <w:r>
        <w:br/>
      </w:r>
      <w:r>
        <w:t xml:space="preserve">    (a) something that comes with something else, but is less important than it</w:t>
      </w:r>
      <w:r>
        <w:br/>
      </w:r>
      <w:r>
        <w:t xml:space="preserve">    (b) rude or unfriendly because of using too few words or moving too quickly</w:t>
      </w:r>
      <w:r>
        <w:br/>
      </w:r>
      <w:r>
        <w:t xml:space="preserve">    (c) relating to classical music plays in which most of the dialogue is sung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Lemuel raised his hand calmly a few inches off the arm of his chair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inhibit</w:t>
      </w:r>
      <w:r>
        <w:rPr>
          <w:b/>
          <w:bCs/>
        </w:rPr>
        <w:t xml:space="preserve"> </w:t>
      </w:r>
      <w:r>
        <w:rPr>
          <w:b/>
          <w:bCs/>
        </w:rPr>
        <w:t xml:space="preserve">a red-faced Sykes.</w:t>
      </w:r>
      <w:r>
        <w:br/>
      </w:r>
      <w:r>
        <w:t xml:space="preserve">    (a) take on or adopt</w:t>
      </w:r>
      <w:r>
        <w:br/>
      </w:r>
      <w:r>
        <w:t xml:space="preserve">    (b) limit or prevent</w:t>
      </w:r>
      <w:r>
        <w:br/>
      </w:r>
      <w:r>
        <w:t xml:space="preserve">    (c) make more varied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2026-07-31T16:30:46Z</dcterms:created>
  <dcterms:modified xsi:type="dcterms:W3CDTF">2026-07-31T16:30:46Z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