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33c254f8abe0a753121dfd43602f8630ee0158"/>
    <w:p>
      <w:pPr>
        <w:pStyle w:val="Heading1"/>
      </w:pPr>
      <w:r>
        <w:rPr>
          <w:b/>
          <w:bCs/>
        </w:rPr>
        <w:t xml:space="preserve">The Bourne Supremacy</w:t>
      </w:r>
      <w:r>
        <w:br/>
      </w:r>
      <w:r>
        <w:rPr>
          <w:i/>
          <w:iCs/>
        </w:rPr>
        <w:t xml:space="preserve">Robert Ludlum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with the never-ending, ever-</w:t>
      </w:r>
      <w:r>
        <w:rPr>
          <w:b/>
          <w:bCs/>
          <w:u w:val="single"/>
        </w:rPr>
        <w:t xml:space="preserve">strident</w:t>
      </w:r>
      <w:r>
        <w:rPr>
          <w:b/>
          <w:bCs/>
        </w:rPr>
        <w:t xml:space="preserve"> </w:t>
      </w:r>
      <w:r>
        <w:rPr>
          <w:b/>
          <w:bCs/>
        </w:rPr>
        <w:t xml:space="preserve">nocturnal carnival, other games would begin, games the human race should have abandoned with the first light of creation.</w:t>
      </w:r>
      <w:r>
        <w:br/>
      </w:r>
      <w:r>
        <w:t xml:space="preserve">    (a) unpleasantly forceful when expressing opinions; or loud and harsh</w:t>
      </w:r>
      <w:r>
        <w:br/>
      </w:r>
      <w:r>
        <w:br/>
      </w:r>
      <w:r>
        <w:br/>
      </w:r>
      <w:r>
        <w:t xml:space="preserve">    (b) not capable of being better understood through detailed examination</w:t>
      </w:r>
      <w:r>
        <w:br/>
      </w:r>
      <w:r>
        <w:t xml:space="preserve">    (c)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asked the cabaret's manager through the sustained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crescendos</w:t>
      </w:r>
      <w:r>
        <w:rPr>
          <w:b/>
          <w:bCs/>
        </w:rPr>
        <w:t xml:space="preserve">.</w:t>
      </w:r>
      <w:r>
        <w:br/>
      </w:r>
      <w:r>
        <w:t xml:space="preserve">    (a) points to differences between; or compares to show differences</w:t>
      </w:r>
      <w:r>
        <w:br/>
      </w:r>
      <w:r>
        <w:t xml:space="preserve">    (b) encourages growth or excitement, or causes something to happen</w:t>
      </w:r>
      <w:r>
        <w:br/>
      </w:r>
      <w:r>
        <w:t xml:space="preserve">    (c) gradually increases in intensity; or reaches maximum intensity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be it; it was the way of the secretive laoban, one of the wealthiest and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taipans in Hong Kong.</w:t>
      </w:r>
      <w:r>
        <w:br/>
      </w:r>
      <w:r>
        <w:t xml:space="preserve">    (a) the state or degree of being bad or harmful</w:t>
      </w:r>
      <w:r>
        <w:br/>
      </w:r>
      <w:r>
        <w:t xml:space="preserve">    (b) famous and admired; or worthy of admiration</w:t>
      </w:r>
      <w:r>
        <w:br/>
      </w:r>
      <w:r>
        <w:t xml:space="preserve">    (c) able to be taken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Head boys and waiters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mollifying</w:t>
      </w:r>
      <w:r>
        <w:rPr>
          <w:b/>
          <w:bCs/>
        </w:rPr>
        <w:t xml:space="preserve"> </w:t>
      </w:r>
      <w:r>
        <w:rPr>
          <w:b/>
          <w:bCs/>
        </w:rPr>
        <w:t xml:space="preserve">the patrons, patting shoulders and clearing away the debris while straightening tables and producing new chairs and dispensing free glasses of whisky.</w:t>
      </w:r>
      <w:r>
        <w:br/>
      </w:r>
      <w:r>
        <w:t xml:space="preserve">    (a) drawing</w:t>
      </w:r>
      <w:r>
        <w:br/>
      </w:r>
      <w:r>
        <w:t xml:space="preserve">    (b) trading</w:t>
      </w:r>
      <w:r>
        <w:br/>
      </w:r>
      <w:r>
        <w:t xml:space="preserve">    (c)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'I assume that trust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to this opportunity, whatever it is?</w:t>
      </w:r>
      <w:r>
        <w:br/>
      </w:r>
      <w:r>
        <w:t xml:space="preserve">    (a) the state or degree of being very large</w:t>
      </w:r>
      <w:r>
        <w:br/>
      </w:r>
      <w:r>
        <w:t xml:space="preserve">    (b) meticulousness (care for small details)</w:t>
      </w:r>
      <w:r>
        <w:br/>
      </w:r>
      <w:r>
        <w:t xml:space="preserve">    (c) belonging to a thing by its very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 individual operating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erroneous</w:t>
      </w:r>
      <w:r>
        <w:rPr>
          <w:b/>
          <w:bCs/>
        </w:rPr>
        <w:t xml:space="preserve"> </w:t>
      </w:r>
      <w:r>
        <w:rPr>
          <w:b/>
          <w:bCs/>
        </w:rPr>
        <w:t xml:space="preserve">information.</w:t>
      </w:r>
      <w:r>
        <w:br/>
      </w:r>
      <w:r>
        <w:t xml:space="preserve">    (a) lacking a reason for doing something</w:t>
      </w:r>
      <w:r>
        <w:br/>
      </w:r>
      <w:r>
        <w:t xml:space="preserve">    (b) inconspicuousness or trustworthiness</w:t>
      </w:r>
      <w:r>
        <w:br/>
      </w:r>
      <w:r>
        <w:t xml:space="preserve">    (c) containing or characterized by error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Quite apart from the claims against us, we would become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pariah</w:t>
      </w:r>
      <w:r>
        <w:rPr>
          <w:b/>
          <w:bCs/>
        </w:rPr>
        <w:t xml:space="preserve"> </w:t>
      </w:r>
      <w:r>
        <w:rPr>
          <w:b/>
          <w:bCs/>
        </w:rPr>
        <w:t xml:space="preserve">in the eyes of much of the civilized world.</w:t>
      </w:r>
      <w:r>
        <w:br/>
      </w:r>
      <w:r>
        <w:t xml:space="preserve">    (a) friendly and fun</w:t>
      </w:r>
      <w:r>
        <w:br/>
      </w:r>
      <w:r>
        <w:t xml:space="preserve">    (b) a social outcast</w:t>
      </w:r>
      <w:r>
        <w:br/>
      </w:r>
      <w:r>
        <w:t xml:space="preserve">    (c) someone who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the colony's expertise trade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stymied</w:t>
      </w:r>
      <w:r>
        <w:rPr>
          <w:b/>
          <w:bCs/>
        </w:rPr>
        <w:t xml:space="preserve">, a labour force of millions will be in chaos — hunger and disease will be rampant.</w:t>
      </w:r>
      <w:r>
        <w:br/>
      </w:r>
      <w:r>
        <w:t xml:space="preserve">    (a) marked important text</w:t>
      </w:r>
      <w:r>
        <w:br/>
      </w:r>
      <w:r>
        <w:t xml:space="preserve">    (b) prevented or hindered</w:t>
      </w:r>
      <w:r>
        <w:br/>
      </w:r>
      <w:r>
        <w:t xml:space="preserve">    (c) gained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they are ugly realizations,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actually, but one must weigh the greater good, the greater benefits.</w:t>
      </w:r>
      <w:r>
        <w:br/>
      </w:r>
      <w:r>
        <w:t xml:space="preserve">    (a) very large</w:t>
      </w:r>
      <w:r>
        <w:br/>
      </w:r>
      <w:r>
        <w:t xml:space="preserve">    (b) related to</w:t>
      </w:r>
      <w:r>
        <w:br/>
      </w:r>
      <w:r>
        <w:t xml:space="preserve">    (c) disgusting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Whatever Conklin's faults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duplicities</w:t>
      </w:r>
      <w:r>
        <w:rPr>
          <w:b/>
          <w:bCs/>
        </w:rPr>
        <w:t xml:space="preserve">, few men in the intelligence community had the insights and the sources he had developed over a lifetime of commitment.</w:t>
      </w:r>
      <w:r>
        <w:br/>
      </w:r>
      <w:r>
        <w:t xml:space="preserve">    (a) main roads</w:t>
      </w:r>
      <w:r>
        <w:br/>
      </w:r>
      <w:r>
        <w:t xml:space="preserve">    (b) deceptions</w:t>
      </w:r>
      <w:r>
        <w:br/>
      </w:r>
      <w:r>
        <w:t xml:space="preserve">    (c) sympathies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specialist then proceeded to insert the photos in place and under a large, powerful magnifying glass skillfully stamped out the original State Department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perforations</w:t>
      </w:r>
      <w:r>
        <w:rPr>
          <w:b/>
          <w:bCs/>
        </w:rPr>
        <w:t xml:space="preserve"> </w:t>
      </w:r>
      <w:r>
        <w:rPr>
          <w:b/>
          <w:bCs/>
        </w:rPr>
        <w:t xml:space="preserve">with a tool of his own design.</w:t>
      </w:r>
      <w:r>
        <w:br/>
      </w:r>
      <w:r>
        <w:t xml:space="preserve">    (a) supporters of dramatic change -- sometimes people fighting for overthrow of a government</w:t>
      </w:r>
      <w:r>
        <w:br/>
      </w:r>
      <w:r>
        <w:t xml:space="preserve">    (b) workplaces where people do scientific or medical research, or produce drugs or chemicals</w:t>
      </w:r>
      <w:r>
        <w:br/>
      </w:r>
      <w:r>
        <w:t xml:space="preserve">    (c) small holes -- often used to make it easy to tear a piece of paper along a specific line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banality</w:t>
      </w:r>
      <w:r>
        <w:rPr>
          <w:b/>
          <w:bCs/>
        </w:rPr>
        <w:t xml:space="preserve">, Mr Undersecretary.</w:t>
      </w:r>
      <w:r>
        <w:br/>
      </w:r>
      <w:r>
        <w:t xml:space="preserve">    (a) something that is uninteresting due to a lack of anything original or unusual</w:t>
      </w:r>
      <w:r>
        <w:br/>
      </w:r>
      <w:r>
        <w:t xml:space="preserve">    (b) a psychologist concerned with the treatment of abnormal thinking and behavior</w:t>
      </w:r>
      <w:r>
        <w:br/>
      </w:r>
      <w:r>
        <w:t xml:space="preserve">    (c) a stone shaped like a disk that spins and is used to grind, sharpen or polish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their employer will attest to the fact that I'm a reasonably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proficient</w:t>
      </w:r>
      <w:r>
        <w:rPr>
          <w:b/>
          <w:bCs/>
        </w:rPr>
        <w:t xml:space="preserve"> </w:t>
      </w:r>
      <w:r>
        <w:rPr>
          <w:b/>
          <w:bCs/>
        </w:rPr>
        <w:t xml:space="preserve">marksman.</w:t>
      </w:r>
      <w:r>
        <w:br/>
      </w:r>
      <w:r>
        <w:t xml:space="preserve">    (a) absolute</w:t>
      </w:r>
      <w:r>
        <w:br/>
      </w:r>
      <w:r>
        <w:t xml:space="preserve">    (b) pleasing</w:t>
      </w:r>
      <w:r>
        <w:br/>
      </w:r>
      <w:r>
        <w:t xml:space="preserve">    (c) skillful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corridors crippled beggars vie with half-dressed prostitutes and drug peddlers in the eerie wash of naked bulbs that hang from exposed wires along the stone walls.</w:t>
      </w:r>
      <w:r>
        <w:br/>
      </w:r>
      <w:r>
        <w:t xml:space="preserve">    (a) with the involvement of other people or things</w:t>
      </w:r>
      <w:r>
        <w:br/>
      </w:r>
      <w:r>
        <w:t xml:space="preserve">    (b) dirty and unpleasant; or (more rarely) immoral</w:t>
      </w:r>
      <w:r>
        <w:br/>
      </w:r>
      <w:r>
        <w:t xml:space="preserve">    (c) the state or degree of being greater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Cheng bong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ngo</w:t>
      </w:r>
      <w:r>
        <w:rPr>
          <w:b/>
          <w:bCs/>
        </w:rPr>
        <w:t xml:space="preserve">!' screeched the legless beggar clattering down the alley, careening into the wall as he screamed.</w:t>
      </w:r>
      <w:r>
        <w:br/>
      </w:r>
      <w:r>
        <w:t xml:space="preserve">    (a) a person who monitors a criminal who does not have to be in prison as long as they demonstrate good behavior and obey special restrictions</w:t>
      </w:r>
      <w:r>
        <w:br/>
      </w:r>
      <w:r>
        <w:t xml:space="preserve">    (b) the result of numerical division (if 8 divided by 4 = 2, then 8 can be described as the dividend, 4 as the divisor, and 2 as the quotient)</w:t>
      </w:r>
      <w:r>
        <w:br/>
      </w:r>
      <w:r>
        <w:t xml:space="preserve">    (c)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 (private, non-profit organization working for member goals at the international level)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dark beach was deserted, but there were crowds in the old hotel up by the road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anachronistic</w:t>
      </w:r>
      <w:r>
        <w:rPr>
          <w:b/>
          <w:bCs/>
        </w:rPr>
        <w:t xml:space="preserve"> </w:t>
      </w:r>
      <w:r>
        <w:rPr>
          <w:b/>
          <w:bCs/>
        </w:rPr>
        <w:t xml:space="preserve">hamburger shop across the way.</w:t>
      </w:r>
      <w:r>
        <w:br/>
      </w:r>
      <w:r>
        <w:t xml:space="preserve">    (a) something out of place for it's time - typically something that belongs in the past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relating to one-sided information that is purposefully spread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flat sandals lowered her height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ersatz</w:t>
      </w:r>
      <w:r>
        <w:rPr>
          <w:b/>
          <w:bCs/>
        </w:rPr>
        <w:t xml:space="preserve"> </w:t>
      </w:r>
      <w:r>
        <w:rPr>
          <w:b/>
          <w:bCs/>
        </w:rPr>
        <w:t xml:space="preserve">Gucci purse marked her as a gullible tourist in Hong Kong, exactly what she was not.</w:t>
      </w:r>
      <w:r>
        <w:br/>
      </w:r>
      <w:r>
        <w:t xml:space="preserve">    (a) the state or character of being greater than zero</w:t>
      </w:r>
      <w:r>
        <w:br/>
      </w:r>
      <w:r>
        <w:t xml:space="preserve">    (b) in a state where something cannot be seen clearly</w:t>
      </w:r>
      <w:r>
        <w:br/>
      </w:r>
      <w:r>
        <w:t xml:space="preserve">    (c) an artificial or inferior substitute or imitation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Catherine was not the sort of person to issue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 </w:t>
      </w:r>
      <w:r>
        <w:rPr>
          <w:b/>
          <w:bCs/>
        </w:rPr>
        <w:t xml:space="preserve">commands.</w:t>
      </w:r>
      <w:r>
        <w:br/>
      </w:r>
      <w:r>
        <w:t xml:space="preserve">    (a) not allowing contradiction or refusal</w:t>
      </w:r>
      <w:r>
        <w:br/>
      </w:r>
      <w:r>
        <w:t xml:space="preserve">    (b) not bouncing back light/heat/sound...</w:t>
      </w:r>
      <w:r>
        <w:br/>
      </w:r>
      <w:r>
        <w:t xml:space="preserve">    (c) able to be restored to good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would feign outrage and tell us bluntly that if we pursue such despicable fantasies in an attempt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him, he'll void the China Accords, claiming duplicity, and move Hong Kong into Peking's economic orbit immediately.</w:t>
      </w:r>
      <w:r>
        <w:br/>
      </w:r>
      <w:r>
        <w:t xml:space="preserve">    (a) damage the reputation of</w:t>
      </w:r>
      <w:r>
        <w:br/>
      </w:r>
      <w:r>
        <w:t xml:space="preserve">    (b) struggle or disagreement</w:t>
      </w:r>
      <w:r>
        <w:br/>
      </w:r>
      <w:r>
        <w:t xml:space="preserve">    (c) include consideration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subtle point of recognition; only one superior kind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allocated</w:t>
      </w:r>
      <w:r>
        <w:rPr>
          <w:b/>
          <w:bCs/>
        </w:rPr>
        <w:t xml:space="preserve"> </w:t>
      </w:r>
      <w:r>
        <w:rPr>
          <w:b/>
          <w:bCs/>
        </w:rPr>
        <w:t xml:space="preserve">to one elite circle.</w:t>
      </w:r>
      <w:r>
        <w:br/>
      </w:r>
      <w:r>
        <w:t xml:space="preserve">    (a) selected (on a computer screen)</w:t>
      </w:r>
      <w:r>
        <w:br/>
      </w:r>
      <w:r>
        <w:t xml:space="preserve">    (b) took up or received into heaven</w:t>
      </w:r>
      <w:r>
        <w:br/>
      </w:r>
      <w:r>
        <w:t xml:space="preserve">    (c) set apart for a special purpose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2026-07-31T16:15:23Z</dcterms:created>
  <dcterms:modified xsi:type="dcterms:W3CDTF">2026-07-31T16:15:23Z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