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d00fed861dc8d2869e0b2e551bea8cd4c7add5"/>
    <w:p>
      <w:pPr>
        <w:pStyle w:val="Heading1"/>
      </w:pPr>
      <w:r>
        <w:rPr>
          <w:b/>
          <w:bCs/>
        </w:rPr>
        <w:t xml:space="preserve">The Bourne Identity</w:t>
      </w:r>
      <w:r>
        <w:br/>
      </w:r>
      <w:r>
        <w:rPr>
          <w:i/>
          <w:iCs/>
        </w:rPr>
        <w:t xml:space="preserve">Robert Ludlum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open shirt fell away from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taut</w:t>
      </w:r>
      <w:r>
        <w:rPr>
          <w:b/>
          <w:bCs/>
        </w:rPr>
        <w:t xml:space="preserve"> </w:t>
      </w:r>
      <w:r>
        <w:rPr>
          <w:b/>
          <w:bCs/>
        </w:rPr>
        <w:t xml:space="preserve">frame, exposing the bandages on his chest and stomach.</w:t>
      </w:r>
      <w:r>
        <w:br/>
      </w:r>
      <w:r>
        <w:t xml:space="preserve">    (a) relating to logical examination to improve understanding</w:t>
      </w:r>
      <w:r>
        <w:br/>
      </w:r>
      <w:r>
        <w:t xml:space="preserve">    (b) the state or degree of being pessimistic or disagreeable</w:t>
      </w:r>
      <w:r>
        <w:br/>
      </w:r>
      <w:r>
        <w:t xml:space="preserve">    (c) pulled or drawn tight;</w:t>
      </w:r>
      <w:r>
        <w:br/>
      </w:r>
      <w:r>
        <w:t xml:space="preserve">or: subjected to great tension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appear to be a mass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contradictions</w:t>
      </w:r>
      <w:r>
        <w:rPr>
          <w:b/>
          <w:bCs/>
        </w:rPr>
        <w:t xml:space="preserve">; there's a subsurface violence almost always in control, but very much alive.</w:t>
      </w:r>
      <w:r>
        <w:br/>
      </w:r>
      <w:r>
        <w:t xml:space="preserve">    (a) things that disagree with themselves; or (more rarely) acts of disagreeing</w:t>
      </w:r>
      <w:r>
        <w:br/>
      </w:r>
      <w:r>
        <w:t xml:space="preserve">    (b) acts of move something out of an interacting position; or acts of stopping</w:t>
      </w:r>
      <w:r>
        <w:br/>
      </w:r>
      <w:r>
        <w:t xml:space="preserve">    (c) things about which one feels angry or unhappy due to having to accept them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hurled himself from a plane ...at night ...signals and metal and straps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intrinsic</w:t>
      </w:r>
      <w:r>
        <w:rPr>
          <w:b/>
          <w:bCs/>
        </w:rPr>
        <w:t xml:space="preserve"> </w:t>
      </w:r>
      <w:r>
        <w:rPr>
          <w:b/>
          <w:bCs/>
        </w:rPr>
        <w:t xml:space="preserve">to his leap.</w:t>
      </w:r>
      <w:r>
        <w:br/>
      </w:r>
      <w:r>
        <w:t xml:space="preserve">    (a) the state or degree of being very large</w:t>
      </w:r>
      <w:r>
        <w:br/>
      </w:r>
      <w:r>
        <w:t xml:space="preserve">    (b) belonging to a thing by its very nature</w:t>
      </w:r>
      <w:r>
        <w:br/>
      </w:r>
      <w:r>
        <w:t xml:space="preserve">    (c) meticulousness (care for small details)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entire business had taken an hour and twenty minutes, only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discordant</w:t>
      </w:r>
      <w:r>
        <w:rPr>
          <w:b/>
          <w:bCs/>
        </w:rPr>
        <w:t xml:space="preserve"> </w:t>
      </w:r>
      <w:r>
        <w:rPr>
          <w:b/>
          <w:bCs/>
        </w:rPr>
        <w:t xml:space="preserve">note intruding on the smooth proceedings.</w:t>
      </w:r>
      <w:r>
        <w:br/>
      </w:r>
      <w:r>
        <w:t xml:space="preserve">    (a) without purpose, job, or natural activity</w:t>
      </w:r>
      <w:r>
        <w:br/>
      </w:r>
      <w:r>
        <w:t xml:space="preserve">    (b) conflicting</w:t>
      </w:r>
      <w:r>
        <w:br/>
      </w:r>
      <w:r>
        <w:t xml:space="preserve">    (c) unable or difficult to meet and talk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clattered as the board lit up with incoming calls that made no connections, answered only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discordant</w:t>
      </w:r>
      <w:r>
        <w:rPr>
          <w:b/>
          <w:bCs/>
        </w:rPr>
        <w:t xml:space="preserve"> </w:t>
      </w:r>
      <w:r>
        <w:rPr>
          <w:b/>
          <w:bCs/>
        </w:rPr>
        <w:t xml:space="preserve">hums.</w:t>
      </w:r>
      <w:r>
        <w:br/>
      </w:r>
      <w:r>
        <w:t xml:space="preserve">    (a) unpleasant sounding</w:t>
      </w:r>
      <w:r>
        <w:br/>
      </w:r>
      <w:r>
        <w:t xml:space="preserve">    (b) able to be found</w:t>
      </w:r>
      <w:r>
        <w:br/>
      </w:r>
      <w:r>
        <w:t xml:space="preserve">    (c) likely to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the pre-evening hour during an international conference, a thousand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tentative</w:t>
      </w:r>
      <w:r>
        <w:rPr>
          <w:b/>
          <w:bCs/>
        </w:rPr>
        <w:t xml:space="preserve"> </w:t>
      </w:r>
      <w:r>
        <w:rPr>
          <w:b/>
          <w:bCs/>
        </w:rPr>
        <w:t xml:space="preserve">plans being made, rank and courtesan separated by glances of approval and rebuke, odd groupings everywhere.</w:t>
      </w:r>
      <w:r>
        <w:br/>
      </w:r>
      <w:r>
        <w:t xml:space="preserve">    (a) not capable of being suffered through (or put up with)</w:t>
      </w:r>
      <w:r>
        <w:br/>
      </w:r>
      <w:r>
        <w:t xml:space="preserve">    (b) subject to change (possibly going to change)</w:t>
      </w:r>
      <w:r>
        <w:br/>
      </w:r>
      <w:r>
        <w:t xml:space="preserve">    (c) the degree to which something can be solved or settled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started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tentatively</w:t>
      </w:r>
      <w:r>
        <w:rPr>
          <w:b/>
          <w:bCs/>
        </w:rPr>
        <w:t xml:space="preserve"> </w:t>
      </w:r>
      <w:r>
        <w:rPr>
          <w:b/>
          <w:bCs/>
        </w:rPr>
        <w:t xml:space="preserve">to the left; the elevator had been on his left when he had driven the car up several days ago.</w:t>
      </w:r>
      <w:r>
        <w:br/>
      </w:r>
      <w:r>
        <w:t xml:space="preserve">    (a) in an unsure manner</w:t>
      </w:r>
      <w:r>
        <w:br/>
      </w:r>
      <w:r>
        <w:t xml:space="preserve">    (b) in a manner that is not sincere</w:t>
      </w:r>
      <w:r>
        <w:br/>
      </w:r>
      <w:r>
        <w:t xml:space="preserve">    (c) in comparison to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as it always was, the hooded figure of a man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monk</w:t>
      </w:r>
      <w:r>
        <w:rPr>
          <w:b/>
          <w:bCs/>
        </w:rPr>
        <w:t xml:space="preserve">'s habit.</w:t>
      </w:r>
      <w:r>
        <w:br/>
      </w:r>
      <w:r>
        <w:t xml:space="preserve">    (a) gradual destruction (of something previously established) -- such as a government, rule, or belief</w:t>
      </w:r>
      <w:r>
        <w:br/>
      </w:r>
      <w:r>
        <w:t xml:space="preserve">    (b) a male member of a religious order typically living under vows of poverty, chastity, and obedience</w:t>
      </w:r>
      <w:r>
        <w:br/>
      </w:r>
      <w:r>
        <w:t xml:space="preserve">    (c) a system of government with a ruler who has absolute power -- especially one who abuses that power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chameleon</w:t>
      </w:r>
      <w:r>
        <w:rPr>
          <w:b/>
          <w:bCs/>
        </w:rPr>
        <w:t xml:space="preserve">, designed to fit a flexible mold.</w:t>
      </w:r>
      <w:r>
        <w:br/>
      </w:r>
      <w:r>
        <w:t xml:space="preserve">    (a) a person who changes opinions, behavior, or appearance depending upon the circumstances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 kind of lizard that changes its colors to match the colors around it</w:t>
      </w:r>
      <w:r>
        <w:br/>
      </w:r>
      <w:r>
        <w:t xml:space="preserve">    (b) the act of forcing into an undesired activity or situation -- such as legally sentencing someone to punishment  OR  the act of finding guilty -- especially in court</w:t>
      </w:r>
      <w:r>
        <w:br/>
      </w:r>
      <w:r>
        <w:t xml:space="preserve">    (c) a workplace where people do scientific or medical research, or produce drugs or chemicals (also used figuratively)  OR  (as an adjective) related to such a place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...his vast plantation in the Mekong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delta</w:t>
      </w:r>
      <w:r>
        <w:rPr>
          <w:b/>
          <w:bCs/>
        </w:rPr>
        <w:t xml:space="preserve">.</w:t>
      </w:r>
      <w:r>
        <w:br/>
      </w:r>
      <w:r>
        <w:t xml:space="preserve">    (a) extensive plain without trees (associated with eastern Russia and Siberia)</w:t>
      </w:r>
      <w:r>
        <w:br/>
      </w:r>
      <w:r>
        <w:t xml:space="preserve">    (b) where a river divides before entering a larger body of water</w:t>
      </w:r>
      <w:r>
        <w:br/>
      </w:r>
      <w:r>
        <w:t xml:space="preserve">    (c) a line of elevated terrain from which a continent's rivers flow in two different directions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simply '</w:t>
      </w:r>
      <w:r>
        <w:rPr>
          <w:b/>
          <w:bCs/>
          <w:u w:val="single"/>
        </w:rPr>
        <w:t xml:space="preserve">Delta</w:t>
      </w:r>
      <w:r>
        <w:rPr>
          <w:b/>
          <w:bCs/>
        </w:rPr>
        <w:t xml:space="preserve">' to me.</w:t>
      </w:r>
      <w:r>
        <w:br/>
      </w:r>
      <w:r>
        <w:t xml:space="preserve">    (a) a line of elevated terrain from which a continent's rivers flow in two different directions</w:t>
      </w:r>
      <w:r>
        <w:br/>
      </w:r>
      <w:r>
        <w:t xml:space="preserve">    (b) extensive plain without trees (associated with eastern Russia and Siberia)</w:t>
      </w:r>
      <w:r>
        <w:br/>
      </w:r>
      <w:r>
        <w:t xml:space="preserve">    (c) 4th letter of the Greek alphabet (used as a designation)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birdlike expression on Gillette's face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conveyed</w:t>
      </w:r>
      <w:r>
        <w:rPr>
          <w:b/>
          <w:bCs/>
        </w:rPr>
        <w:t xml:space="preserve"> </w:t>
      </w:r>
      <w:r>
        <w:rPr>
          <w:b/>
          <w:bCs/>
        </w:rPr>
        <w:t xml:space="preserve">his astonishment.</w:t>
      </w:r>
      <w:r>
        <w:br/>
      </w:r>
      <w:r>
        <w:t xml:space="preserve">    (a) communicated or expressed</w:t>
      </w:r>
      <w:r>
        <w:br/>
      </w:r>
      <w:r>
        <w:t xml:space="preserve">    (b) was abundant or plentiful</w:t>
      </w:r>
      <w:r>
        <w:br/>
      </w:r>
      <w:r>
        <w:t xml:space="preserve">    (c) thought -- possibly aloud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what you've told me to our friend.</w:t>
      </w:r>
      <w:r>
        <w:br/>
      </w:r>
      <w:r>
        <w:t xml:space="preserve">    (a) collision</w:t>
      </w:r>
      <w:r>
        <w:br/>
      </w:r>
      <w:r>
        <w:t xml:space="preserve">    (b) transport</w:t>
      </w:r>
      <w:r>
        <w:br/>
      </w:r>
      <w:r>
        <w:t xml:space="preserve">    (c) translate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"But by this time hadn't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the fact that he'd been with Medusa?" asked the Tennessean.</w:t>
      </w:r>
      <w:r>
        <w:br/>
      </w:r>
      <w:r>
        <w:t xml:space="preserve">    (a) examined an issue, got opinions by asking specific questions; and/or asked people for political support individually</w:t>
      </w:r>
      <w:r>
        <w:br/>
      </w:r>
      <w:r>
        <w:t xml:space="preserve">    (b) accepted someone's membership though a special procedure such as a ceremony and/or period of instruction and/or test</w:t>
      </w:r>
      <w:r>
        <w:br/>
      </w:r>
      <w:r>
        <w:t xml:space="preserve">    (c) determined or shown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delicate balance had to be found in the telling, parameters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as to time and the general's immediate contributions.</w:t>
      </w:r>
      <w:r>
        <w:br/>
      </w:r>
      <w:r>
        <w:t xml:space="preserve">    (a) set</w:t>
      </w:r>
      <w:r>
        <w:br/>
      </w:r>
      <w:r>
        <w:t xml:space="preserve">    (b) persuaded someone to want something (often sex or love) by tempting with something desired</w:t>
      </w:r>
      <w:r>
        <w:br/>
      </w:r>
      <w:r>
        <w:t xml:space="preserve">    (c) not having a relationship whereby a change in one thing helps predict a change in another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threw the money on the counter, grabbed two papers,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propelled</w:t>
      </w:r>
      <w:r>
        <w:rPr>
          <w:b/>
          <w:bCs/>
        </w:rPr>
        <w:t xml:space="preserve"> </w:t>
      </w:r>
      <w:r>
        <w:rPr>
          <w:b/>
          <w:bCs/>
        </w:rPr>
        <w:t xml:space="preserve">her down the dark, rainsoaked street.</w:t>
      </w:r>
      <w:r>
        <w:br/>
      </w:r>
      <w:r>
        <w:t xml:space="preserve">    (a) played cheerful and lively music</w:t>
      </w:r>
      <w:r>
        <w:br/>
      </w:r>
      <w:r>
        <w:t xml:space="preserve">    (b) caused something to move forward</w:t>
      </w:r>
      <w:r>
        <w:br/>
      </w:r>
      <w:r>
        <w:t xml:space="preserve">    (c) not found, sought, or researched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Marie St. Jacques was expendable, a baited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decoy</w:t>
      </w:r>
      <w:r>
        <w:rPr>
          <w:b/>
          <w:bCs/>
        </w:rPr>
        <w:t xml:space="preserve"> </w:t>
      </w:r>
      <w:r>
        <w:rPr>
          <w:b/>
          <w:bCs/>
        </w:rPr>
        <w:t xml:space="preserve">that would die in the trap that caught Cain.</w:t>
      </w:r>
      <w:r>
        <w:br/>
      </w:r>
      <w:r>
        <w:t xml:space="preserve">    (a) provide investment funds for something -- such as a business</w:t>
      </w:r>
      <w:r>
        <w:br/>
      </w:r>
      <w:r>
        <w:t xml:space="preserve">    (b) point to differences between; or compare to show differences</w:t>
      </w:r>
      <w:r>
        <w:br/>
      </w:r>
      <w:r>
        <w:t xml:space="preserve">    (c) someone or something used for trickery -- especially to lure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Yes, but it doesn't matter; it's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relevant</w:t>
      </w:r>
      <w:r>
        <w:rPr>
          <w:b/>
          <w:bCs/>
        </w:rPr>
        <w:t xml:space="preserve">.</w:t>
      </w:r>
      <w:r>
        <w:br/>
      </w:r>
      <w:r>
        <w:t xml:space="preserve">    (a) having the ability to change for different situations</w:t>
      </w:r>
      <w:r>
        <w:br/>
      </w:r>
      <w:r>
        <w:t xml:space="preserve">    (b) not concerned with what others might think of oneself</w:t>
      </w:r>
      <w:r>
        <w:br/>
      </w:r>
      <w:r>
        <w:t xml:space="preserve">    (c) meaningful to the issue in question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stillness the old man could hear the slow,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</w:t>
      </w:r>
      <w:r>
        <w:rPr>
          <w:b/>
          <w:bCs/>
        </w:rPr>
        <w:t xml:space="preserve"> </w:t>
      </w:r>
      <w:r>
        <w:rPr>
          <w:b/>
          <w:bCs/>
        </w:rPr>
        <w:t xml:space="preserve">breathing of the figure beyond the cloth.</w:t>
      </w:r>
      <w:r>
        <w:br/>
      </w:r>
      <w:r>
        <w:t xml:space="preserve">    (a) inconspicuousness or trustworthiness</w:t>
      </w:r>
      <w:r>
        <w:br/>
      </w:r>
      <w:r>
        <w:t xml:space="preserve">    (b) slow</w:t>
      </w:r>
      <w:r>
        <w:br/>
      </w:r>
      <w:r>
        <w:t xml:space="preserve">    (c) lacking a reason for doing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sound had not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deliberate</w:t>
      </w:r>
      <w:r>
        <w:rPr>
          <w:b/>
          <w:bCs/>
        </w:rPr>
        <w:t xml:space="preserve">; it had not been loud enough or prolonged enough to signify a trap.</w:t>
      </w:r>
      <w:r>
        <w:br/>
      </w:r>
      <w:r>
        <w:t xml:space="preserve">    (a) serving to help explain or demonstrate something</w:t>
      </w:r>
      <w:r>
        <w:br/>
      </w:r>
      <w:r>
        <w:t xml:space="preserve">    (b) most important; or person that is most important</w:t>
      </w:r>
      <w:r>
        <w:br/>
      </w:r>
      <w:r>
        <w:t xml:space="preserve">    (c) intentional (done on purpose)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2026-05-20T02:48:57Z</dcterms:created>
  <dcterms:modified xsi:type="dcterms:W3CDTF">2026-05-20T02:48:57Z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