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a4437b2f3110a4b68ce7139f5b5dffba24ef1f"/>
    <w:p>
      <w:pPr>
        <w:pStyle w:val="Heading1"/>
      </w:pPr>
      <w:r>
        <w:rPr>
          <w:b/>
          <w:bCs/>
        </w:rPr>
        <w:t xml:space="preserve">The Border Legion</w:t>
      </w:r>
      <w:r>
        <w:br/>
      </w:r>
      <w:r>
        <w:rPr>
          <w:i/>
          <w:iCs/>
        </w:rPr>
        <w:t xml:space="preserve">Zane Grey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rare</w:t>
      </w:r>
      <w:r>
        <w:br/>
      </w:r>
      <w:r>
        <w:t xml:space="preserve">    (b) emotional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purpose of this exercise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augment</w:t>
      </w:r>
      <w:r>
        <w:rPr>
          <w:b/>
          <w:bCs/>
        </w:rPr>
        <w:t xml:space="preserve"> </w:t>
      </w:r>
      <w:r>
        <w:rPr>
          <w:b/>
          <w:bCs/>
        </w:rPr>
        <w:t xml:space="preserve">the natural vocabulary growth that comes with reading.</w:t>
      </w:r>
      <w:r>
        <w:br/>
      </w:r>
      <w:r>
        <w:t xml:space="preserve">    (a) argue for</w:t>
      </w:r>
      <w:r>
        <w:br/>
      </w:r>
      <w:r>
        <w:t xml:space="preserve">    (b) study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similarity</w:t>
      </w:r>
      <w:r>
        <w:br/>
      </w:r>
      <w:r>
        <w:t xml:space="preserve">    (b) notable difference</w:t>
      </w:r>
      <w:r>
        <w:br/>
      </w:r>
      <w:r>
        <w:t xml:space="preserve">    (c) covering of all styles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clever and deceitful</w:t>
      </w:r>
      <w:r>
        <w:br/>
      </w:r>
      <w:r>
        <w:t xml:space="preserve">    (b) strong and cruel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wouldn't talk about it, but I was 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project isn't going well.</w:t>
      </w:r>
      <w:r>
        <w:br/>
      </w:r>
      <w:r>
        <w:t xml:space="preserve">    (a) share</w:t>
      </w:r>
      <w:r>
        <w:br/>
      </w:r>
      <w:r>
        <w:t xml:space="preserve">    (b) state</w:t>
      </w:r>
      <w:r>
        <w:br/>
      </w:r>
      <w:r>
        <w:t xml:space="preserve">    (c) figure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storm raged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force, showing no signs of stopping.</w:t>
      </w:r>
      <w:r>
        <w:br/>
      </w:r>
      <w:r>
        <w:t xml:space="preserve">    (a) unyielding</w:t>
      </w:r>
      <w:r>
        <w:br/>
      </w:r>
      <w:r>
        <w:t xml:space="preserve">    (b) increasing</w:t>
      </w:r>
      <w:r>
        <w:br/>
      </w:r>
      <w:r>
        <w:t xml:space="preserve">    (c) diminishing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figured out</w:t>
      </w:r>
      <w:r>
        <w:br/>
      </w:r>
      <w:r>
        <w:t xml:space="preserve">    (b) converted</w:t>
      </w:r>
      <w:r>
        <w:br/>
      </w:r>
      <w:r>
        <w:t xml:space="preserve">    (c)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 between coworkers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 </w:t>
      </w:r>
      <w:r>
        <w:rPr>
          <w:b/>
          <w:bCs/>
        </w:rPr>
        <w:t xml:space="preserve">quality that takes years to build.</w:t>
      </w:r>
      <w:r>
        <w:br/>
      </w:r>
      <w:r>
        <w:t xml:space="preserve">    (a) extremely heavy</w:t>
      </w:r>
      <w:r>
        <w:br/>
      </w:r>
      <w:r>
        <w:t xml:space="preserve">    (b) easily broken</w:t>
      </w:r>
      <w:r>
        <w:br/>
      </w:r>
      <w:r>
        <w:t xml:space="preserve">    (c) non-material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Intuitively</w:t>
      </w:r>
      <w:r>
        <w:rPr>
          <w:b/>
          <w:bCs/>
        </w:rPr>
        <w:t xml:space="preserve">, I knew not to trust her.</w:t>
      </w:r>
      <w:r>
        <w:br/>
      </w:r>
      <w:r>
        <w:t xml:space="preserve">    (a) instinctively</w:t>
      </w:r>
      <w:r>
        <w:br/>
      </w:r>
      <w:r>
        <w:t xml:space="preserve">    (b) logically</w:t>
      </w:r>
      <w:r>
        <w:br/>
      </w:r>
      <w:r>
        <w:t xml:space="preserve">    (c) conclusively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program has been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</w:t>
      </w:r>
      <w:r>
        <w:rPr>
          <w:b/>
          <w:bCs/>
        </w:rPr>
        <w:t xml:space="preserve"> </w:t>
      </w:r>
      <w:r>
        <w:rPr>
          <w:b/>
          <w:bCs/>
        </w:rPr>
        <w:t xml:space="preserve">failure. Everyone is trying to blame someone else for it.</w:t>
      </w:r>
      <w:r>
        <w:br/>
      </w:r>
      <w:r>
        <w:t xml:space="preserve">    (a) surprising</w:t>
      </w:r>
      <w:r>
        <w:br/>
      </w:r>
      <w:r>
        <w:t xml:space="preserve">    (b) obvious</w:t>
      </w:r>
      <w:r>
        <w:br/>
      </w:r>
      <w:r>
        <w:t xml:space="preserve">    (c) sudden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technique</w:t>
      </w:r>
      <w:r>
        <w:br/>
      </w:r>
      <w:r>
        <w:t xml:space="preserve">    (b) excuse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despite that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weariness</w:t>
      </w:r>
      <w:r>
        <w:br/>
      </w:r>
      <w:r>
        <w:t xml:space="preserve">    (b) danger</w:t>
      </w:r>
      <w:r>
        <w:br/>
      </w:r>
      <w:r>
        <w:t xml:space="preserve">    (c) fame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expressed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at having let them down.</w:t>
      </w:r>
      <w:r>
        <w:br/>
      </w:r>
      <w:r>
        <w:t xml:space="preserve">    (a) frustration</w:t>
      </w:r>
      <w:r>
        <w:br/>
      </w:r>
      <w:r>
        <w:t xml:space="preserve">    (b) regret</w:t>
      </w:r>
      <w:r>
        <w:br/>
      </w:r>
      <w:r>
        <w:t xml:space="preserve">    (c)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 freshly brewed coffee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her sleep.</w:t>
      </w:r>
      <w:r>
        <w:br/>
      </w:r>
      <w:r>
        <w:t xml:space="preserve">    (a) deepened</w:t>
      </w:r>
      <w:r>
        <w:br/>
      </w:r>
      <w:r>
        <w:t xml:space="preserve">    (b) interrupted</w:t>
      </w:r>
      <w:r>
        <w:br/>
      </w:r>
      <w:r>
        <w:t xml:space="preserve">    (c) awakened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encourages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complicated</w:t>
      </w:r>
      <w:r>
        <w:br/>
      </w:r>
      <w:r>
        <w:t xml:space="preserve">    (b) evil</w:t>
      </w:r>
      <w:r>
        <w:br/>
      </w:r>
      <w:r>
        <w:t xml:space="preserve">    (c)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exhibited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happy</w:t>
      </w:r>
      <w:r>
        <w:br/>
      </w:r>
      <w:r>
        <w:t xml:space="preserve">    (b) curious</w:t>
      </w:r>
      <w:r>
        <w:br/>
      </w:r>
      <w:r>
        <w:t xml:space="preserve">    (c) cheerless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confused</w:t>
      </w:r>
      <w:r>
        <w:br/>
      </w:r>
      <w:r>
        <w:t xml:space="preserve">    (c) emotionless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gave in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2026-07-31T17:38:57Z</dcterms:created>
  <dcterms:modified xsi:type="dcterms:W3CDTF">2026-07-31T17:38:57Z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