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699f048753b2676749ab7af4f3cc92598bad27"/>
    <w:p>
      <w:pPr>
        <w:pStyle w:val="Heading1"/>
      </w:pPr>
      <w:r>
        <w:rPr>
          <w:b/>
          <w:bCs/>
        </w:rPr>
        <w:t xml:space="preserve">The Border Legion</w:t>
      </w:r>
      <w:r>
        <w:br/>
      </w:r>
      <w:r>
        <w:rPr>
          <w:i/>
          <w:iCs/>
        </w:rPr>
        <w:t xml:space="preserve">Zane Grey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remorse</w:t>
      </w:r>
      <w:r>
        <w:rPr>
          <w:b/>
          <w:bCs/>
        </w:rPr>
        <w:t xml:space="preserve"> </w:t>
      </w:r>
      <w:r>
        <w:rPr>
          <w:b/>
          <w:bCs/>
        </w:rPr>
        <w:t xml:space="preserve">and dread increased.</w:t>
      </w:r>
      <w:r>
        <w:br/>
      </w:r>
      <w:r>
        <w:t xml:space="preserve">    (a) the main building (or buildings) of government</w:t>
      </w:r>
      <w:r>
        <w:br/>
      </w:r>
      <w:r>
        <w:t xml:space="preserve">    (b) two successive lines of poetry; usually rhymed</w:t>
      </w:r>
      <w:r>
        <w:br/>
      </w:r>
      <w:r>
        <w:t xml:space="preserve">    (c) deep regret for doing something that was wrong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Silhouetted against the red of the sunset they made dark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sinister</w:t>
      </w:r>
      <w:r>
        <w:rPr>
          <w:b/>
          <w:bCs/>
        </w:rPr>
        <w:t xml:space="preserve"> </w:t>
      </w:r>
      <w:r>
        <w:rPr>
          <w:b/>
          <w:bCs/>
        </w:rPr>
        <w:t xml:space="preserve">figures.</w:t>
      </w:r>
      <w:r>
        <w:br/>
      </w:r>
      <w:r>
        <w:t xml:space="preserve">    (a) evil, harmful, or frightening</w:t>
      </w:r>
      <w:r>
        <w:br/>
      </w:r>
      <w:r>
        <w:t xml:space="preserve">    (b) not thoughtful about the past</w:t>
      </w:r>
      <w:r>
        <w:br/>
      </w:r>
      <w:r>
        <w:t xml:space="preserve">    (c) not able to be disagreed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there was something strange,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intangible</w:t>
      </w:r>
      <w:r>
        <w:rPr>
          <w:b/>
          <w:bCs/>
        </w:rPr>
        <w:t xml:space="preserve">, immense about him.</w:t>
      </w:r>
      <w:r>
        <w:br/>
      </w:r>
      <w:r>
        <w:t xml:space="preserve">    (a) unable to be physically touched (existing but not material or concrete); or something that is hard to identify</w:t>
      </w:r>
      <w:r>
        <w:br/>
      </w:r>
      <w:r>
        <w:t xml:space="preserve">    (b) someone who abandoned their religion or separated from others with whom they used to share firmly held beliefs</w:t>
      </w:r>
      <w:r>
        <w:br/>
      </w:r>
      <w:r>
        <w:t xml:space="preserve">    (c) an artists performance of another artist's work that expresses the performer's feelings or ideas about the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resignation would not come to her and her hope began to flag.</w:t>
      </w:r>
      <w:r>
        <w:br/>
      </w:r>
      <w:r>
        <w:t xml:space="preserve">    (a) therefore (for that reason)</w:t>
      </w:r>
      <w:r>
        <w:br/>
      </w:r>
      <w:r>
        <w:t xml:space="preserve">    (b) in keeping with or in agreement with what was just stated</w:t>
      </w:r>
      <w:r>
        <w:br/>
      </w:r>
      <w:r>
        <w:t xml:space="preserve">    (c) despite that (used to connect contrasting ideas)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snort and tramp of horses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roused</w:t>
      </w:r>
      <w:r>
        <w:rPr>
          <w:b/>
          <w:bCs/>
        </w:rPr>
        <w:t xml:space="preserve"> </w:t>
      </w:r>
      <w:r>
        <w:rPr>
          <w:b/>
          <w:bCs/>
        </w:rPr>
        <w:t xml:space="preserve">her, and upon sitting up she saw the men about to pack and saddle again.</w:t>
      </w:r>
      <w:r>
        <w:br/>
      </w:r>
      <w:r>
        <w:t xml:space="preserve">    (a) beyond the permitted boundary or limit</w:t>
      </w:r>
      <w:r>
        <w:br/>
      </w:r>
      <w:r>
        <w:t xml:space="preserve">    (b) explains something in a particular way</w:t>
      </w:r>
      <w:r>
        <w:br/>
      </w:r>
      <w:r>
        <w:t xml:space="preserve">    (c) to awaken, make more active, or excite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seemed to have a preoccupied air that somehow did not fit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amiableness</w:t>
      </w:r>
      <w:r>
        <w:rPr>
          <w:b/>
          <w:bCs/>
        </w:rPr>
        <w:t xml:space="preserve"> </w:t>
      </w:r>
      <w:r>
        <w:rPr>
          <w:b/>
          <w:bCs/>
        </w:rPr>
        <w:t xml:space="preserve">of his face.</w:t>
      </w:r>
      <w:r>
        <w:br/>
      </w:r>
      <w:r>
        <w:t xml:space="preserve">    (a) friendliness and agreeableness</w:t>
      </w:r>
      <w:r>
        <w:br/>
      </w:r>
      <w:r>
        <w:t xml:space="preserve">    (b) made by taking on as one's own</w:t>
      </w:r>
      <w:r>
        <w:br/>
      </w:r>
      <w:r>
        <w:t xml:space="preserve">    (c) a sensible view of a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quick to divine from that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inference</w:t>
      </w:r>
      <w:r>
        <w:rPr>
          <w:b/>
          <w:bCs/>
        </w:rPr>
        <w:t xml:space="preserve"> </w:t>
      </w:r>
      <w:r>
        <w:rPr>
          <w:b/>
          <w:bCs/>
        </w:rPr>
        <w:t xml:space="preserve">in his words—he suspected her of flirting with those ruffians, perhaps to escape him through them.</w:t>
      </w:r>
      <w:r>
        <w:br/>
      </w:r>
      <w:r>
        <w:t xml:space="preserve">    (a) conclusion (reached by reasoning)</w:t>
      </w:r>
      <w:r>
        <w:br/>
      </w:r>
      <w:r>
        <w:t xml:space="preserve">    (b) someone who expresses disapproval</w:t>
      </w:r>
      <w:r>
        <w:br/>
      </w:r>
      <w:r>
        <w:t xml:space="preserve">    (c) purpose, job, or natural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lifted her chin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scornfully</w:t>
      </w:r>
      <w:r>
        <w:rPr>
          <w:b/>
          <w:bCs/>
        </w:rPr>
        <w:t xml:space="preserve"> </w:t>
      </w:r>
      <w:r>
        <w:rPr>
          <w:b/>
          <w:bCs/>
        </w:rPr>
        <w:t xml:space="preserve">and remained silent.</w:t>
      </w:r>
      <w:r>
        <w:br/>
      </w:r>
      <w:r>
        <w:t xml:space="preserve">    (a) in a manner that is not easily noticed</w:t>
      </w:r>
      <w:r>
        <w:br/>
      </w:r>
      <w:r>
        <w:t xml:space="preserve">    (b) in a disrespectful or rejecting manner</w:t>
      </w:r>
      <w:r>
        <w:br/>
      </w:r>
      <w:r>
        <w:t xml:space="preserve">    (c) with grace of movement and flexibility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appeared to be her skill, rather than her willingness, that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to.</w:t>
      </w:r>
      <w:r>
        <w:br/>
      </w:r>
      <w:r>
        <w:t xml:space="preserve">    (a) embarrassed or self-conscious</w:t>
      </w:r>
      <w:r>
        <w:br/>
      </w:r>
      <w:r>
        <w:t xml:space="preserve">    (b) gave in, gave way, or gave up</w:t>
      </w:r>
      <w:r>
        <w:br/>
      </w:r>
      <w:r>
        <w:t xml:space="preserve">    (c) with rises and falls in pitch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murmuring of insects seemed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augmented</w:t>
      </w:r>
      <w:r>
        <w:rPr>
          <w:b/>
          <w:bCs/>
        </w:rPr>
        <w:t xml:space="preserve"> </w:t>
      </w:r>
      <w:r>
        <w:rPr>
          <w:b/>
          <w:bCs/>
        </w:rPr>
        <w:t xml:space="preserve">into a roar; the mourn of wolf and scream of cougar made her start; the rising wind moaned like a lost spirit.</w:t>
      </w:r>
      <w:r>
        <w:br/>
      </w:r>
      <w:r>
        <w:t xml:space="preserve">    (a) marked important text</w:t>
      </w:r>
      <w:r>
        <w:br/>
      </w:r>
      <w:r>
        <w:t xml:space="preserve">    (b) recognized difference</w:t>
      </w:r>
      <w:r>
        <w:br/>
      </w:r>
      <w:r>
        <w:t xml:space="preserve">    (c) enlarged or increased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just a flickering of life in him,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manifest</w:t>
      </w:r>
      <w:r>
        <w:rPr>
          <w:b/>
          <w:bCs/>
        </w:rPr>
        <w:t xml:space="preserve"> </w:t>
      </w:r>
      <w:r>
        <w:rPr>
          <w:b/>
          <w:bCs/>
        </w:rPr>
        <w:t xml:space="preserve">only in his slow, faint heart-beats.</w:t>
      </w:r>
      <w:r>
        <w:br/>
      </w:r>
      <w:r>
        <w:t xml:space="preserve">    (a) shown</w:t>
      </w:r>
      <w:r>
        <w:br/>
      </w:r>
      <w:r>
        <w:t xml:space="preserve">    (b) to understand or explain something in a particular way</w:t>
      </w:r>
      <w:r>
        <w:br/>
      </w:r>
      <w:r>
        <w:t xml:space="preserve">    (c) excessively examine in an attempt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strange to hear this bandit warn her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</w:t>
      </w:r>
      <w:r>
        <w:rPr>
          <w:b/>
          <w:bCs/>
        </w:rPr>
        <w:t xml:space="preserve"> </w:t>
      </w:r>
      <w:r>
        <w:rPr>
          <w:b/>
          <w:bCs/>
        </w:rPr>
        <w:t xml:space="preserve">the like of which she had encountered through him!</w:t>
      </w:r>
      <w:r>
        <w:br/>
      </w:r>
      <w:r>
        <w:t xml:space="preserve">    (a) allows</w:t>
      </w:r>
      <w:r>
        <w:br/>
      </w:r>
      <w:r>
        <w:t xml:space="preserve">    (b) danger</w:t>
      </w:r>
      <w:r>
        <w:br/>
      </w:r>
      <w:r>
        <w:t xml:space="preserve">    (c) useful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Evil power stood out in the lines, in the strange eyes, stranger then ever, now in shadow; and it seemed once more the face of an alert, listening,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implacable</w:t>
      </w:r>
      <w:r>
        <w:rPr>
          <w:b/>
          <w:bCs/>
        </w:rPr>
        <w:t xml:space="preserve"> </w:t>
      </w:r>
      <w:r>
        <w:rPr>
          <w:b/>
          <w:bCs/>
        </w:rPr>
        <w:t xml:space="preserve">man, with wild projects in mind, driving him to the doom he meant for others.</w:t>
      </w:r>
      <w:r>
        <w:br/>
      </w:r>
      <w:r>
        <w:t xml:space="preserve">    (a) diminishing</w:t>
      </w:r>
      <w:r>
        <w:br/>
      </w:r>
      <w:r>
        <w:t xml:space="preserve">    (b) unyielding</w:t>
      </w:r>
      <w:r>
        <w:br/>
      </w:r>
      <w:r>
        <w:t xml:space="preserve">    (c) increasing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...he would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</w:t>
      </w:r>
      <w:r>
        <w:rPr>
          <w:b/>
          <w:bCs/>
        </w:rPr>
        <w:t xml:space="preserve"> </w:t>
      </w:r>
      <w:r>
        <w:rPr>
          <w:b/>
          <w:bCs/>
        </w:rPr>
        <w:t xml:space="preserve">the truth in the flash of an eye.</w:t>
      </w:r>
      <w:r>
        <w:br/>
      </w:r>
      <w:r>
        <w:t xml:space="preserve">    (a) discover through intuition</w:t>
      </w:r>
      <w:r>
        <w:br/>
      </w:r>
      <w:r>
        <w:t xml:space="preserve">    (b) a rough calculation or guess of a value, quantity, or extent of something</w:t>
      </w:r>
      <w:r>
        <w:br/>
      </w:r>
      <w:r>
        <w:t xml:space="preserve">    (c) add fuel or stir a fire to make it burn hotter; or make feelings stronger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grasped the fact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intuitively</w:t>
      </w:r>
      <w:r>
        <w:rPr>
          <w:b/>
          <w:bCs/>
        </w:rPr>
        <w:t xml:space="preserve">, and then she verified it by proof.</w:t>
      </w:r>
      <w:r>
        <w:br/>
      </w:r>
      <w:r>
        <w:t xml:space="preserve">    (a) in a manner that is sensitive to others' feelings</w:t>
      </w:r>
      <w:r>
        <w:br/>
      </w:r>
      <w:r>
        <w:t xml:space="preserve">    (b) known instinctively rather than through reasoning</w:t>
      </w:r>
      <w:r>
        <w:br/>
      </w:r>
      <w:r>
        <w:t xml:space="preserve">    (c) with suffering in a bad situation for a long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Gulden alone presented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and a problem.</w:t>
      </w:r>
      <w:r>
        <w:br/>
      </w:r>
      <w:r>
        <w:t xml:space="preserve">    (a) something notably different</w:t>
      </w:r>
      <w:r>
        <w:br/>
      </w:r>
      <w:r>
        <w:t xml:space="preserve">    (b) block or interfere</w:t>
      </w:r>
      <w:r>
        <w:br/>
      </w:r>
      <w:r>
        <w:t xml:space="preserve">    (c) come to terms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Gulden, huge,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stolid</w:t>
      </w:r>
      <w:r>
        <w:rPr>
          <w:b/>
          <w:bCs/>
        </w:rPr>
        <w:t xml:space="preserve">, gloomy, was entering the cabin.</w:t>
      </w:r>
      <w:r>
        <w:br/>
      </w:r>
      <w:r>
        <w:t xml:space="preserve">    (a) the degree to which a performance of or to someone else's work lends itself to the expression of personal artistic ideas or feelings by the performer</w:t>
      </w:r>
      <w:r>
        <w:br/>
      </w:r>
      <w:r>
        <w:t xml:space="preserve">    (b) having or revealing little emotion -- sometimes indicating qualities of not changing or being dependable</w:t>
      </w:r>
      <w:r>
        <w:br/>
      </w:r>
      <w:r>
        <w:br/>
      </w:r>
      <w:r>
        <w:t xml:space="preserve">or (much more rarely):</w:t>
      </w:r>
      <w:r>
        <w:br/>
      </w:r>
      <w:r>
        <w:br/>
      </w:r>
      <w:r>
        <w:t xml:space="preserve">of an object:  not interesting -- often large and unmoving</w:t>
      </w:r>
      <w:r>
        <w:br/>
      </w:r>
      <w:r>
        <w:t xml:space="preserve">    (c) the quality or degree of being straightforward or clear (sometimes indicating that truth is not worded carefully to spare feelings or gain advantage)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Joan's intuition convinced her that if Gulden had 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 </w:t>
      </w:r>
      <w:r>
        <w:rPr>
          <w:b/>
          <w:bCs/>
        </w:rPr>
        <w:t xml:space="preserve">at all in gambling it was only an antagonism to men of his breed.</w:t>
      </w:r>
      <w:r>
        <w:br/>
      </w:r>
      <w:r>
        <w:t xml:space="preserve">    (a) reason (for doing something)</w:t>
      </w:r>
      <w:r>
        <w:br/>
      </w:r>
      <w:r>
        <w:t xml:space="preserve">    (b) small quantity or indication</w:t>
      </w:r>
      <w:r>
        <w:br/>
      </w:r>
      <w:r>
        <w:t xml:space="preserve">    (c) the sacred writings of Islam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silence that ensued Pearce's spirit dominated the moment with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, hate, and violence.</w:t>
      </w:r>
      <w:r>
        <w:br/>
      </w:r>
      <w:r>
        <w:t xml:space="preserve">    (a) relating to logical examination to improve understanding</w:t>
      </w:r>
      <w:r>
        <w:br/>
      </w:r>
      <w:r>
        <w:t xml:space="preserve">    (b) good at achieving goals through cleverness and deception</w:t>
      </w:r>
      <w:r>
        <w:br/>
      </w:r>
      <w:r>
        <w:t xml:space="preserve">    (c) related to the natural world (life, air, water, land...)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"We'd better run for it at the first chance," he said,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somberly</w:t>
      </w:r>
      <w:r>
        <w:rPr>
          <w:b/>
          <w:bCs/>
        </w:rPr>
        <w:t xml:space="preserve">.</w:t>
      </w:r>
      <w:r>
        <w:br/>
      </w:r>
      <w:r>
        <w:t xml:space="preserve">    (a) in a manner that influences reason or general desire to do something</w:t>
      </w:r>
      <w:r>
        <w:br/>
      </w:r>
      <w:r>
        <w:t xml:space="preserve">    (b) with disbelief; or with difficulty accepting something so unexpected</w:t>
      </w:r>
      <w:r>
        <w:br/>
      </w:r>
      <w:r>
        <w:t xml:space="preserve">    (c) solemnly (in a manner that is serious--not cheerful or lighthearted)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2026-07-31T17:38:58Z</dcterms:created>
  <dcterms:modified xsi:type="dcterms:W3CDTF">2026-07-31T17:38:58Z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