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ruth-the-bible-vocabulary-in-context"/>
    <w:p>
      <w:pPr>
        <w:pStyle w:val="Heading1"/>
      </w:pPr>
      <w:r>
        <w:rPr>
          <w:b/>
          <w:bCs/>
        </w:rPr>
        <w:t xml:space="preserve">Ruth</w:t>
      </w:r>
      <w:r>
        <w:br/>
      </w:r>
      <w:r>
        <w:rPr>
          <w:i/>
          <w:iCs/>
        </w:rPr>
        <w:t xml:space="preserve">The Bible</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...and they</w:t>
      </w:r>
      <w:r>
        <w:rPr>
          <w:b/>
          <w:bCs/>
        </w:rPr>
        <w:t xml:space="preserve"> </w:t>
      </w:r>
      <w:r>
        <w:rPr>
          <w:b/>
          <w:bCs/>
          <w:u w:val="single"/>
        </w:rPr>
        <w:t xml:space="preserve">dwelled</w:t>
      </w:r>
      <w:r>
        <w:rPr>
          <w:b/>
          <w:bCs/>
        </w:rPr>
        <w:t xml:space="preserve"> </w:t>
      </w:r>
      <w:r>
        <w:rPr>
          <w:b/>
          <w:bCs/>
        </w:rPr>
        <w:t xml:space="preserve">there about ten years. (1:4)</w:t>
      </w:r>
      <w:r>
        <w:br/>
      </w:r>
      <w:r>
        <w:t xml:space="preserve">    (a) excessively examined in an attempt to better understand</w:t>
      </w:r>
      <w:r>
        <w:br/>
      </w:r>
      <w:r>
        <w:t xml:space="preserve">    (b) made something lighter -- such as an area of a painting</w:t>
      </w:r>
      <w:r>
        <w:br/>
      </w:r>
      <w:r>
        <w:t xml:space="preserve">    (c) lived</w:t>
      </w:r>
    </w:p>
    <w:p>
      <w:pPr>
        <w:pStyle w:val="Compact"/>
        <w:numPr>
          <w:ilvl w:val="0"/>
          <w:numId w:val="1001"/>
        </w:numPr>
      </w:pPr>
      <w:r>
        <w:rPr>
          <w:b/>
          <w:bCs/>
        </w:rPr>
        <w:t xml:space="preserve">1:18 When she saw that she was</w:t>
      </w:r>
      <w:r>
        <w:rPr>
          <w:b/>
          <w:bCs/>
        </w:rPr>
        <w:t xml:space="preserve"> </w:t>
      </w:r>
      <w:r>
        <w:rPr>
          <w:b/>
          <w:bCs/>
          <w:u w:val="single"/>
        </w:rPr>
        <w:t xml:space="preserve">stedfastly</w:t>
      </w:r>
      <w:r>
        <w:rPr>
          <w:b/>
          <w:bCs/>
        </w:rPr>
        <w:t xml:space="preserve"> </w:t>
      </w:r>
      <w:r>
        <w:rPr>
          <w:b/>
          <w:bCs/>
        </w:rPr>
        <w:t xml:space="preserve">minded to go with her, then she left speaking unto her.</w:t>
      </w:r>
      <w:r>
        <w:br/>
      </w:r>
      <w:r>
        <w:t xml:space="preserve">    (a) in a skillful way</w:t>
      </w:r>
      <w:r>
        <w:br/>
      </w:r>
      <w:r>
        <w:t xml:space="preserve">    (b) in a pleasing way</w:t>
      </w:r>
      <w:r>
        <w:br/>
      </w:r>
      <w:r>
        <w:t xml:space="preserve">    (c) firmly consistent</w:t>
      </w:r>
    </w:p>
    <w:p>
      <w:pPr>
        <w:pStyle w:val="Compact"/>
        <w:numPr>
          <w:ilvl w:val="0"/>
          <w:numId w:val="1001"/>
        </w:numPr>
      </w:pPr>
      <w:r>
        <w:rPr>
          <w:b/>
          <w:bCs/>
        </w:rPr>
        <w:t xml:space="preserve">1:21 I went out full and the LORD hath brought me home again empty: why then call ye me Naomi, seeing the LORD hath</w:t>
      </w:r>
      <w:r>
        <w:rPr>
          <w:b/>
          <w:bCs/>
        </w:rPr>
        <w:t xml:space="preserve"> </w:t>
      </w:r>
      <w:r>
        <w:rPr>
          <w:b/>
          <w:bCs/>
          <w:u w:val="single"/>
        </w:rPr>
        <w:t xml:space="preserve">testified</w:t>
      </w:r>
      <w:r>
        <w:rPr>
          <w:b/>
          <w:bCs/>
        </w:rPr>
        <w:t xml:space="preserve"> </w:t>
      </w:r>
      <w:r>
        <w:rPr>
          <w:b/>
          <w:bCs/>
        </w:rPr>
        <w:t xml:space="preserve">against me, and the Almighty hath afflicted me?</w:t>
      </w:r>
      <w:r>
        <w:br/>
      </w:r>
      <w:r>
        <w:t xml:space="preserve">    (a) suffered through (or put up with) something difficult or unpleasant</w:t>
      </w:r>
      <w:r>
        <w:br/>
      </w:r>
      <w:r>
        <w:t xml:space="preserve">    (b) provided evidence of something -- especially oral evidence in court</w:t>
      </w:r>
      <w:r>
        <w:br/>
      </w:r>
      <w:r>
        <w:t xml:space="preserve">    (c) showed something -- such as demonstrated, expressed, or represented</w:t>
      </w:r>
    </w:p>
    <w:p>
      <w:pPr>
        <w:pStyle w:val="Compact"/>
        <w:numPr>
          <w:ilvl w:val="0"/>
          <w:numId w:val="1001"/>
        </w:numPr>
      </w:pPr>
      <w:r>
        <w:rPr>
          <w:b/>
          <w:bCs/>
        </w:rPr>
        <w:t xml:space="preserve">1:21 I went out full and the LORD hath brought me home again empty: why then call ye me Naomi, seeing the LORD hath testified against me, and the Almighty hath</w:t>
      </w:r>
      <w:r>
        <w:rPr>
          <w:b/>
          <w:bCs/>
        </w:rPr>
        <w:t xml:space="preserve"> </w:t>
      </w:r>
      <w:r>
        <w:rPr>
          <w:b/>
          <w:bCs/>
          <w:u w:val="single"/>
        </w:rPr>
        <w:t xml:space="preserve">afflicted</w:t>
      </w:r>
      <w:r>
        <w:rPr>
          <w:b/>
          <w:bCs/>
        </w:rPr>
        <w:t xml:space="preserve"> </w:t>
      </w:r>
      <w:r>
        <w:rPr>
          <w:b/>
          <w:bCs/>
        </w:rPr>
        <w:t xml:space="preserve">me?</w:t>
      </w:r>
      <w:r>
        <w:br/>
      </w:r>
      <w:r>
        <w:t xml:space="preserve">    (a) suffering; or made to suffer</w:t>
      </w:r>
      <w:r>
        <w:br/>
      </w:r>
      <w:r>
        <w:t xml:space="preserve">    (b) not judged in a negative way</w:t>
      </w:r>
      <w:r>
        <w:br/>
      </w:r>
      <w:r>
        <w:t xml:space="preserve">    (c) told someone about something</w:t>
      </w:r>
    </w:p>
    <w:p>
      <w:pPr>
        <w:pStyle w:val="Compact"/>
        <w:numPr>
          <w:ilvl w:val="0"/>
          <w:numId w:val="1001"/>
        </w:numPr>
      </w:pPr>
      <w:r>
        <w:rPr>
          <w:b/>
          <w:bCs/>
        </w:rPr>
        <w:t xml:space="preserve">2:3 And she went, and came, and gleaned in the field after the reapers: and her hap was to light on a part of the field belonging unto Boaz, who was of the</w:t>
      </w:r>
      <w:r>
        <w:rPr>
          <w:b/>
          <w:bCs/>
        </w:rPr>
        <w:t xml:space="preserve"> </w:t>
      </w:r>
      <w:r>
        <w:rPr>
          <w:b/>
          <w:bCs/>
          <w:u w:val="single"/>
        </w:rPr>
        <w:t xml:space="preserve">kindred</w:t>
      </w:r>
      <w:r>
        <w:rPr>
          <w:b/>
          <w:bCs/>
        </w:rPr>
        <w:t xml:space="preserve"> </w:t>
      </w:r>
      <w:r>
        <w:rPr>
          <w:b/>
          <w:bCs/>
        </w:rPr>
        <w:t xml:space="preserve">of Elimelech.</w:t>
      </w:r>
      <w:r>
        <w:br/>
      </w:r>
      <w:r>
        <w:t xml:space="preserve">    (a) similar in quality or character</w:t>
      </w:r>
      <w:r>
        <w:br/>
      </w:r>
      <w:r>
        <w:br/>
      </w:r>
      <w:r>
        <w:t xml:space="preserve">or:</w:t>
      </w:r>
      <w:r>
        <w:br/>
      </w:r>
      <w:r>
        <w:br/>
      </w:r>
      <w:r>
        <w:t xml:space="preserve">closely related -- such as family or things with shared origin</w:t>
      </w:r>
      <w:r>
        <w:br/>
      </w:r>
      <w:r>
        <w:t xml:space="preserve">    (b) aka natural right -- a right that is naturally due because of human nature and the natural condition</w:t>
      </w:r>
      <w:r>
        <w:br/>
      </w:r>
      <w:r>
        <w:t xml:space="preserve">    (c) a powerful stimulant drug that increases activity in the brain and nervous system -- often addictive</w:t>
      </w:r>
    </w:p>
    <w:p>
      <w:pPr>
        <w:pStyle w:val="Compact"/>
        <w:numPr>
          <w:ilvl w:val="0"/>
          <w:numId w:val="1001"/>
        </w:numPr>
      </w:pPr>
      <w:r>
        <w:rPr>
          <w:b/>
          <w:bCs/>
        </w:rPr>
        <w:t xml:space="preserve">2:12 The LORD</w:t>
      </w:r>
      <w:r>
        <w:rPr>
          <w:b/>
          <w:bCs/>
        </w:rPr>
        <w:t xml:space="preserve"> </w:t>
      </w:r>
      <w:r>
        <w:rPr>
          <w:b/>
          <w:bCs/>
          <w:u w:val="single"/>
        </w:rPr>
        <w:t xml:space="preserve">recompense</w:t>
      </w:r>
      <w:r>
        <w:rPr>
          <w:b/>
          <w:bCs/>
        </w:rPr>
        <w:t xml:space="preserve"> </w:t>
      </w:r>
      <w:r>
        <w:rPr>
          <w:b/>
          <w:bCs/>
        </w:rPr>
        <w:t xml:space="preserve">thy work, and a full reward be given thee of the LORD God of Israel, under whose wings thou art come to trust.</w:t>
      </w:r>
      <w:r>
        <w:br/>
      </w:r>
      <w:r>
        <w:t xml:space="preserve">    (a) compensate for a loss; or pay a reward</w:t>
      </w:r>
      <w:r>
        <w:br/>
      </w:r>
      <w:r>
        <w:t xml:space="preserve">    (b) appropriate in size, amount, or degree</w:t>
      </w:r>
      <w:r>
        <w:br/>
      </w:r>
      <w:r>
        <w:t xml:space="preserve">    (c) examine in detail to better understand</w:t>
      </w:r>
    </w:p>
    <w:p>
      <w:pPr>
        <w:pStyle w:val="Compact"/>
        <w:numPr>
          <w:ilvl w:val="0"/>
          <w:numId w:val="1001"/>
        </w:numPr>
      </w:pPr>
      <w:r>
        <w:rPr>
          <w:b/>
          <w:bCs/>
        </w:rPr>
        <w:t xml:space="preserve">2:14 And Boaz said unto her, At mealtime come thou hither, and eat of the bread, and dip thy</w:t>
      </w:r>
      <w:r>
        <w:rPr>
          <w:b/>
          <w:bCs/>
        </w:rPr>
        <w:t xml:space="preserve"> </w:t>
      </w:r>
      <w:r>
        <w:rPr>
          <w:b/>
          <w:bCs/>
          <w:u w:val="single"/>
        </w:rPr>
        <w:t xml:space="preserve">morsel</w:t>
      </w:r>
      <w:r>
        <w:rPr>
          <w:b/>
          <w:bCs/>
        </w:rPr>
        <w:t xml:space="preserve"> </w:t>
      </w:r>
      <w:r>
        <w:rPr>
          <w:b/>
          <w:bCs/>
        </w:rPr>
        <w:t xml:space="preserve">in the vinegar.</w:t>
      </w:r>
      <w:r>
        <w:br/>
      </w:r>
      <w:r>
        <w:t xml:space="preserve">    (a) a very small quantity</w:t>
      </w:r>
      <w:r>
        <w:br/>
      </w:r>
      <w:r>
        <w:t xml:space="preserve">    (b) long eventful journey</w:t>
      </w:r>
      <w:r>
        <w:br/>
      </w:r>
      <w:r>
        <w:t xml:space="preserve">    (c) a nerve or brain cell</w:t>
      </w:r>
    </w:p>
    <w:p>
      <w:pPr>
        <w:pStyle w:val="Compact"/>
        <w:numPr>
          <w:ilvl w:val="0"/>
          <w:numId w:val="1001"/>
        </w:numPr>
      </w:pPr>
      <w:r>
        <w:rPr>
          <w:b/>
          <w:bCs/>
        </w:rPr>
        <w:t xml:space="preserve">And she sat beside the reapers: and he reached her</w:t>
      </w:r>
      <w:r>
        <w:rPr>
          <w:b/>
          <w:bCs/>
        </w:rPr>
        <w:t xml:space="preserve"> </w:t>
      </w:r>
      <w:r>
        <w:rPr>
          <w:b/>
          <w:bCs/>
          <w:u w:val="single"/>
        </w:rPr>
        <w:t xml:space="preserve">parched</w:t>
      </w:r>
      <w:r>
        <w:rPr>
          <w:b/>
          <w:bCs/>
        </w:rPr>
        <w:t xml:space="preserve"> </w:t>
      </w:r>
      <w:r>
        <w:rPr>
          <w:b/>
          <w:bCs/>
        </w:rPr>
        <w:t xml:space="preserve">corn, and she did eat, and was sufficed, and left.</w:t>
      </w:r>
      <w:r>
        <w:br/>
      </w:r>
      <w:r>
        <w:t xml:space="preserve">    (a) convinced (someone) that an idea previously believed was not correct</w:t>
      </w:r>
      <w:r>
        <w:br/>
      </w:r>
      <w:r>
        <w:t xml:space="preserve">    (b) dried out by heat or excessive exposure to sunlight; or very thirsty</w:t>
      </w:r>
      <w:r>
        <w:br/>
      </w:r>
      <w:r>
        <w:t xml:space="preserve">    (c) not with energy redirected from a negative impulse to a positive one</w:t>
      </w:r>
    </w:p>
    <w:p>
      <w:pPr>
        <w:pStyle w:val="Compact"/>
        <w:numPr>
          <w:ilvl w:val="0"/>
          <w:numId w:val="1001"/>
        </w:numPr>
      </w:pPr>
      <w:r>
        <w:rPr>
          <w:b/>
          <w:bCs/>
        </w:rPr>
        <w:t xml:space="preserve">2:15 And when she was risen up to glean, Boaz commanded his young men, saying, Let her glean even among the sheaves, and</w:t>
      </w:r>
      <w:r>
        <w:rPr>
          <w:b/>
          <w:bCs/>
        </w:rPr>
        <w:t xml:space="preserve"> </w:t>
      </w:r>
      <w:r>
        <w:rPr>
          <w:b/>
          <w:bCs/>
          <w:u w:val="single"/>
        </w:rPr>
        <w:t xml:space="preserve">reproach</w:t>
      </w:r>
      <w:r>
        <w:rPr>
          <w:b/>
          <w:bCs/>
        </w:rPr>
        <w:t xml:space="preserve"> </w:t>
      </w:r>
      <w:r>
        <w:rPr>
          <w:b/>
          <w:bCs/>
        </w:rPr>
        <w:t xml:space="preserve">her not: 2:16 And let fall also some of the handfuls of purpose for her, and leave them, that she may glean them, and rebuke her not.</w:t>
      </w:r>
      <w:r>
        <w:br/>
      </w:r>
      <w:r>
        <w:t xml:space="preserve">    (a) move into position to work; or start</w:t>
      </w:r>
      <w:r>
        <w:br/>
      </w:r>
      <w:r>
        <w:t xml:space="preserve">    (b) a criticism; or to express criticism</w:t>
      </w:r>
      <w:r>
        <w:br/>
      </w:r>
      <w:r>
        <w:t xml:space="preserve">    (c) to spread to other parts of the body</w:t>
      </w:r>
    </w:p>
    <w:p>
      <w:pPr>
        <w:pStyle w:val="Compact"/>
        <w:numPr>
          <w:ilvl w:val="0"/>
          <w:numId w:val="1001"/>
        </w:numPr>
      </w:pPr>
      <w:r>
        <w:rPr>
          <w:b/>
          <w:bCs/>
        </w:rPr>
        <w:t xml:space="preserve">...with whom she had</w:t>
      </w:r>
      <w:r>
        <w:rPr>
          <w:b/>
          <w:bCs/>
        </w:rPr>
        <w:t xml:space="preserve"> </w:t>
      </w:r>
      <w:r>
        <w:rPr>
          <w:b/>
          <w:bCs/>
          <w:u w:val="single"/>
        </w:rPr>
        <w:t xml:space="preserve">wrought</w:t>
      </w:r>
      <w:r>
        <w:rPr>
          <w:b/>
          <w:bCs/>
        </w:rPr>
        <w:t xml:space="preserve">... (2:19)</w:t>
      </w:r>
      <w:r>
        <w:br/>
      </w:r>
      <w:r>
        <w:t xml:space="preserve">    (a) wanting to do something; or made someone want to do something</w:t>
      </w:r>
      <w:r>
        <w:br/>
      </w:r>
      <w:r>
        <w:t xml:space="preserve">    (b) provided investment funds for something -- such as a business</w:t>
      </w:r>
      <w:r>
        <w:br/>
      </w:r>
      <w:r>
        <w:t xml:space="preserve">    (c) worked</w:t>
      </w:r>
    </w:p>
    <w:p>
      <w:pPr>
        <w:pStyle w:val="Compact"/>
        <w:numPr>
          <w:ilvl w:val="0"/>
          <w:numId w:val="1001"/>
        </w:numPr>
      </w:pPr>
      <w:r>
        <w:rPr>
          <w:b/>
          <w:bCs/>
        </w:rPr>
        <w:t xml:space="preserve">4:3 And he said unto the kinsman, Naomi, that is come again out of the country of Moab, selleth a parcel of land, which was our brother Elimelech's: 4:4 And I thought to advertise thee, saying, Buy it before the</w:t>
      </w:r>
      <w:r>
        <w:rPr>
          <w:b/>
          <w:bCs/>
        </w:rPr>
        <w:t xml:space="preserve"> </w:t>
      </w:r>
      <w:r>
        <w:rPr>
          <w:b/>
          <w:bCs/>
          <w:u w:val="single"/>
        </w:rPr>
        <w:t xml:space="preserve">inhabitants</w:t>
      </w:r>
      <w:r>
        <w:rPr>
          <w:b/>
          <w:bCs/>
        </w:rPr>
        <w:t xml:space="preserve">, and before the elders of my people.</w:t>
      </w:r>
      <w:r>
        <w:br/>
      </w:r>
      <w:r>
        <w:t xml:space="preserve">    (a) things designed to stops something else</w:t>
      </w:r>
      <w:r>
        <w:br/>
      </w:r>
      <w:r>
        <w:t xml:space="preserve">    (b) people (who live in a particular place)</w:t>
      </w:r>
      <w:r>
        <w:br/>
      </w:r>
      <w:r>
        <w:t xml:space="preserve">    (c) things accepted as true (without proof)</w:t>
      </w:r>
    </w:p>
    <w:p>
      <w:pPr>
        <w:pStyle w:val="Compact"/>
        <w:numPr>
          <w:ilvl w:val="0"/>
          <w:numId w:val="1001"/>
        </w:numPr>
      </w:pPr>
      <w:r>
        <w:rPr>
          <w:b/>
          <w:bCs/>
        </w:rPr>
        <w:t xml:space="preserve">4:7 Now this was the manner in former time in Israel concerning redeeming and concerning changing, for to confirm all things; a man plucked off his shoe, and gave it to his neighbour: and this was a</w:t>
      </w:r>
      <w:r>
        <w:rPr>
          <w:b/>
          <w:bCs/>
        </w:rPr>
        <w:t xml:space="preserve"> </w:t>
      </w:r>
      <w:r>
        <w:rPr>
          <w:b/>
          <w:bCs/>
          <w:u w:val="single"/>
        </w:rPr>
        <w:t xml:space="preserve">testimony</w:t>
      </w:r>
      <w:r>
        <w:rPr>
          <w:b/>
          <w:bCs/>
        </w:rPr>
        <w:t xml:space="preserve"> </w:t>
      </w:r>
      <w:r>
        <w:rPr>
          <w:b/>
          <w:bCs/>
        </w:rPr>
        <w:t xml:space="preserve">in Israel.</w:t>
      </w:r>
      <w:r>
        <w:br/>
      </w:r>
      <w:r>
        <w:t xml:space="preserve">    (a) an organ attached to the wall of the uterus to nourish the fetus during pregnancy</w:t>
      </w:r>
      <w:r>
        <w:br/>
      </w:r>
      <w:r>
        <w:t xml:space="preserve">    (b) something that serves as evidence -- especially a statement at a trial or hearing</w:t>
      </w:r>
      <w:r>
        <w:br/>
      </w:r>
      <w:r>
        <w:t xml:space="preserve">    (c) an atom that has acquired an electrical charge by the loss or gain of an electron</w:t>
      </w:r>
    </w:p>
    <w:p>
      <w:pPr>
        <w:pStyle w:val="Compact"/>
        <w:numPr>
          <w:ilvl w:val="0"/>
          <w:numId w:val="1001"/>
        </w:numPr>
      </w:pPr>
      <w:r>
        <w:rPr>
          <w:b/>
          <w:bCs/>
        </w:rPr>
        <w:t xml:space="preserve">4:10</w:t>
      </w:r>
      <w:r>
        <w:rPr>
          <w:b/>
          <w:bCs/>
        </w:rPr>
        <w:t xml:space="preserve"> </w:t>
      </w:r>
      <w:r>
        <w:rPr>
          <w:b/>
          <w:bCs/>
          <w:u w:val="single"/>
        </w:rPr>
        <w:t xml:space="preserve">Moreover</w:t>
      </w:r>
      <w:r>
        <w:rPr>
          <w:b/>
          <w:bCs/>
        </w:rPr>
        <w:t xml:space="preserve"> </w:t>
      </w:r>
      <w:r>
        <w:rPr>
          <w:b/>
          <w:bCs/>
        </w:rPr>
        <w:t xml:space="preserve">Ruth the Moabitess, the wife of Mahlon, have I purchased to be my wife, to raise up the name of the dead upon his inheritance, that the name of the dead be not cut off from among his brethren, and from the gate of his place: ye are witnesses this day.</w:t>
      </w:r>
      <w:r>
        <w:br/>
      </w:r>
      <w:r>
        <w:t xml:space="preserve">    (a) even though -- used to connect contrasting ideas</w:t>
      </w:r>
      <w:r>
        <w:br/>
      </w:r>
      <w:r>
        <w:t xml:space="preserve">    (b) in addition to what has just been said</w:t>
      </w:r>
      <w:r>
        <w:br/>
      </w:r>
      <w:r>
        <w:t xml:space="preserve">    (c) despite that (used to connect contrasting ideas)</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2026-07-31T16:58:09Z</dcterms:created>
  <dcterms:modified xsi:type="dcterms:W3CDTF">2026-07-31T16:58:09Z</dcterms:modified>
</cp:coreProperties>
</file>

<file path=docProps/custom.xml><?xml version="1.0" encoding="utf-8"?>
<Properties xmlns="http://schemas.openxmlformats.org/officeDocument/2006/custom-properties" xmlns:vt="http://schemas.openxmlformats.org/officeDocument/2006/docPropsVTypes"/>
</file>