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job-the-bible-vocabulary-in-context"/>
    <w:p>
      <w:pPr>
        <w:pStyle w:val="Heading1"/>
      </w:pPr>
      <w:r>
        <w:rPr>
          <w:b/>
          <w:bCs/>
        </w:rPr>
        <w:t xml:space="preserve">Job</w:t>
      </w:r>
      <w:r>
        <w:br/>
      </w:r>
      <w:r>
        <w:rPr>
          <w:i/>
          <w:iCs/>
        </w:rPr>
        <w:t xml:space="preserve">The Bible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4:7 Remember, I pray thee, who 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perished</w:t>
      </w:r>
      <w:r>
        <w:rPr>
          <w:b/>
          <w:bCs/>
        </w:rPr>
        <w:t xml:space="preserve">, being innocent?</w:t>
      </w:r>
      <w:r>
        <w:br/>
      </w:r>
      <w:r>
        <w:t xml:space="preserve">    (a) moved into position to work; or started</w:t>
      </w:r>
      <w:r>
        <w:br/>
      </w:r>
      <w:r>
        <w:t xml:space="preserve">    (b) examined in detail to better understand</w:t>
      </w:r>
      <w:r>
        <w:br/>
      </w:r>
      <w:r>
        <w:t xml:space="preserve">    (c) died, was destroyed, or ceased to exist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5:2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killeth the foolish man, and envy slayeth the silly one.</w:t>
      </w:r>
      <w:r>
        <w:br/>
      </w:r>
      <w:r>
        <w:t xml:space="preserve">    (a) use of reason</w:t>
      </w:r>
      <w:r>
        <w:br/>
      </w:r>
      <w:r>
        <w:t xml:space="preserve">    (b) extreme anger</w:t>
      </w:r>
      <w:r>
        <w:br/>
      </w:r>
      <w:r>
        <w:t xml:space="preserve">    (c) determination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5:3 I have seen the foolish taking root: but suddenly I cursed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habitation</w:t>
      </w:r>
      <w:r>
        <w:rPr>
          <w:b/>
          <w:bCs/>
        </w:rPr>
        <w:t xml:space="preserve">.</w:t>
      </w:r>
      <w:r>
        <w:br/>
      </w:r>
      <w:r>
        <w:t xml:space="preserve">    (a) the type of environment in which an organism or group normally lives</w:t>
      </w:r>
      <w:r>
        <w:br/>
      </w:r>
      <w:r>
        <w:t xml:space="preserve">    (b) lack of interest; or the process of stopping interaction or interest</w:t>
      </w:r>
      <w:r>
        <w:br/>
      </w:r>
      <w:r>
        <w:t xml:space="preserve">    (c) relating to logical examination of something to better understand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6:14 To him that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afflicted</w:t>
      </w:r>
      <w:r>
        <w:rPr>
          <w:b/>
          <w:bCs/>
        </w:rPr>
        <w:t xml:space="preserve"> </w:t>
      </w:r>
      <w:r>
        <w:rPr>
          <w:b/>
          <w:bCs/>
        </w:rPr>
        <w:t xml:space="preserve">pity should be shewed from his friend; but he forsaketh the fear of the Almighty.</w:t>
      </w:r>
      <w:r>
        <w:br/>
      </w:r>
      <w:r>
        <w:t xml:space="preserve">    (a) suffering; or made to suffer</w:t>
      </w:r>
      <w:r>
        <w:br/>
      </w:r>
      <w:r>
        <w:t xml:space="preserve">    (b) not judged in a negative way</w:t>
      </w:r>
      <w:r>
        <w:br/>
      </w:r>
      <w:r>
        <w:t xml:space="preserve">    (c) told someone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what doth your arguing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?</w:t>
      </w:r>
      <w:r>
        <w:br/>
      </w:r>
      <w:r>
        <w:t xml:space="preserve">    (a) translate</w:t>
      </w:r>
      <w:r>
        <w:br/>
      </w:r>
      <w:r>
        <w:t xml:space="preserve">    (b) criticize</w:t>
      </w:r>
      <w:r>
        <w:br/>
      </w:r>
      <w:r>
        <w:t xml:space="preserve">    (c) collision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8:13 So are the paths of all that forget God;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hypocrite</w:t>
      </w:r>
      <w:r>
        <w:rPr>
          <w:b/>
          <w:bCs/>
        </w:rPr>
        <w:t xml:space="preserve">'s hope shall perish: 8:14 Whose hope shall be cut off, and whose trust shall be a spider's web.</w:t>
      </w:r>
      <w:r>
        <w:br/>
      </w:r>
      <w:r>
        <w:t xml:space="preserve">    (a) someone who violates claimed moral standards</w:t>
      </w:r>
      <w:r>
        <w:br/>
      </w:r>
      <w:r>
        <w:t xml:space="preserve">    (b) Nazi organization for children aged 10 to 18</w:t>
      </w:r>
      <w:r>
        <w:br/>
      </w:r>
      <w:r>
        <w:t xml:space="preserve">    (c) found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9:12 Behold, he taketh away, who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</w:t>
      </w:r>
      <w:r>
        <w:rPr>
          <w:b/>
          <w:bCs/>
        </w:rPr>
        <w:t xml:space="preserve"> </w:t>
      </w:r>
      <w:r>
        <w:rPr>
          <w:b/>
          <w:bCs/>
        </w:rPr>
        <w:t xml:space="preserve">him?</w:t>
      </w:r>
      <w:r>
        <w:br/>
      </w:r>
      <w:r>
        <w:t xml:space="preserve">    (a) to cause something to move forward</w:t>
      </w:r>
      <w:r>
        <w:br/>
      </w:r>
      <w:r>
        <w:t xml:space="preserve">    (b) make different; or show difference</w:t>
      </w:r>
      <w:r>
        <w:br/>
      </w:r>
      <w:r>
        <w:t xml:space="preserve">    (c) slowed down or caused problems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9:30 If I wash myself with snow water, and make my hands never so clean; 9:31 Yet shalt thou plunge me in the ditch, and mine own clothes shall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abhor</w:t>
      </w:r>
      <w:r>
        <w:rPr>
          <w:b/>
          <w:bCs/>
        </w:rPr>
        <w:t xml:space="preserve"> </w:t>
      </w:r>
      <w:r>
        <w:rPr>
          <w:b/>
          <w:bCs/>
        </w:rPr>
        <w:t xml:space="preserve">me.</w:t>
      </w:r>
      <w:r>
        <w:br/>
      </w:r>
      <w:r>
        <w:t xml:space="preserve">    (a) tell (a story)</w:t>
      </w:r>
      <w:r>
        <w:br/>
      </w:r>
      <w:r>
        <w:t xml:space="preserve">    (b) lie or mislead</w:t>
      </w:r>
      <w:r>
        <w:br/>
      </w:r>
      <w:r>
        <w:t xml:space="preserve">    (c) hate or detest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12:4 I am as one mocked of his neighbour, who calleth upon God, and he answereth him: the just upright man is laughed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</w:t>
      </w:r>
      <w:r>
        <w:rPr>
          <w:b/>
          <w:bCs/>
        </w:rPr>
        <w:t xml:space="preserve">.</w:t>
      </w:r>
      <w:r>
        <w:br/>
      </w:r>
      <w:r>
        <w:t xml:space="preserve">    (a) move from more general to more specific</w:t>
      </w:r>
      <w:r>
        <w:br/>
      </w:r>
      <w:r>
        <w:t xml:space="preserve">    (b) not answer questions; or block progress</w:t>
      </w:r>
      <w:r>
        <w:br/>
      </w:r>
      <w:r>
        <w:t xml:space="preserve">    (c) disrespect or reject as not good enough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12:5 He that is ready to slip with his feet is as a lamp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despised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thought of him that is at ease.</w:t>
      </w:r>
      <w:r>
        <w:br/>
      </w:r>
      <w:r>
        <w:t xml:space="preserve">    (a) disliked strongly and looked down upon</w:t>
      </w:r>
      <w:r>
        <w:br/>
      </w:r>
      <w:r>
        <w:t xml:space="preserve">    (b) adjusted a lens to make an image clear</w:t>
      </w:r>
      <w:r>
        <w:br/>
      </w:r>
      <w:r>
        <w:t xml:space="preserve">    (c) not good at concentrating on one 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12:6 The tabernacles of robbers prosper, and they that provoke God are secure; into whose hand God bringeth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abundantly</w:t>
      </w:r>
      <w:r>
        <w:rPr>
          <w:b/>
          <w:bCs/>
        </w:rPr>
        <w:t xml:space="preserve">.</w:t>
      </w:r>
      <w:r>
        <w:br/>
      </w:r>
      <w:r>
        <w:t xml:space="preserve">    (a) with polite respect</w:t>
      </w:r>
      <w:r>
        <w:br/>
      </w:r>
      <w:r>
        <w:t xml:space="preserve">    (b) with great quantity</w:t>
      </w:r>
      <w:r>
        <w:br/>
      </w:r>
      <w:r>
        <w:t xml:space="preserve">    (c) not done on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make me to know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transgression</w:t>
      </w:r>
      <w:r>
        <w:rPr>
          <w:b/>
          <w:bCs/>
        </w:rPr>
        <w:t xml:space="preserve"> </w:t>
      </w:r>
      <w:r>
        <w:rPr>
          <w:b/>
          <w:bCs/>
        </w:rPr>
        <w:t xml:space="preserve">and my sin.</w:t>
      </w:r>
      <w:r>
        <w:br/>
      </w:r>
      <w:r>
        <w:t xml:space="preserve">    (a) the process of controlling (how something turns out)</w:t>
      </w:r>
      <w:r>
        <w:br/>
      </w:r>
      <w:r>
        <w:t xml:space="preserve">    (b) an act that violates a rule, promise, or social norm</w:t>
      </w:r>
      <w:r>
        <w:br/>
      </w:r>
      <w:r>
        <w:t xml:space="preserve">    (c) the taking on or adoption of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16:15 I have sewed sackcloth upon my skin,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defiled</w:t>
      </w:r>
      <w:r>
        <w:rPr>
          <w:b/>
          <w:bCs/>
        </w:rPr>
        <w:t xml:space="preserve"> </w:t>
      </w:r>
      <w:r>
        <w:rPr>
          <w:b/>
          <w:bCs/>
        </w:rPr>
        <w:t xml:space="preserve">my horn in the dust.</w:t>
      </w:r>
      <w:r>
        <w:br/>
      </w:r>
      <w:r>
        <w:t xml:space="preserve">    (a) spoiled the beauty or purity of something</w:t>
      </w:r>
      <w:r>
        <w:br/>
      </w:r>
      <w:r>
        <w:t xml:space="preserve">    (b) caused great mental or physical suffering</w:t>
      </w:r>
      <w:r>
        <w:br/>
      </w:r>
      <w:r>
        <w:t xml:space="preserve">    (c) consented reluctantly; or suffered defeat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18:4 He teareth himself in his anger: shall the earth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forsaken</w:t>
      </w:r>
      <w:r>
        <w:rPr>
          <w:b/>
          <w:bCs/>
        </w:rPr>
        <w:t xml:space="preserve"> </w:t>
      </w:r>
      <w:r>
        <w:rPr>
          <w:b/>
          <w:bCs/>
        </w:rPr>
        <w:t xml:space="preserve">for thee?</w:t>
      </w:r>
      <w:r>
        <w:br/>
      </w:r>
      <w:r>
        <w:t xml:space="preserve">    (a) abandoned or given up on</w:t>
      </w:r>
      <w:r>
        <w:br/>
      </w:r>
      <w:r>
        <w:t xml:space="preserve">    (b) able to take on or adopt</w:t>
      </w:r>
      <w:r>
        <w:br/>
      </w:r>
      <w:r>
        <w:t xml:space="preserve">    (c) the state of being awake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19:3 These ten times have ye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reproached</w:t>
      </w:r>
      <w:r>
        <w:rPr>
          <w:b/>
          <w:bCs/>
        </w:rPr>
        <w:t xml:space="preserve"> </w:t>
      </w:r>
      <w:r>
        <w:rPr>
          <w:b/>
          <w:bCs/>
        </w:rPr>
        <w:t xml:space="preserve">me: ye are not ashamed that ye make yourselves strange to me.</w:t>
      </w:r>
      <w:r>
        <w:br/>
      </w:r>
      <w:r>
        <w:t xml:space="preserve">    (a) subtracted</w:t>
      </w:r>
      <w:r>
        <w:br/>
      </w:r>
      <w:r>
        <w:t xml:space="preserve">    (b) criticized</w:t>
      </w:r>
      <w:r>
        <w:br/>
      </w:r>
      <w:r>
        <w:t xml:space="preserve">    (c)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27:1 Moreover Job continued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parable</w:t>
      </w:r>
      <w:r>
        <w:rPr>
          <w:b/>
          <w:bCs/>
        </w:rPr>
        <w:t xml:space="preserve">, and said, 27:2 As God liveth, who hath taken away my judgment; and the Almighty, who hath vexed my soul; 27:3 All the while my breath is in me, and the spirit of God is in my nostrils; 27:4 My lips shall not speak wickedness, nor my tongue utter deceit.</w:t>
      </w:r>
      <w:r>
        <w:br/>
      </w:r>
      <w:r>
        <w:t xml:space="preserve">    (a) relating to properties of sound or hearing</w:t>
      </w:r>
      <w:r>
        <w:br/>
      </w:r>
      <w:r>
        <w:t xml:space="preserve">    (b) something accepted as true (without proof)</w:t>
      </w:r>
      <w:r>
        <w:br/>
      </w:r>
      <w:r>
        <w:t xml:space="preserve">    (c) a short story told to teach a moral lesson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 me be weighed in an even balance that God may know mine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integrity</w:t>
      </w:r>
      <w:r>
        <w:rPr>
          <w:b/>
          <w:bCs/>
        </w:rPr>
        <w:t xml:space="preserve">. (31:6)</w:t>
      </w:r>
      <w:r>
        <w:br/>
      </w:r>
      <w:r>
        <w:t xml:space="preserve">    (a) strong moral principles</w:t>
      </w:r>
      <w:r>
        <w:br/>
      </w:r>
      <w:r>
        <w:t xml:space="preserve">    (b) support</w:t>
      </w:r>
      <w:r>
        <w:br/>
      </w:r>
      <w:r>
        <w:t xml:space="preserve">    (c) evidence collection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31:9 If mine heart have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deceived</w:t>
      </w:r>
      <w:r>
        <w:rPr>
          <w:b/>
          <w:bCs/>
        </w:rPr>
        <w:t xml:space="preserve"> </w:t>
      </w:r>
      <w:r>
        <w:rPr>
          <w:b/>
          <w:bCs/>
        </w:rPr>
        <w:t xml:space="preserve">by a woman, or if I have laid wait at my neighbour's door; 31:10 Then let my wife grind unto another, and let others bow down upon her.</w:t>
      </w:r>
      <w:r>
        <w:br/>
      </w:r>
      <w:r>
        <w:t xml:space="preserve">    (a) lied or misled</w:t>
      </w:r>
      <w:r>
        <w:br/>
      </w:r>
      <w:r>
        <w:t xml:space="preserve">    (b) told (a story)</w:t>
      </w:r>
      <w:r>
        <w:br/>
      </w:r>
      <w:r>
        <w:t xml:space="preserve">    (c) began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32:2 Then was kindled the wrath of Elihu the son of Barachel the Buzite,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kindred</w:t>
      </w:r>
      <w:r>
        <w:rPr>
          <w:b/>
          <w:bCs/>
        </w:rPr>
        <w:t xml:space="preserve"> </w:t>
      </w:r>
      <w:r>
        <w:rPr>
          <w:b/>
          <w:bCs/>
        </w:rPr>
        <w:t xml:space="preserve">of Ram: against Job was his wrath kindled, because he justified himself rather than God.</w:t>
      </w:r>
      <w:r>
        <w:br/>
      </w:r>
      <w:r>
        <w:t xml:space="preserve">    (a) aka natural right -- a right that is naturally due because of human nature and the natural condition</w:t>
      </w:r>
      <w:r>
        <w:br/>
      </w:r>
      <w:r>
        <w:t xml:space="preserve">    (b) a powerful stimulant drug that increases activity in the brain and nervous system -- often addictive</w:t>
      </w:r>
      <w:r>
        <w:br/>
      </w:r>
      <w:r>
        <w:t xml:space="preserve">    (c) similar in quality or character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closely related -- such as family or things with shared origin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35:1 Elihu spake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and said, 35:2 Thinkest thou this to be right, that thou saidst, My righteousness is more than God's?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in addition to what has just been said</w:t>
      </w:r>
      <w:r>
        <w:br/>
      </w:r>
      <w:r>
        <w:t xml:space="preserve">    (c) even though -- used to connect contrasting ideas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2026-07-31T16:57:36Z</dcterms:created>
  <dcterms:modified xsi:type="dcterms:W3CDTF">2026-07-31T16:57:36Z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