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e068d03896efda586eca526efcf548a96ac136"/>
    <w:p>
      <w:pPr>
        <w:pStyle w:val="Heading1"/>
      </w:pPr>
      <w:r>
        <w:rPr>
          <w:b/>
          <w:bCs/>
        </w:rPr>
        <w:t xml:space="preserve">The Book Thief</w:t>
      </w:r>
      <w:r>
        <w:br/>
      </w:r>
      <w:r>
        <w:rPr>
          <w:i/>
          <w:iCs/>
        </w:rPr>
        <w:t xml:space="preserve">Markus Zusak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movie is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appropriate</w:t>
      </w:r>
      <w:r>
        <w:rPr>
          <w:b/>
          <w:bCs/>
        </w:rPr>
        <w:t xml:space="preserve"> </w:t>
      </w:r>
      <w:r>
        <w:rPr>
          <w:b/>
          <w:bCs/>
        </w:rPr>
        <w:t xml:space="preserve">for young children.</w:t>
      </w:r>
      <w:r>
        <w:br/>
      </w:r>
      <w:r>
        <w:t xml:space="preserve">    (a) good</w:t>
      </w:r>
      <w:r>
        <w:br/>
      </w:r>
      <w:r>
        <w:t xml:space="preserve">    (b) funny</w:t>
      </w:r>
      <w:r>
        <w:br/>
      </w:r>
      <w:r>
        <w:t xml:space="preserve">    (c)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described his physical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.</w:t>
      </w:r>
      <w:r>
        <w:br/>
      </w:r>
      <w:r>
        <w:t xml:space="preserve">    (a) strengths</w:t>
      </w:r>
      <w:r>
        <w:br/>
      </w:r>
      <w:r>
        <w:t xml:space="preserve">    (b) weaknesses</w:t>
      </w:r>
      <w:r>
        <w:br/>
      </w:r>
      <w:r>
        <w:t xml:space="preserve">    (c) characteristics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attributes</w:t>
      </w:r>
      <w:r>
        <w:rPr>
          <w:b/>
          <w:bCs/>
        </w:rPr>
        <w:t xml:space="preserve"> </w:t>
      </w:r>
      <w:r>
        <w:rPr>
          <w:b/>
          <w:bCs/>
        </w:rPr>
        <w:t xml:space="preserve">her success to hard work.</w:t>
      </w:r>
      <w:r>
        <w:br/>
      </w:r>
      <w:r>
        <w:t xml:space="preserve">    (a) gives help for</w:t>
      </w:r>
      <w:r>
        <w:br/>
      </w:r>
      <w:r>
        <w:t xml:space="preserve">    (b) gives credit for</w:t>
      </w:r>
      <w:r>
        <w:br/>
      </w:r>
      <w:r>
        <w:t xml:space="preserve">    (c) gives money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use an electronic keyboard to help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</w:t>
      </w:r>
      <w:r>
        <w:rPr>
          <w:b/>
          <w:bCs/>
        </w:rPr>
        <w:t xml:space="preserve"> </w:t>
      </w:r>
      <w:r>
        <w:rPr>
          <w:b/>
          <w:bCs/>
        </w:rPr>
        <w:t xml:space="preserve">music.</w:t>
      </w:r>
      <w:r>
        <w:br/>
      </w:r>
      <w:r>
        <w:t xml:space="preserve">    (a) listen to</w:t>
      </w:r>
      <w:r>
        <w:br/>
      </w:r>
      <w:r>
        <w:t xml:space="preserve">    (b) write</w:t>
      </w:r>
      <w:r>
        <w:br/>
      </w:r>
      <w:r>
        <w:t xml:space="preserve">    (c) play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entering the interview room, she took a few deep breaths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</w:t>
      </w:r>
      <w:r>
        <w:rPr>
          <w:b/>
          <w:bCs/>
        </w:rPr>
        <w:t xml:space="preserve"> </w:t>
      </w:r>
      <w:r>
        <w:rPr>
          <w:b/>
          <w:bCs/>
        </w:rPr>
        <w:t xml:space="preserve">herself and steady his nerves.</w:t>
      </w:r>
      <w:r>
        <w:br/>
      </w:r>
      <w:r>
        <w:t xml:space="preserve">    (a) delay</w:t>
      </w:r>
      <w:r>
        <w:br/>
      </w:r>
      <w:r>
        <w:t xml:space="preserve">    (b) adjust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unimportant part</w:t>
      </w:r>
      <w:r>
        <w:br/>
      </w:r>
      <w:r>
        <w:t xml:space="preserve">    (b) result</w:t>
      </w:r>
      <w:r>
        <w:br/>
      </w:r>
      <w:r>
        <w:t xml:space="preserve">    (c) important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harmful</w:t>
      </w:r>
      <w:r>
        <w:br/>
      </w:r>
      <w:r>
        <w:t xml:space="preserve">    (b) important</w:t>
      </w:r>
      <w:r>
        <w:br/>
      </w:r>
      <w:r>
        <w:t xml:space="preserve">    (c) unethical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typical underlying beliefs of pro-life and pro-choice supporters.</w:t>
      </w:r>
      <w:r>
        <w:br/>
      </w:r>
      <w:r>
        <w:t xml:space="preserve">    (a) describe</w:t>
      </w:r>
      <w:r>
        <w:br/>
      </w:r>
      <w:r>
        <w:t xml:space="preserve">    (b) compare</w:t>
      </w:r>
      <w:r>
        <w:br/>
      </w:r>
      <w:r>
        <w:t xml:space="preserve">    (c) study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software does a good job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differentiating</w:t>
      </w:r>
      <w:r>
        <w:rPr>
          <w:b/>
          <w:bCs/>
        </w:rPr>
        <w:t xml:space="preserve"> </w:t>
      </w:r>
      <w:r>
        <w:rPr>
          <w:b/>
          <w:bCs/>
        </w:rPr>
        <w:t xml:space="preserve">between real messages and spam.</w:t>
      </w:r>
      <w:r>
        <w:br/>
      </w:r>
      <w:r>
        <w:t xml:space="preserve">    (a) rapidly switching</w:t>
      </w:r>
      <w:r>
        <w:br/>
      </w:r>
      <w:r>
        <w:t xml:space="preserve">    (b) recognizing difference</w:t>
      </w:r>
      <w:r>
        <w:br/>
      </w:r>
      <w:r>
        <w:t xml:space="preserve">    (c) including everything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create</w:t>
      </w:r>
      <w:r>
        <w:br/>
      </w:r>
      <w:r>
        <w:t xml:space="preserve">    (b) increase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minimizing</w:t>
      </w:r>
      <w:r>
        <w:br/>
      </w:r>
      <w:r>
        <w:t xml:space="preserve">    (b) exaggerating</w:t>
      </w:r>
      <w:r>
        <w:br/>
      </w:r>
      <w:r>
        <w:t xml:space="preserve">    (c) showing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Hitler</w:t>
      </w:r>
      <w:r>
        <w:rPr>
          <w:b/>
          <w:bCs/>
        </w:rPr>
        <w:t xml:space="preserve"> </w:t>
      </w:r>
      <w:r>
        <w:rPr>
          <w:b/>
          <w:bCs/>
        </w:rPr>
        <w:t xml:space="preserve">convinced many Germans that they were better than other peoples.</w:t>
      </w:r>
      <w:r>
        <w:br/>
      </w:r>
      <w:r>
        <w:t xml:space="preserve">    (a) German philosopher during World War II</w:t>
      </w:r>
      <w:r>
        <w:br/>
      </w:r>
      <w:r>
        <w:t xml:space="preserve">    (b) German general during World War II</w:t>
      </w:r>
      <w:r>
        <w:br/>
      </w:r>
      <w:r>
        <w:t xml:space="preserve">    (c) Nazi dictator during World War II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timing and technique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immaculate</w:t>
      </w:r>
      <w:r>
        <w:rPr>
          <w:b/>
          <w:bCs/>
        </w:rPr>
        <w:t xml:space="preserve">.</w:t>
      </w:r>
      <w:r>
        <w:br/>
      </w:r>
      <w:r>
        <w:t xml:space="preserve">    (a) perfect</w:t>
      </w:r>
      <w:r>
        <w:br/>
      </w:r>
      <w:r>
        <w:t xml:space="preserve">    (b) terrible</w:t>
      </w:r>
      <w:r>
        <w:br/>
      </w:r>
      <w:r>
        <w:t xml:space="preserve">    (c) adequate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of the more popular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narrators</w:t>
      </w:r>
      <w:r>
        <w:rPr>
          <w:b/>
          <w:bCs/>
        </w:rPr>
        <w:t xml:space="preserve"> </w:t>
      </w:r>
      <w:r>
        <w:rPr>
          <w:b/>
          <w:bCs/>
        </w:rPr>
        <w:t xml:space="preserve">in movie history is Morgan Freeman. I especially liked him in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 Shawshank Redemption</w:t>
      </w:r>
      <w:r>
        <w:rPr>
          <w:b/>
          <w:bCs/>
        </w:rPr>
        <w:t xml:space="preserve"> </w:t>
      </w:r>
      <w:r>
        <w:rPr>
          <w:b/>
          <w:bCs/>
        </w:rPr>
        <w:t xml:space="preserve">where in addition to playing a major role, he narrated the film.</w:t>
      </w:r>
      <w:r>
        <w:br/>
      </w:r>
      <w:r>
        <w:t xml:space="preserve">    (a) producer who works closest with the actors</w:t>
      </w:r>
      <w:r>
        <w:br/>
      </w:r>
      <w:r>
        <w:t xml:space="preserve">    (b) actor who talks directly to the audience</w:t>
      </w:r>
      <w:r>
        <w:br/>
      </w:r>
      <w:r>
        <w:t xml:space="preserve">    (c) script writer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still racists who call themselves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Nazis</w:t>
      </w:r>
      <w:r>
        <w:rPr>
          <w:b/>
          <w:bCs/>
        </w:rPr>
        <w:t xml:space="preserve"> </w:t>
      </w:r>
      <w:r>
        <w:rPr>
          <w:b/>
          <w:bCs/>
        </w:rPr>
        <w:t xml:space="preserve">today.</w:t>
      </w:r>
      <w:r>
        <w:br/>
      </w:r>
      <w:r>
        <w:t xml:space="preserve">    (a) Hitler's political party in World War II</w:t>
      </w:r>
      <w:r>
        <w:br/>
      </w:r>
      <w:r>
        <w:t xml:space="preserve">    (b) Russian security agency during World War II</w:t>
      </w:r>
      <w:r>
        <w:br/>
      </w:r>
      <w:r>
        <w:t xml:space="preserve">    (c) Italian security agency during World War II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shabby room struck her as extraordinarily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pathetic</w:t>
      </w:r>
      <w:r>
        <w:rPr>
          <w:b/>
          <w:bCs/>
        </w:rPr>
        <w:t xml:space="preserve">.</w:t>
      </w:r>
      <w:r>
        <w:br/>
      </w:r>
      <w:r>
        <w:t xml:space="preserve">    (a) common</w:t>
      </w:r>
      <w:r>
        <w:br/>
      </w:r>
      <w:r>
        <w:t xml:space="preserve">    (b) pitiful</w:t>
      </w:r>
      <w:r>
        <w:br/>
      </w:r>
      <w:r>
        <w:t xml:space="preserve">    (c) annoying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pathetic</w:t>
      </w:r>
      <w:r>
        <w:rPr>
          <w:b/>
          <w:bCs/>
        </w:rPr>
        <w:t xml:space="preserve"> </w:t>
      </w:r>
      <w:r>
        <w:rPr>
          <w:b/>
          <w:bCs/>
        </w:rPr>
        <w:t xml:space="preserve">excuse about having a prior commitment.</w:t>
      </w:r>
      <w:r>
        <w:br/>
      </w:r>
      <w:r>
        <w:t xml:space="preserve">    (a) complicated</w:t>
      </w:r>
      <w:r>
        <w:br/>
      </w:r>
      <w:r>
        <w:t xml:space="preserve">    (b) dishonest</w:t>
      </w:r>
      <w:r>
        <w:br/>
      </w:r>
      <w:r>
        <w:t xml:space="preserve">    (c) very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the Second World War, products such as food and gasoline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United States, so more resources could be devoted to the war effort.</w:t>
      </w:r>
      <w:r>
        <w:br/>
      </w:r>
      <w:r>
        <w:t xml:space="preserve">    (a) restricted in the amount each person could have</w:t>
      </w:r>
      <w:r>
        <w:br/>
      </w:r>
      <w:r>
        <w:t xml:space="preserve">    (b) set at a high price only the military could afford</w:t>
      </w:r>
      <w:r>
        <w:br/>
      </w:r>
      <w:r>
        <w:t xml:space="preserve">    (c) imported in small amounts from many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her name, but I'd recognize her.</w:t>
      </w:r>
      <w:r>
        <w:br/>
      </w:r>
      <w:r>
        <w:t xml:space="preserve">    (a) remember</w:t>
      </w:r>
      <w:r>
        <w:br/>
      </w:r>
      <w:r>
        <w:t xml:space="preserve">    (b) pronounce properly</w:t>
      </w:r>
      <w:r>
        <w:br/>
      </w:r>
      <w:r>
        <w:t xml:space="preserve">    (c) spell properly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resume</w:t>
      </w:r>
      <w:r>
        <w:rPr>
          <w:b/>
          <w:bCs/>
        </w:rPr>
        <w:t xml:space="preserve"> </w:t>
      </w:r>
      <w:r>
        <w:rPr>
          <w:b/>
          <w:bCs/>
        </w:rPr>
        <w:t xml:space="preserve">her studies after taking a year off to travel.</w:t>
      </w:r>
      <w:r>
        <w:br/>
      </w:r>
      <w:r>
        <w:t xml:space="preserve">    (a) begin again</w:t>
      </w:r>
      <w:r>
        <w:br/>
      </w:r>
      <w:r>
        <w:t xml:space="preserve">    (b) finish</w:t>
      </w:r>
      <w:r>
        <w:br/>
      </w:r>
      <w:r>
        <w:t xml:space="preserve">    (c) begin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2026-07-31T17:48:28Z</dcterms:created>
  <dcterms:modified xsi:type="dcterms:W3CDTF">2026-07-31T17:48:28Z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